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EC662D" w14:textId="77777777" w:rsidR="008A7442" w:rsidRDefault="008A7442">
      <w:pPr>
        <w:spacing w:after="20"/>
        <w:jc w:val="center"/>
        <w:rPr>
          <w:b/>
          <w:color w:val="244A67"/>
          <w:sz w:val="30"/>
          <w:lang w:val="ro-RO"/>
        </w:rPr>
      </w:pPr>
    </w:p>
    <w:p w14:paraId="11D011CA" w14:textId="6DF2712B" w:rsidR="00BF37BA" w:rsidRPr="008A7442" w:rsidRDefault="0055343B">
      <w:pPr>
        <w:spacing w:after="20"/>
        <w:jc w:val="center"/>
        <w:rPr>
          <w:lang w:val="ro-RO"/>
        </w:rPr>
      </w:pPr>
      <w:r w:rsidRPr="008A7442">
        <w:rPr>
          <w:b/>
          <w:color w:val="244A67"/>
          <w:sz w:val="30"/>
          <w:lang w:val="ro-RO"/>
        </w:rPr>
        <w:t>CHESTIONAR PENTRU MEDIUL DE AFACERI</w:t>
      </w:r>
    </w:p>
    <w:p w14:paraId="76472448" w14:textId="77777777" w:rsidR="00BF37BA" w:rsidRPr="008A7442" w:rsidRDefault="0055343B">
      <w:pPr>
        <w:spacing w:after="20"/>
        <w:jc w:val="center"/>
        <w:rPr>
          <w:lang w:val="ro-RO"/>
        </w:rPr>
      </w:pPr>
      <w:r w:rsidRPr="008A7442">
        <w:rPr>
          <w:b/>
          <w:color w:val="244A67"/>
          <w:sz w:val="19"/>
          <w:lang w:val="ro-RO"/>
        </w:rPr>
        <w:t>Nevoi, impact economic și oportunități de colaborare</w:t>
      </w:r>
    </w:p>
    <w:p w14:paraId="2247DD50" w14:textId="77777777" w:rsidR="00BF37BA" w:rsidRPr="008A7442" w:rsidRDefault="0055343B">
      <w:pPr>
        <w:spacing w:after="140"/>
        <w:jc w:val="center"/>
        <w:rPr>
          <w:lang w:val="ro-RO"/>
        </w:rPr>
      </w:pPr>
      <w:r w:rsidRPr="008A7442">
        <w:rPr>
          <w:b/>
          <w:color w:val="244A67"/>
          <w:sz w:val="19"/>
          <w:lang w:val="ro-RO"/>
        </w:rPr>
        <w:t>„Revitalizarea zonei Parcului «George Călinescu» – Cinematograful Oituz, prin investiții integrate de regenerare urbană, culturală și comunitară în municipiul Onești”</w:t>
      </w:r>
    </w:p>
    <w:tbl>
      <w:tblPr>
        <w:tblW w:w="10320" w:type="dxa"/>
        <w:jc w:val="center"/>
        <w:tblLayout w:type="fixed"/>
        <w:tblLook w:val="04A0" w:firstRow="1" w:lastRow="0" w:firstColumn="1" w:lastColumn="0" w:noHBand="0" w:noVBand="1"/>
      </w:tblPr>
      <w:tblGrid>
        <w:gridCol w:w="10320"/>
      </w:tblGrid>
      <w:tr w:rsidR="00BF37BA" w:rsidRPr="008A7442" w14:paraId="477864EB" w14:textId="77777777">
        <w:trPr>
          <w:jc w:val="center"/>
        </w:trPr>
        <w:tc>
          <w:tcPr>
            <w:tcW w:w="10320" w:type="dxa"/>
            <w:tcBorders>
              <w:top w:val="single" w:sz="5" w:space="0" w:color="C8D6E2"/>
              <w:left w:val="single" w:sz="5" w:space="0" w:color="C8D6E2"/>
              <w:bottom w:val="single" w:sz="5" w:space="0" w:color="C8D6E2"/>
              <w:right w:val="single" w:sz="5" w:space="0" w:color="C8D6E2"/>
            </w:tcBorders>
            <w:shd w:val="clear" w:color="auto" w:fill="EAF0F5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A0202FB" w14:textId="77777777" w:rsidR="00BF37BA" w:rsidRPr="008A7442" w:rsidRDefault="0055343B" w:rsidP="00566AE5">
            <w:pPr>
              <w:spacing w:after="60"/>
              <w:jc w:val="both"/>
              <w:rPr>
                <w:lang w:val="ro-RO"/>
              </w:rPr>
            </w:pPr>
            <w:r w:rsidRPr="008A7442">
              <w:rPr>
                <w:color w:val="000000"/>
                <w:sz w:val="16"/>
                <w:lang w:val="ro-RO"/>
              </w:rPr>
              <w:t>Municipiul Onești pregătește un proiect integrat de regenerare a Parcului „George Călinescu” și de reabilitare a Cinematografului Oituz, în vederea obținerii finanțării prin Programul Regional Nord-Est 2021–2027 – Prioritatea 7 „O regiune mai atractivă”.</w:t>
            </w:r>
          </w:p>
          <w:p w14:paraId="7A392482" w14:textId="77777777" w:rsidR="00BF37BA" w:rsidRPr="008A7442" w:rsidRDefault="0055343B" w:rsidP="00566AE5">
            <w:pPr>
              <w:spacing w:after="60"/>
              <w:jc w:val="both"/>
              <w:rPr>
                <w:lang w:val="ro-RO"/>
              </w:rPr>
            </w:pPr>
            <w:r w:rsidRPr="008A7442">
              <w:rPr>
                <w:color w:val="000000"/>
                <w:sz w:val="16"/>
                <w:lang w:val="ro-RO"/>
              </w:rPr>
              <w:t>Proiectul urmărește protejarea și îmbunătățirea spațiilor verzi existente, modernizarea parcului, transformarea cinematografului într-un centru cultural multifuncțional și realizarea unei legături sigure și coerente între cele două obiective. Se propune integrarea parcului și a Cinematografului Oituz într-un ansamblu urban unitar, prin trasee pietonale accesibile, conexiuni sigure pentru bicicliști și zone verzi care să asigure continuitatea peisagistică și funcțională. Soluțiile vor integra principiile New European Bauhaus: sustenabilitate, estetică, incluziune și participare.</w:t>
            </w:r>
          </w:p>
          <w:p w14:paraId="7D3A7A72" w14:textId="77777777" w:rsidR="00BF37BA" w:rsidRPr="008A7442" w:rsidRDefault="0055343B" w:rsidP="00566AE5">
            <w:pPr>
              <w:spacing w:after="0"/>
              <w:jc w:val="both"/>
              <w:rPr>
                <w:lang w:val="ro-RO"/>
              </w:rPr>
            </w:pPr>
            <w:r w:rsidRPr="008A7442">
              <w:rPr>
                <w:color w:val="000000"/>
                <w:sz w:val="16"/>
                <w:lang w:val="ro-RO"/>
              </w:rPr>
              <w:t>Opiniile dumneavoastră vor contribui la identificarea efectelor asupra economiei locale, a serviciilor compatibile și a formelor de colaborare care pot susține atractivitatea, viața culturală și utilizarea durabilă a zonei.</w:t>
            </w:r>
          </w:p>
        </w:tc>
      </w:tr>
    </w:tbl>
    <w:p w14:paraId="70C46ECC" w14:textId="77777777" w:rsidR="00BF37BA" w:rsidRPr="008A7442" w:rsidRDefault="0055343B">
      <w:pPr>
        <w:spacing w:before="60" w:after="100"/>
        <w:rPr>
          <w:lang w:val="ro-RO"/>
        </w:rPr>
      </w:pPr>
      <w:r w:rsidRPr="008A7442">
        <w:rPr>
          <w:i/>
          <w:color w:val="666666"/>
          <w:sz w:val="16"/>
          <w:lang w:val="ro-RO"/>
        </w:rPr>
        <w:t>Chestionarul este anonim. Bifați varianta/variantele corespunzătoare și respectați limita de selecție indicată la fiecare întrebare. Nu sunt solicitate date financiare sau informații comerciale confidențiale.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F37BA" w:rsidRPr="008A7442" w14:paraId="133FD46E" w14:textId="77777777">
        <w:trPr>
          <w:jc w:val="center"/>
        </w:trPr>
        <w:tc>
          <w:tcPr>
            <w:tcW w:w="10376" w:type="dxa"/>
            <w:shd w:val="clear" w:color="auto" w:fill="244A67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3ADB89BC" w14:textId="77777777" w:rsidR="00BF37BA" w:rsidRPr="008A7442" w:rsidRDefault="0055343B">
            <w:pPr>
              <w:keepNext/>
              <w:spacing w:after="0"/>
              <w:rPr>
                <w:lang w:val="ro-RO"/>
              </w:rPr>
            </w:pPr>
            <w:r w:rsidRPr="008A7442">
              <w:rPr>
                <w:b/>
                <w:color w:val="FFFFFF"/>
                <w:lang w:val="ro-RO"/>
              </w:rPr>
              <w:t>A. PROFIL ȘI RELAȚIA CU ZONA</w:t>
            </w:r>
            <w:r w:rsidRPr="008A7442">
              <w:rPr>
                <w:color w:val="DFE9F1"/>
                <w:sz w:val="15"/>
                <w:lang w:val="ro-RO"/>
              </w:rPr>
              <w:t xml:space="preserve">  |  </w:t>
            </w:r>
            <w:r w:rsidRPr="008A7442">
              <w:rPr>
                <w:b/>
                <w:bCs/>
                <w:color w:val="FFFFFF" w:themeColor="background1"/>
                <w:sz w:val="15"/>
                <w:lang w:val="ro-RO"/>
              </w:rPr>
              <w:t>date generale despre activitate</w:t>
            </w:r>
          </w:p>
        </w:tc>
      </w:tr>
    </w:tbl>
    <w:p w14:paraId="12C53F5A" w14:textId="77777777" w:rsidR="00BF37BA" w:rsidRPr="008A7442" w:rsidRDefault="00BF37BA">
      <w:pPr>
        <w:keepNext/>
        <w:spacing w:after="20"/>
        <w:rPr>
          <w:lang w:val="ro-RO"/>
        </w:rPr>
      </w:pPr>
    </w:p>
    <w:p w14:paraId="341C2CCC" w14:textId="77777777" w:rsidR="00BF37BA" w:rsidRPr="008A7442" w:rsidRDefault="0055343B">
      <w:pPr>
        <w:keepNext/>
        <w:spacing w:before="60" w:after="20"/>
        <w:rPr>
          <w:lang w:val="ro-RO"/>
        </w:rPr>
      </w:pPr>
      <w:r w:rsidRPr="008A7442">
        <w:rPr>
          <w:b/>
          <w:color w:val="000000"/>
          <w:lang w:val="ro-RO"/>
        </w:rPr>
        <w:t>1. Unde vă desfășurați activitatea?</w:t>
      </w:r>
    </w:p>
    <w:tbl>
      <w:tblPr>
        <w:tblW w:w="10320" w:type="dxa"/>
        <w:jc w:val="center"/>
        <w:tblLayout w:type="fixed"/>
        <w:tblLook w:val="04A0" w:firstRow="1" w:lastRow="0" w:firstColumn="1" w:lastColumn="0" w:noHBand="0" w:noVBand="1"/>
      </w:tblPr>
      <w:tblGrid>
        <w:gridCol w:w="5160"/>
        <w:gridCol w:w="5160"/>
      </w:tblGrid>
      <w:tr w:rsidR="00BF37BA" w:rsidRPr="008A7442" w14:paraId="0EEB20CF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7EF646D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În municipiul Onești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75EC8D06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În județul Bacău</w:t>
            </w:r>
          </w:p>
        </w:tc>
      </w:tr>
      <w:tr w:rsidR="00BF37BA" w:rsidRPr="008A7442" w14:paraId="6246304C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6D5661F7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În Regiunea Nord-Est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25F9267C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În altă regiune, dar aveți relații economice cu municipiul Onești</w:t>
            </w:r>
          </w:p>
        </w:tc>
      </w:tr>
      <w:tr w:rsidR="00BF37BA" w:rsidRPr="008A7442" w14:paraId="4A2221F8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9B7B7DD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Altă variantă: ................................................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58157479" w14:textId="77777777" w:rsidR="00BF37BA" w:rsidRPr="008A7442" w:rsidRDefault="00BF37BA">
            <w:pPr>
              <w:spacing w:after="0"/>
              <w:rPr>
                <w:lang w:val="ro-RO"/>
              </w:rPr>
            </w:pPr>
          </w:p>
        </w:tc>
      </w:tr>
    </w:tbl>
    <w:p w14:paraId="1A7E0309" w14:textId="77777777" w:rsidR="00BF37BA" w:rsidRPr="008A7442" w:rsidRDefault="0055343B">
      <w:pPr>
        <w:keepNext/>
        <w:spacing w:before="60" w:after="20"/>
        <w:rPr>
          <w:lang w:val="ro-RO"/>
        </w:rPr>
      </w:pPr>
      <w:r w:rsidRPr="008A7442">
        <w:rPr>
          <w:b/>
          <w:color w:val="000000"/>
          <w:lang w:val="ro-RO"/>
        </w:rPr>
        <w:t>2. Care este domeniul principal în care vă desfășurați activitatea?</w:t>
      </w:r>
    </w:p>
    <w:tbl>
      <w:tblPr>
        <w:tblW w:w="10320" w:type="dxa"/>
        <w:jc w:val="center"/>
        <w:tblLayout w:type="fixed"/>
        <w:tblLook w:val="04A0" w:firstRow="1" w:lastRow="0" w:firstColumn="1" w:lastColumn="0" w:noHBand="0" w:noVBand="1"/>
      </w:tblPr>
      <w:tblGrid>
        <w:gridCol w:w="5160"/>
        <w:gridCol w:w="5160"/>
      </w:tblGrid>
      <w:tr w:rsidR="00BF37BA" w:rsidRPr="008A7442" w14:paraId="20B3BE06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6F471EDF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Turism și servicii de agrement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16785078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Comerț</w:t>
            </w:r>
          </w:p>
        </w:tc>
      </w:tr>
      <w:tr w:rsidR="00BF37BA" w:rsidRPr="008A7442" w14:paraId="0C9FA41E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2A8DA906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Alimentație publică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179A118A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Producție</w:t>
            </w:r>
          </w:p>
        </w:tc>
      </w:tr>
      <w:tr w:rsidR="00BF37BA" w:rsidRPr="008A7442" w14:paraId="49D6CED7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6367C33A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Construcții și amenajări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1EB967FB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Servicii profesionale</w:t>
            </w:r>
          </w:p>
        </w:tc>
      </w:tr>
      <w:tr w:rsidR="00BF37BA" w:rsidRPr="008A7442" w14:paraId="6E9621CE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50C9F2F5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Transport și mobilitate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6E7A8D93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Industrii culturale și creative</w:t>
            </w:r>
          </w:p>
        </w:tc>
      </w:tr>
      <w:tr w:rsidR="00BF37BA" w:rsidRPr="008A7442" w14:paraId="19D4B32A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109BE123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Educație și formare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718B496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Tehnologia informației și digitalizare</w:t>
            </w:r>
          </w:p>
        </w:tc>
      </w:tr>
      <w:tr w:rsidR="00BF37BA" w:rsidRPr="008A7442" w14:paraId="0DD49F46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0FEA0F7A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Produse locale și meșteșuguri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21607E29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Protecția mediului și economie circulară</w:t>
            </w:r>
          </w:p>
        </w:tc>
      </w:tr>
      <w:tr w:rsidR="00BF37BA" w:rsidRPr="008A7442" w14:paraId="5AEF4DE3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0EEF2A2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Altă variantă: ................................................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59DEFF26" w14:textId="77777777" w:rsidR="00BF37BA" w:rsidRPr="008A7442" w:rsidRDefault="00BF37BA">
            <w:pPr>
              <w:spacing w:after="0"/>
              <w:rPr>
                <w:lang w:val="ro-RO"/>
              </w:rPr>
            </w:pPr>
          </w:p>
        </w:tc>
      </w:tr>
    </w:tbl>
    <w:p w14:paraId="298BEBB0" w14:textId="77777777" w:rsidR="00BF37BA" w:rsidRPr="008A7442" w:rsidRDefault="0055343B">
      <w:pPr>
        <w:keepNext/>
        <w:spacing w:before="60" w:after="20"/>
        <w:rPr>
          <w:lang w:val="ro-RO"/>
        </w:rPr>
      </w:pPr>
      <w:r w:rsidRPr="008A7442">
        <w:rPr>
          <w:b/>
          <w:color w:val="000000"/>
          <w:lang w:val="ro-RO"/>
        </w:rPr>
        <w:t>3. Care este forma și dimensiunea afacerii dumneavoastră?</w:t>
      </w:r>
    </w:p>
    <w:tbl>
      <w:tblPr>
        <w:tblW w:w="10320" w:type="dxa"/>
        <w:jc w:val="center"/>
        <w:tblLayout w:type="fixed"/>
        <w:tblLook w:val="04A0" w:firstRow="1" w:lastRow="0" w:firstColumn="1" w:lastColumn="0" w:noHBand="0" w:noVBand="1"/>
      </w:tblPr>
      <w:tblGrid>
        <w:gridCol w:w="10320"/>
      </w:tblGrid>
      <w:tr w:rsidR="00BF37BA" w:rsidRPr="008A7442" w14:paraId="0697B161" w14:textId="77777777">
        <w:trPr>
          <w:jc w:val="center"/>
        </w:trPr>
        <w:tc>
          <w:tcPr>
            <w:tcW w:w="1032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77DD79D4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Persoană fizică autorizată/întreprindere individuală</w:t>
            </w:r>
          </w:p>
        </w:tc>
      </w:tr>
      <w:tr w:rsidR="00BF37BA" w:rsidRPr="008A7442" w14:paraId="3AC72B9E" w14:textId="77777777">
        <w:trPr>
          <w:jc w:val="center"/>
        </w:trPr>
        <w:tc>
          <w:tcPr>
            <w:tcW w:w="1032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047C975B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Microîntreprindere: 0–9 angajați</w:t>
            </w:r>
          </w:p>
        </w:tc>
      </w:tr>
      <w:tr w:rsidR="00BF37BA" w:rsidRPr="008A7442" w14:paraId="2648E914" w14:textId="77777777">
        <w:trPr>
          <w:jc w:val="center"/>
        </w:trPr>
        <w:tc>
          <w:tcPr>
            <w:tcW w:w="1032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05E110A9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Întreprindere mică: 10–49 angajați</w:t>
            </w:r>
          </w:p>
        </w:tc>
      </w:tr>
      <w:tr w:rsidR="00BF37BA" w:rsidRPr="008A7442" w14:paraId="03DF6866" w14:textId="77777777">
        <w:trPr>
          <w:jc w:val="center"/>
        </w:trPr>
        <w:tc>
          <w:tcPr>
            <w:tcW w:w="1032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56227B42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Întreprindere mijlocie: 50–249 angajați</w:t>
            </w:r>
          </w:p>
        </w:tc>
      </w:tr>
      <w:tr w:rsidR="00BF37BA" w:rsidRPr="008A7442" w14:paraId="2E4BE26C" w14:textId="77777777">
        <w:trPr>
          <w:jc w:val="center"/>
        </w:trPr>
        <w:tc>
          <w:tcPr>
            <w:tcW w:w="1032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2CB4C73B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Întreprindere mare: minimum 250 de angajați</w:t>
            </w:r>
          </w:p>
        </w:tc>
      </w:tr>
      <w:tr w:rsidR="00BF37BA" w:rsidRPr="008A7442" w14:paraId="4212998E" w14:textId="77777777">
        <w:trPr>
          <w:jc w:val="center"/>
        </w:trPr>
        <w:tc>
          <w:tcPr>
            <w:tcW w:w="1032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03A27B8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Prefer să nu răspund</w:t>
            </w:r>
          </w:p>
        </w:tc>
      </w:tr>
    </w:tbl>
    <w:p w14:paraId="5E99C303" w14:textId="77777777" w:rsidR="00BF37BA" w:rsidRPr="008A7442" w:rsidRDefault="0055343B">
      <w:pPr>
        <w:keepNext/>
        <w:spacing w:before="60" w:after="20"/>
        <w:rPr>
          <w:lang w:val="ro-RO"/>
        </w:rPr>
      </w:pPr>
      <w:r w:rsidRPr="008A7442">
        <w:rPr>
          <w:b/>
          <w:color w:val="000000"/>
          <w:lang w:val="ro-RO"/>
        </w:rPr>
        <w:t>4. În ce mod interacționează activitatea afacerii dumneavoastră, în prezent, cu zona parcului și/sau a cinematografului?</w:t>
      </w:r>
      <w:r w:rsidRPr="008A7442">
        <w:rPr>
          <w:i/>
          <w:color w:val="666666"/>
          <w:sz w:val="14"/>
          <w:lang w:val="ro-RO"/>
        </w:rPr>
        <w:t xml:space="preserve">  (Puteți selecta mai multe variante)</w:t>
      </w:r>
    </w:p>
    <w:tbl>
      <w:tblPr>
        <w:tblW w:w="10320" w:type="dxa"/>
        <w:jc w:val="center"/>
        <w:tblLayout w:type="fixed"/>
        <w:tblLook w:val="04A0" w:firstRow="1" w:lastRow="0" w:firstColumn="1" w:lastColumn="0" w:noHBand="0" w:noVBand="1"/>
      </w:tblPr>
      <w:tblGrid>
        <w:gridCol w:w="5160"/>
        <w:gridCol w:w="5160"/>
      </w:tblGrid>
      <w:tr w:rsidR="00BF37BA" w:rsidRPr="008A7442" w14:paraId="679E95CB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BDB2F8B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Clienții sau angajații utilizează zona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2BBBF17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Furnizați produse ori servicii în proximitate</w:t>
            </w:r>
          </w:p>
        </w:tc>
      </w:tr>
      <w:tr w:rsidR="00BF37BA" w:rsidRPr="008A7442" w14:paraId="354D82D7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9E56EAD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Organizați activități sau evenimente în zonă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01D3CC33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Sediul/punctul de lucru este amplasat în apropiere</w:t>
            </w:r>
          </w:p>
        </w:tc>
      </w:tr>
      <w:tr w:rsidR="00BF37BA" w:rsidRPr="008A7442" w14:paraId="1C9CC837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79A1426E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Zona influențează imaginea și atractivitatea municipiului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A7E5C04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Nu există în prezent o legătură directă</w:t>
            </w:r>
          </w:p>
        </w:tc>
      </w:tr>
      <w:tr w:rsidR="00BF37BA" w:rsidRPr="008A7442" w14:paraId="0AB0B19E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5B9B9C0" w14:textId="37567B56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Altă variantă: ................................................</w:t>
            </w:r>
            <w:r w:rsidR="00D93BF5">
              <w:rPr>
                <w:color w:val="000000"/>
                <w:sz w:val="15"/>
                <w:lang w:val="ro-RO"/>
              </w:rPr>
              <w:t>...............................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0117D771" w14:textId="77777777" w:rsidR="00BF37BA" w:rsidRPr="008A7442" w:rsidRDefault="00BF37BA">
            <w:pPr>
              <w:spacing w:after="0"/>
              <w:rPr>
                <w:lang w:val="ro-RO"/>
              </w:rPr>
            </w:pPr>
          </w:p>
        </w:tc>
      </w:tr>
    </w:tbl>
    <w:p w14:paraId="379AAA48" w14:textId="77777777" w:rsidR="00BF37BA" w:rsidRPr="008A7442" w:rsidRDefault="0055343B">
      <w:pPr>
        <w:keepNext/>
        <w:spacing w:before="60" w:after="20"/>
        <w:rPr>
          <w:lang w:val="ro-RO"/>
        </w:rPr>
      </w:pPr>
      <w:r w:rsidRPr="008A7442">
        <w:rPr>
          <w:b/>
          <w:color w:val="000000"/>
          <w:lang w:val="ro-RO"/>
        </w:rPr>
        <w:t>5. Cum evaluați situația actuală a Parcului „George Călinescu”, din perspectiva stării acestuia, a gradului de valorificare și a atractivității zonei pentru locuitori, vizitatori și mediul de afaceri?</w:t>
      </w:r>
    </w:p>
    <w:tbl>
      <w:tblPr>
        <w:tblW w:w="10320" w:type="dxa"/>
        <w:jc w:val="center"/>
        <w:tblLayout w:type="fixed"/>
        <w:tblLook w:val="04A0" w:firstRow="1" w:lastRow="0" w:firstColumn="1" w:lastColumn="0" w:noHBand="0" w:noVBand="1"/>
      </w:tblPr>
      <w:tblGrid>
        <w:gridCol w:w="10320"/>
      </w:tblGrid>
      <w:tr w:rsidR="00BF37BA" w:rsidRPr="008A7442" w14:paraId="1F4AD31C" w14:textId="77777777">
        <w:trPr>
          <w:jc w:val="center"/>
        </w:trPr>
        <w:tc>
          <w:tcPr>
            <w:tcW w:w="1032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3834DC2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Foarte bună</w:t>
            </w:r>
          </w:p>
        </w:tc>
      </w:tr>
      <w:tr w:rsidR="00BF37BA" w:rsidRPr="008A7442" w14:paraId="3287E30B" w14:textId="77777777">
        <w:trPr>
          <w:jc w:val="center"/>
        </w:trPr>
        <w:tc>
          <w:tcPr>
            <w:tcW w:w="1032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1491A587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Bună</w:t>
            </w:r>
          </w:p>
        </w:tc>
      </w:tr>
      <w:tr w:rsidR="00BF37BA" w:rsidRPr="008A7442" w14:paraId="6EB0AE29" w14:textId="77777777">
        <w:trPr>
          <w:jc w:val="center"/>
        </w:trPr>
        <w:tc>
          <w:tcPr>
            <w:tcW w:w="1032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221DDCE9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Satisfăcătoare</w:t>
            </w:r>
          </w:p>
        </w:tc>
      </w:tr>
      <w:tr w:rsidR="00BF37BA" w:rsidRPr="008A7442" w14:paraId="6ED7D7B2" w14:textId="77777777">
        <w:trPr>
          <w:jc w:val="center"/>
        </w:trPr>
        <w:tc>
          <w:tcPr>
            <w:tcW w:w="1032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0B163ABB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Slabă</w:t>
            </w:r>
          </w:p>
        </w:tc>
      </w:tr>
      <w:tr w:rsidR="00BF37BA" w:rsidRPr="008A7442" w14:paraId="23E29D89" w14:textId="77777777">
        <w:trPr>
          <w:jc w:val="center"/>
        </w:trPr>
        <w:tc>
          <w:tcPr>
            <w:tcW w:w="1032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697AB79B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Foarte slabă</w:t>
            </w:r>
          </w:p>
        </w:tc>
      </w:tr>
      <w:tr w:rsidR="00BF37BA" w:rsidRPr="008A7442" w14:paraId="068F6AB9" w14:textId="77777777">
        <w:trPr>
          <w:jc w:val="center"/>
        </w:trPr>
        <w:tc>
          <w:tcPr>
            <w:tcW w:w="1032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7C25DA5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Nu puteți aprecia</w:t>
            </w:r>
          </w:p>
        </w:tc>
      </w:tr>
    </w:tbl>
    <w:p w14:paraId="46FDDE46" w14:textId="77777777" w:rsidR="00BF37BA" w:rsidRPr="008A7442" w:rsidRDefault="0055343B">
      <w:pPr>
        <w:keepNext/>
        <w:spacing w:before="60" w:after="20"/>
        <w:rPr>
          <w:lang w:val="ro-RO"/>
        </w:rPr>
      </w:pPr>
      <w:r w:rsidRPr="008A7442">
        <w:rPr>
          <w:b/>
          <w:color w:val="000000"/>
          <w:lang w:val="ro-RO"/>
        </w:rPr>
        <w:t>6. Care considerați că sunt principalele probleme ale Parcului „George Călinescu” care limitează atractivitatea și potențialul economic, social și cultural al zonei?</w:t>
      </w:r>
      <w:r w:rsidRPr="008A7442">
        <w:rPr>
          <w:i/>
          <w:color w:val="666666"/>
          <w:sz w:val="14"/>
          <w:lang w:val="ro-RO"/>
        </w:rPr>
        <w:t xml:space="preserve">  (Selectați maximum 3 variante)</w:t>
      </w:r>
    </w:p>
    <w:tbl>
      <w:tblPr>
        <w:tblW w:w="10320" w:type="dxa"/>
        <w:jc w:val="center"/>
        <w:tblLayout w:type="fixed"/>
        <w:tblLook w:val="04A0" w:firstRow="1" w:lastRow="0" w:firstColumn="1" w:lastColumn="0" w:noHBand="0" w:noVBand="1"/>
      </w:tblPr>
      <w:tblGrid>
        <w:gridCol w:w="5160"/>
        <w:gridCol w:w="5160"/>
      </w:tblGrid>
      <w:tr w:rsidR="00BF37BA" w:rsidRPr="008A7442" w14:paraId="3790009D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1444FD92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Starea necorespunzătoare a aleilor și a suprafețelor de circulație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5C09139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Mobilier urban și dotări insuficiente sau degradate</w:t>
            </w:r>
          </w:p>
        </w:tc>
      </w:tr>
      <w:tr w:rsidR="00BF37BA" w:rsidRPr="008A7442" w14:paraId="16B82583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2A7456C3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Locuri de joacă și facilități recreative neadaptate nevoilor actuale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C313481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Accesibilitate redusă pentru toate categoriile de utilizatori</w:t>
            </w:r>
          </w:p>
        </w:tc>
      </w:tr>
      <w:tr w:rsidR="00BF37BA" w:rsidRPr="008A7442" w14:paraId="2C90DC03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183D49A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Iluminat insuficient și percepție redusă de siguranță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297FF2C3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Valorificarea insuficientă a vegetației și biodiversității locale</w:t>
            </w:r>
          </w:p>
        </w:tc>
      </w:tr>
      <w:tr w:rsidR="00BF37BA" w:rsidRPr="008A7442" w14:paraId="47DB8298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C552945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Ofertă redusă de activități culturale, educaționale și comunitare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7A1D0F29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Legătură funcțională și vizuală slabă cu Cinematograful Oituz</w:t>
            </w:r>
          </w:p>
        </w:tc>
      </w:tr>
      <w:tr w:rsidR="00BF37BA" w:rsidRPr="008A7442" w14:paraId="2257D1E6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B2DCDDF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Întreținerea necorespunzătoare a spațiului public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73FB6E2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Nu identificați probleme semnificative</w:t>
            </w:r>
          </w:p>
        </w:tc>
      </w:tr>
      <w:tr w:rsidR="00BF37BA" w:rsidRPr="008A7442" w14:paraId="1092C65C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1E1C1735" w14:textId="719F47E8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Altă variantă: ................................................</w:t>
            </w:r>
            <w:r w:rsidR="00D93BF5">
              <w:rPr>
                <w:color w:val="000000"/>
                <w:sz w:val="15"/>
                <w:lang w:val="ro-RO"/>
              </w:rPr>
              <w:t>.....................................................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6B31E00" w14:textId="77777777" w:rsidR="00BF37BA" w:rsidRPr="008A7442" w:rsidRDefault="00BF37BA">
            <w:pPr>
              <w:spacing w:after="0"/>
              <w:rPr>
                <w:lang w:val="ro-RO"/>
              </w:rPr>
            </w:pPr>
          </w:p>
        </w:tc>
      </w:tr>
    </w:tbl>
    <w:p w14:paraId="69D08186" w14:textId="77777777" w:rsidR="00BF37BA" w:rsidRPr="008A7442" w:rsidRDefault="0055343B">
      <w:pPr>
        <w:keepNext/>
        <w:pageBreakBefore/>
        <w:spacing w:before="60" w:after="20"/>
        <w:rPr>
          <w:lang w:val="ro-RO"/>
        </w:rPr>
      </w:pPr>
      <w:r w:rsidRPr="008A7442">
        <w:rPr>
          <w:b/>
          <w:color w:val="000000"/>
          <w:lang w:val="ro-RO"/>
        </w:rPr>
        <w:lastRenderedPageBreak/>
        <w:t>7. Cum apreciați gradul actual de valorificare a Cinematografului Oituz ca reper cultural și urban al municipiului?</w:t>
      </w:r>
    </w:p>
    <w:tbl>
      <w:tblPr>
        <w:tblW w:w="10320" w:type="dxa"/>
        <w:jc w:val="center"/>
        <w:tblLayout w:type="fixed"/>
        <w:tblLook w:val="04A0" w:firstRow="1" w:lastRow="0" w:firstColumn="1" w:lastColumn="0" w:noHBand="0" w:noVBand="1"/>
      </w:tblPr>
      <w:tblGrid>
        <w:gridCol w:w="10320"/>
      </w:tblGrid>
      <w:tr w:rsidR="00BF37BA" w:rsidRPr="008A7442" w14:paraId="200F3471" w14:textId="77777777">
        <w:trPr>
          <w:jc w:val="center"/>
        </w:trPr>
        <w:tc>
          <w:tcPr>
            <w:tcW w:w="1032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7F05E42B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Foarte ridicat</w:t>
            </w:r>
          </w:p>
        </w:tc>
      </w:tr>
      <w:tr w:rsidR="00BF37BA" w:rsidRPr="008A7442" w14:paraId="0FFF0FC8" w14:textId="77777777">
        <w:trPr>
          <w:jc w:val="center"/>
        </w:trPr>
        <w:tc>
          <w:tcPr>
            <w:tcW w:w="1032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025B9F68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Ridicat</w:t>
            </w:r>
          </w:p>
        </w:tc>
      </w:tr>
      <w:tr w:rsidR="00BF37BA" w:rsidRPr="008A7442" w14:paraId="5F4D6E8F" w14:textId="77777777">
        <w:trPr>
          <w:jc w:val="center"/>
        </w:trPr>
        <w:tc>
          <w:tcPr>
            <w:tcW w:w="1032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70D2B93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Moderat</w:t>
            </w:r>
          </w:p>
        </w:tc>
      </w:tr>
      <w:tr w:rsidR="00BF37BA" w:rsidRPr="008A7442" w14:paraId="1CB4655C" w14:textId="77777777">
        <w:trPr>
          <w:jc w:val="center"/>
        </w:trPr>
        <w:tc>
          <w:tcPr>
            <w:tcW w:w="1032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8973AB8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Scăzut</w:t>
            </w:r>
          </w:p>
        </w:tc>
      </w:tr>
      <w:tr w:rsidR="00BF37BA" w:rsidRPr="008A7442" w14:paraId="77AC683B" w14:textId="77777777">
        <w:trPr>
          <w:jc w:val="center"/>
        </w:trPr>
        <w:tc>
          <w:tcPr>
            <w:tcW w:w="1032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FA13CF5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Foarte scăzut</w:t>
            </w:r>
          </w:p>
        </w:tc>
      </w:tr>
      <w:tr w:rsidR="00BF37BA" w:rsidRPr="008A7442" w14:paraId="03ABCA01" w14:textId="77777777">
        <w:trPr>
          <w:jc w:val="center"/>
        </w:trPr>
        <w:tc>
          <w:tcPr>
            <w:tcW w:w="1032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2C27887C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Nu puteți aprecia</w:t>
            </w:r>
          </w:p>
        </w:tc>
      </w:tr>
    </w:tbl>
    <w:p w14:paraId="70712A61" w14:textId="77777777" w:rsidR="00BF37BA" w:rsidRPr="008A7442" w:rsidRDefault="0055343B">
      <w:pPr>
        <w:keepNext/>
        <w:spacing w:before="60" w:after="20"/>
        <w:rPr>
          <w:lang w:val="ro-RO"/>
        </w:rPr>
      </w:pPr>
      <w:r w:rsidRPr="008A7442">
        <w:rPr>
          <w:b/>
          <w:color w:val="000000"/>
          <w:lang w:val="ro-RO"/>
        </w:rPr>
        <w:t>8. Ce probleme ale Cinematografului Oituz considerați că reduc atractivitatea zonei și potențialul acesteia pentru activități economice și culturale?</w:t>
      </w:r>
      <w:r w:rsidRPr="008A7442">
        <w:rPr>
          <w:i/>
          <w:color w:val="666666"/>
          <w:sz w:val="14"/>
          <w:lang w:val="ro-RO"/>
        </w:rPr>
        <w:t xml:space="preserve">  (Selectați maximum 3 variante)</w:t>
      </w:r>
    </w:p>
    <w:tbl>
      <w:tblPr>
        <w:tblW w:w="10320" w:type="dxa"/>
        <w:jc w:val="center"/>
        <w:tblLayout w:type="fixed"/>
        <w:tblLook w:val="04A0" w:firstRow="1" w:lastRow="0" w:firstColumn="1" w:lastColumn="0" w:noHBand="0" w:noVBand="1"/>
      </w:tblPr>
      <w:tblGrid>
        <w:gridCol w:w="5124"/>
        <w:gridCol w:w="5179"/>
        <w:gridCol w:w="17"/>
      </w:tblGrid>
      <w:tr w:rsidR="00BF37BA" w:rsidRPr="008A7442" w14:paraId="64E63F6C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073B6E9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Starea fizică necorespunzătoare a clădirii</w:t>
            </w:r>
          </w:p>
        </w:tc>
        <w:tc>
          <w:tcPr>
            <w:tcW w:w="5160" w:type="dxa"/>
            <w:gridSpan w:val="2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23CE33C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Neutilizarea sau utilizarea insuficientă a cinematografului</w:t>
            </w:r>
          </w:p>
        </w:tc>
      </w:tr>
      <w:tr w:rsidR="00BF37BA" w:rsidRPr="008A7442" w14:paraId="12F183C6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701C0F23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Spații neadaptate activităților și evenimentelor actuale</w:t>
            </w:r>
          </w:p>
        </w:tc>
        <w:tc>
          <w:tcPr>
            <w:tcW w:w="5160" w:type="dxa"/>
            <w:gridSpan w:val="2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7F7DAA0C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Dotări tehnice și instalații învechite</w:t>
            </w:r>
          </w:p>
        </w:tc>
      </w:tr>
      <w:tr w:rsidR="00BF37BA" w:rsidRPr="008A7442" w14:paraId="404ED11B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56590EAE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Accesibilitate și confort necorespunzătoare</w:t>
            </w:r>
          </w:p>
        </w:tc>
        <w:tc>
          <w:tcPr>
            <w:tcW w:w="5160" w:type="dxa"/>
            <w:gridSpan w:val="2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1951B8D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Aspect exterior insuficient valorificat</w:t>
            </w:r>
          </w:p>
        </w:tc>
      </w:tr>
      <w:tr w:rsidR="00BF37BA" w:rsidRPr="008A7442" w14:paraId="26C920F9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2AB8CD54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Legătură funcțională și vizuală slabă cu parcul</w:t>
            </w:r>
          </w:p>
        </w:tc>
        <w:tc>
          <w:tcPr>
            <w:tcW w:w="5160" w:type="dxa"/>
            <w:gridSpan w:val="2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0EA9E529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Lipsa unei oferte culturale constante și diversificate</w:t>
            </w:r>
          </w:p>
        </w:tc>
      </w:tr>
      <w:tr w:rsidR="00BF37BA" w:rsidRPr="008A7442" w14:paraId="63A05253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0D02CA73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Nu identificați probleme semnificative</w:t>
            </w:r>
          </w:p>
        </w:tc>
        <w:tc>
          <w:tcPr>
            <w:tcW w:w="5160" w:type="dxa"/>
            <w:gridSpan w:val="2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F1D5706" w14:textId="167CA924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Altă variantă: ................................................</w:t>
            </w:r>
            <w:r w:rsidR="00D93BF5">
              <w:rPr>
                <w:color w:val="000000"/>
                <w:sz w:val="15"/>
                <w:lang w:val="ro-RO"/>
              </w:rPr>
              <w:t>................................</w:t>
            </w:r>
          </w:p>
        </w:tc>
      </w:tr>
      <w:tr w:rsidR="00DB0BAC" w:rsidRPr="008A7442" w14:paraId="227503A3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B068C34" w14:textId="77777777" w:rsidR="00DB0BAC" w:rsidRPr="008A7442" w:rsidRDefault="00DB0BAC">
            <w:pPr>
              <w:spacing w:after="0"/>
              <w:rPr>
                <w:color w:val="000000"/>
                <w:sz w:val="15"/>
                <w:lang w:val="ro-RO"/>
              </w:rPr>
            </w:pPr>
          </w:p>
        </w:tc>
        <w:tc>
          <w:tcPr>
            <w:tcW w:w="5160" w:type="dxa"/>
            <w:gridSpan w:val="2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053D79C4" w14:textId="77777777" w:rsidR="00DB0BAC" w:rsidRPr="008A7442" w:rsidRDefault="00DB0BAC">
            <w:pPr>
              <w:spacing w:after="0"/>
              <w:rPr>
                <w:color w:val="000000"/>
                <w:sz w:val="15"/>
                <w:lang w:val="ro-RO"/>
              </w:rPr>
            </w:pPr>
          </w:p>
        </w:tc>
      </w:tr>
      <w:tr w:rsidR="00BF37BA" w:rsidRPr="008A7442" w14:paraId="7BC1B97B" w14:textId="77777777">
        <w:trPr>
          <w:gridAfter w:val="1"/>
          <w:wAfter w:w="17" w:type="dxa"/>
          <w:jc w:val="center"/>
        </w:trPr>
        <w:tc>
          <w:tcPr>
            <w:tcW w:w="10376" w:type="dxa"/>
            <w:gridSpan w:val="2"/>
            <w:shd w:val="clear" w:color="auto" w:fill="244A67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18832F7E" w14:textId="77777777" w:rsidR="00BF37BA" w:rsidRPr="008A7442" w:rsidRDefault="0055343B">
            <w:pPr>
              <w:keepNext/>
              <w:spacing w:after="0"/>
              <w:rPr>
                <w:lang w:val="ro-RO"/>
              </w:rPr>
            </w:pPr>
            <w:r w:rsidRPr="008A7442">
              <w:rPr>
                <w:b/>
                <w:color w:val="FFFFFF"/>
                <w:lang w:val="ro-RO"/>
              </w:rPr>
              <w:t>B. IMPACT ȘI OPORTUNITĂȚI</w:t>
            </w:r>
            <w:r w:rsidRPr="008A7442">
              <w:rPr>
                <w:color w:val="DFE9F1"/>
                <w:sz w:val="15"/>
                <w:lang w:val="ro-RO"/>
              </w:rPr>
              <w:t xml:space="preserve">  |  </w:t>
            </w:r>
            <w:r w:rsidRPr="008A7442">
              <w:rPr>
                <w:b/>
                <w:bCs/>
                <w:color w:val="FFFFFF" w:themeColor="background1"/>
                <w:sz w:val="15"/>
                <w:lang w:val="ro-RO"/>
              </w:rPr>
              <w:t>efectele anticipate asupra economiei locale</w:t>
            </w:r>
          </w:p>
        </w:tc>
      </w:tr>
    </w:tbl>
    <w:p w14:paraId="51F5932D" w14:textId="77777777" w:rsidR="00BF37BA" w:rsidRPr="008A7442" w:rsidRDefault="00BF37BA">
      <w:pPr>
        <w:keepNext/>
        <w:spacing w:after="20"/>
        <w:rPr>
          <w:lang w:val="ro-RO"/>
        </w:rPr>
      </w:pPr>
    </w:p>
    <w:p w14:paraId="551C09FA" w14:textId="77777777" w:rsidR="00BF37BA" w:rsidRPr="008A7442" w:rsidRDefault="0055343B">
      <w:pPr>
        <w:keepNext/>
        <w:spacing w:before="60" w:after="20"/>
        <w:rPr>
          <w:lang w:val="ro-RO"/>
        </w:rPr>
      </w:pPr>
      <w:r w:rsidRPr="008A7442">
        <w:rPr>
          <w:b/>
          <w:color w:val="000000"/>
          <w:lang w:val="ro-RO"/>
        </w:rPr>
        <w:t>9. Cât de importantă considerați regenerarea integrată a parcului și a cinematografului pentru dezvoltarea municipiului Onești?</w:t>
      </w:r>
    </w:p>
    <w:tbl>
      <w:tblPr>
        <w:tblW w:w="10320" w:type="dxa"/>
        <w:jc w:val="center"/>
        <w:tblLayout w:type="fixed"/>
        <w:tblLook w:val="04A0" w:firstRow="1" w:lastRow="0" w:firstColumn="1" w:lastColumn="0" w:noHBand="0" w:noVBand="1"/>
      </w:tblPr>
      <w:tblGrid>
        <w:gridCol w:w="10320"/>
      </w:tblGrid>
      <w:tr w:rsidR="00BF37BA" w:rsidRPr="008A7442" w14:paraId="30A1E9D1" w14:textId="77777777">
        <w:trPr>
          <w:jc w:val="center"/>
        </w:trPr>
        <w:tc>
          <w:tcPr>
            <w:tcW w:w="1032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2FB7937D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Foarte importantă</w:t>
            </w:r>
          </w:p>
        </w:tc>
      </w:tr>
      <w:tr w:rsidR="00BF37BA" w:rsidRPr="008A7442" w14:paraId="18551A06" w14:textId="77777777">
        <w:trPr>
          <w:jc w:val="center"/>
        </w:trPr>
        <w:tc>
          <w:tcPr>
            <w:tcW w:w="1032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E93D4BC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Importantă</w:t>
            </w:r>
          </w:p>
        </w:tc>
      </w:tr>
      <w:tr w:rsidR="00BF37BA" w:rsidRPr="008A7442" w14:paraId="4A820A2D" w14:textId="77777777">
        <w:trPr>
          <w:jc w:val="center"/>
        </w:trPr>
        <w:tc>
          <w:tcPr>
            <w:tcW w:w="1032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13D416F9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Nici importantă, nici neimportantă</w:t>
            </w:r>
          </w:p>
        </w:tc>
      </w:tr>
      <w:tr w:rsidR="00BF37BA" w:rsidRPr="008A7442" w14:paraId="4FE80480" w14:textId="77777777">
        <w:trPr>
          <w:jc w:val="center"/>
        </w:trPr>
        <w:tc>
          <w:tcPr>
            <w:tcW w:w="1032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79CD3144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Puțin importantă</w:t>
            </w:r>
          </w:p>
        </w:tc>
      </w:tr>
      <w:tr w:rsidR="00BF37BA" w:rsidRPr="008A7442" w14:paraId="39BE7648" w14:textId="77777777">
        <w:trPr>
          <w:jc w:val="center"/>
        </w:trPr>
        <w:tc>
          <w:tcPr>
            <w:tcW w:w="1032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130173A7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Deloc importantă</w:t>
            </w:r>
          </w:p>
        </w:tc>
      </w:tr>
    </w:tbl>
    <w:p w14:paraId="5ACC6CDD" w14:textId="77777777" w:rsidR="00BF37BA" w:rsidRPr="008A7442" w:rsidRDefault="0055343B">
      <w:pPr>
        <w:keepNext/>
        <w:spacing w:before="60" w:after="20"/>
        <w:rPr>
          <w:lang w:val="ro-RO"/>
        </w:rPr>
      </w:pPr>
      <w:r w:rsidRPr="008A7442">
        <w:rPr>
          <w:b/>
          <w:color w:val="000000"/>
          <w:lang w:val="ro-RO"/>
        </w:rPr>
        <w:t>10. Ce efecte pozitive considerați că ar putea genera proiectul asupra economiei locale?</w:t>
      </w:r>
      <w:r w:rsidRPr="008A7442">
        <w:rPr>
          <w:i/>
          <w:color w:val="666666"/>
          <w:sz w:val="14"/>
          <w:lang w:val="ro-RO"/>
        </w:rPr>
        <w:t xml:space="preserve">  (Selectați maximum 5 variante)</w:t>
      </w:r>
    </w:p>
    <w:tbl>
      <w:tblPr>
        <w:tblW w:w="10320" w:type="dxa"/>
        <w:jc w:val="center"/>
        <w:tblLayout w:type="fixed"/>
        <w:tblLook w:val="04A0" w:firstRow="1" w:lastRow="0" w:firstColumn="1" w:lastColumn="0" w:noHBand="0" w:noVBand="1"/>
      </w:tblPr>
      <w:tblGrid>
        <w:gridCol w:w="5160"/>
        <w:gridCol w:w="5160"/>
      </w:tblGrid>
      <w:tr w:rsidR="00BF37BA" w:rsidRPr="008A7442" w14:paraId="58D7A479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6F7949C7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Creșterea atractivității municipiului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1B103BED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Creșterea numărului de vizitatori</w:t>
            </w:r>
          </w:p>
        </w:tc>
      </w:tr>
      <w:tr w:rsidR="00BF37BA" w:rsidRPr="008A7442" w14:paraId="5F568ECB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63CDAAB2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Dezvoltarea unor servicii și produse noi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641A485A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Creșterea cererii pentru afacerile locale</w:t>
            </w:r>
          </w:p>
        </w:tc>
      </w:tr>
      <w:tr w:rsidR="00BF37BA" w:rsidRPr="008A7442" w14:paraId="4853B847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16B0E361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Crearea de locuri de muncă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1B0FCDB7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Promovarea identității și produselor locale</w:t>
            </w:r>
          </w:p>
        </w:tc>
      </w:tr>
      <w:tr w:rsidR="00BF37BA" w:rsidRPr="008A7442" w14:paraId="7FD89523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ED14A9E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Îmbunătățirea imaginii zonei pentru investiții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E286C89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Dezvoltarea colaborării dintre mediul public, privat și comunitate</w:t>
            </w:r>
          </w:p>
        </w:tc>
      </w:tr>
      <w:tr w:rsidR="00BF37BA" w:rsidRPr="008A7442" w14:paraId="5371A89B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2DE69F5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Extinderea ofertei culturale și recreative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1993BACA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Creșterea calității vieții angajaților și locuitorilor</w:t>
            </w:r>
          </w:p>
        </w:tc>
      </w:tr>
      <w:tr w:rsidR="00BF37BA" w:rsidRPr="008A7442" w14:paraId="0C8D3266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A5E1840" w14:textId="5CDD1BF4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Altă variantă: ................................................</w:t>
            </w:r>
            <w:r w:rsidR="00D93BF5">
              <w:rPr>
                <w:color w:val="000000"/>
                <w:sz w:val="15"/>
                <w:lang w:val="ro-RO"/>
              </w:rPr>
              <w:t>...............................................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16D53634" w14:textId="77777777" w:rsidR="00BF37BA" w:rsidRPr="008A7442" w:rsidRDefault="00BF37BA">
            <w:pPr>
              <w:spacing w:after="0"/>
              <w:rPr>
                <w:lang w:val="ro-RO"/>
              </w:rPr>
            </w:pPr>
          </w:p>
        </w:tc>
      </w:tr>
    </w:tbl>
    <w:p w14:paraId="1FD32DCD" w14:textId="77777777" w:rsidR="00BF37BA" w:rsidRPr="008A7442" w:rsidRDefault="0055343B">
      <w:pPr>
        <w:keepNext/>
        <w:spacing w:before="60" w:after="20"/>
        <w:rPr>
          <w:lang w:val="ro-RO"/>
        </w:rPr>
      </w:pPr>
      <w:r w:rsidRPr="008A7442">
        <w:rPr>
          <w:b/>
          <w:color w:val="000000"/>
          <w:lang w:val="ro-RO"/>
        </w:rPr>
        <w:t>11. Ce riscuri sau dificultăți considerați că ar trebui prevenite?</w:t>
      </w:r>
      <w:r w:rsidRPr="008A7442">
        <w:rPr>
          <w:i/>
          <w:color w:val="666666"/>
          <w:sz w:val="14"/>
          <w:lang w:val="ro-RO"/>
        </w:rPr>
        <w:t xml:space="preserve">  (Selectați maximum 3 variante)</w:t>
      </w:r>
    </w:p>
    <w:tbl>
      <w:tblPr>
        <w:tblW w:w="10320" w:type="dxa"/>
        <w:jc w:val="center"/>
        <w:tblLayout w:type="fixed"/>
        <w:tblLook w:val="04A0" w:firstRow="1" w:lastRow="0" w:firstColumn="1" w:lastColumn="0" w:noHBand="0" w:noVBand="1"/>
      </w:tblPr>
      <w:tblGrid>
        <w:gridCol w:w="5160"/>
        <w:gridCol w:w="5160"/>
      </w:tblGrid>
      <w:tr w:rsidR="00BF37BA" w:rsidRPr="008A7442" w14:paraId="4D699FED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0390D48A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Comercializarea excesivă a spațiului public și aglomerarea zonei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6636550C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Afectarea vegetației și a peisajului</w:t>
            </w:r>
          </w:p>
        </w:tc>
      </w:tr>
      <w:tr w:rsidR="00BF37BA" w:rsidRPr="008A7442" w14:paraId="5E451A82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68291685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Creșterea traficului și insuficiența accesului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0B51DAD7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Deșeuri, zgomot și întreținere necorespunzătoare</w:t>
            </w:r>
          </w:p>
        </w:tc>
      </w:tr>
      <w:tr w:rsidR="00BF37BA" w:rsidRPr="008A7442" w14:paraId="03395F33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1C16D41B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Activități incompatibile cu funcțiunile culturale și recreative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2D3D259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 xml:space="preserve">☐ </w:t>
            </w:r>
            <w:proofErr w:type="spellStart"/>
            <w:r w:rsidRPr="008A7442">
              <w:rPr>
                <w:color w:val="000000"/>
                <w:sz w:val="15"/>
                <w:lang w:val="ro-RO"/>
              </w:rPr>
              <w:t>Sezonalitatea</w:t>
            </w:r>
            <w:proofErr w:type="spellEnd"/>
            <w:r w:rsidRPr="008A7442">
              <w:rPr>
                <w:color w:val="000000"/>
                <w:sz w:val="15"/>
                <w:lang w:val="ro-RO"/>
              </w:rPr>
              <w:t xml:space="preserve"> activităților</w:t>
            </w:r>
          </w:p>
        </w:tc>
      </w:tr>
      <w:tr w:rsidR="00BF37BA" w:rsidRPr="008A7442" w14:paraId="6CB24C77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B05EA37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Reguli neclare pentru colaborarea cu mediul privat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CF70CC9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Lipsa coordonării între autoritate, comunitate și mediul de afaceri</w:t>
            </w:r>
          </w:p>
        </w:tc>
      </w:tr>
      <w:tr w:rsidR="00BF37BA" w:rsidRPr="008A7442" w14:paraId="17EB6CEE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0F2C5C15" w14:textId="13C7EB69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Altă variantă: ................................................</w:t>
            </w:r>
            <w:r w:rsidR="00D93BF5">
              <w:rPr>
                <w:color w:val="000000"/>
                <w:sz w:val="15"/>
                <w:lang w:val="ro-RO"/>
              </w:rPr>
              <w:t>................................................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3D54601" w14:textId="77777777" w:rsidR="00BF37BA" w:rsidRPr="008A7442" w:rsidRDefault="00BF37BA">
            <w:pPr>
              <w:spacing w:after="0"/>
              <w:rPr>
                <w:lang w:val="ro-RO"/>
              </w:rPr>
            </w:pPr>
          </w:p>
        </w:tc>
      </w:tr>
    </w:tbl>
    <w:p w14:paraId="3DBEB4C3" w14:textId="77777777" w:rsidR="00BF37BA" w:rsidRPr="008A7442" w:rsidRDefault="0055343B">
      <w:pPr>
        <w:keepNext/>
        <w:spacing w:before="60" w:after="20"/>
        <w:rPr>
          <w:lang w:val="ro-RO"/>
        </w:rPr>
      </w:pPr>
      <w:r w:rsidRPr="008A7442">
        <w:rPr>
          <w:b/>
          <w:color w:val="000000"/>
          <w:lang w:val="ro-RO"/>
        </w:rPr>
        <w:t>12. Ce amenajări și funcțiuni considerați prioritare pentru fiecare dintre cele două componente ale proiectului?</w:t>
      </w:r>
      <w:r w:rsidRPr="008A7442">
        <w:rPr>
          <w:i/>
          <w:color w:val="666666"/>
          <w:sz w:val="14"/>
          <w:lang w:val="ro-RO"/>
        </w:rPr>
        <w:t xml:space="preserve">  (Selectați maximum 5 variante)</w:t>
      </w:r>
    </w:p>
    <w:tbl>
      <w:tblPr>
        <w:tblW w:w="10320" w:type="dxa"/>
        <w:jc w:val="center"/>
        <w:tblLayout w:type="fixed"/>
        <w:tblLook w:val="04A0" w:firstRow="1" w:lastRow="0" w:firstColumn="1" w:lastColumn="0" w:noHBand="0" w:noVBand="1"/>
      </w:tblPr>
      <w:tblGrid>
        <w:gridCol w:w="5124"/>
        <w:gridCol w:w="5179"/>
        <w:gridCol w:w="17"/>
      </w:tblGrid>
      <w:tr w:rsidR="00BF37BA" w:rsidRPr="008A7442" w14:paraId="30B1E5E1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58296F8F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În parc: trasee pietonale, de alergare și pentru bicicliști</w:t>
            </w:r>
          </w:p>
        </w:tc>
        <w:tc>
          <w:tcPr>
            <w:tcW w:w="5160" w:type="dxa"/>
            <w:gridSpan w:val="2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8A9AF2B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În parc: zone de odihnă, recreere și socializare</w:t>
            </w:r>
          </w:p>
        </w:tc>
      </w:tr>
      <w:tr w:rsidR="00BF37BA" w:rsidRPr="008A7442" w14:paraId="6937C7FA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3CCB9BD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În parc: locuri de joacă și activități pentru familii</w:t>
            </w:r>
          </w:p>
        </w:tc>
        <w:tc>
          <w:tcPr>
            <w:tcW w:w="5160" w:type="dxa"/>
            <w:gridSpan w:val="2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FFE48B3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În parc: amfiteatru urban și cinema în aer liber</w:t>
            </w:r>
          </w:p>
        </w:tc>
      </w:tr>
      <w:tr w:rsidR="00BF37BA" w:rsidRPr="008A7442" w14:paraId="2645F110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1BFFB091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În parc: spațiu deschis multifuncțional pentru târguri, festivaluri și evenimente</w:t>
            </w:r>
          </w:p>
        </w:tc>
        <w:tc>
          <w:tcPr>
            <w:tcW w:w="5160" w:type="dxa"/>
            <w:gridSpan w:val="2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B256FFC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În parc și în cinematograf: spații expoziționale și instalații artistice</w:t>
            </w:r>
          </w:p>
        </w:tc>
      </w:tr>
      <w:tr w:rsidR="00BF37BA" w:rsidRPr="008A7442" w14:paraId="1CA0175C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643DB679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În cinematograf: proiecții de film, teatru și concerte</w:t>
            </w:r>
          </w:p>
        </w:tc>
        <w:tc>
          <w:tcPr>
            <w:tcW w:w="5160" w:type="dxa"/>
            <w:gridSpan w:val="2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2E8E1A9F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În cinematograf: spații pentru ateliere, cursuri și activități educaționale</w:t>
            </w:r>
          </w:p>
        </w:tc>
      </w:tr>
      <w:tr w:rsidR="00BF37BA" w:rsidRPr="008A7442" w14:paraId="5721B34D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4ACF6D8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În cinematograf: conferințe și evenimente profesionale</w:t>
            </w:r>
          </w:p>
        </w:tc>
        <w:tc>
          <w:tcPr>
            <w:tcW w:w="5160" w:type="dxa"/>
            <w:gridSpan w:val="2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A868ED1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În cinematograf: spații pentru comunitatea creativă și inițiative civice</w:t>
            </w:r>
          </w:p>
        </w:tc>
      </w:tr>
      <w:tr w:rsidR="00BF37BA" w:rsidRPr="008A7442" w14:paraId="513AAD4B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2E886D6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Pentru ansamblu: tur virtual, hartă și calendar digital al evenimentelor</w:t>
            </w:r>
          </w:p>
        </w:tc>
        <w:tc>
          <w:tcPr>
            <w:tcW w:w="5160" w:type="dxa"/>
            <w:gridSpan w:val="2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6D898EDD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În zone stabilite: spații temporare pentru promovarea produselor locale</w:t>
            </w:r>
          </w:p>
        </w:tc>
      </w:tr>
      <w:tr w:rsidR="00BF37BA" w:rsidRPr="008A7442" w14:paraId="1A03C078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5316FD92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Altă variantă: ................................................</w:t>
            </w:r>
          </w:p>
        </w:tc>
        <w:tc>
          <w:tcPr>
            <w:tcW w:w="5160" w:type="dxa"/>
            <w:gridSpan w:val="2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40AB663" w14:textId="77777777" w:rsidR="00BF37BA" w:rsidRPr="008A7442" w:rsidRDefault="00BF37BA">
            <w:pPr>
              <w:spacing w:after="0"/>
              <w:rPr>
                <w:lang w:val="ro-RO"/>
              </w:rPr>
            </w:pPr>
          </w:p>
        </w:tc>
      </w:tr>
      <w:tr w:rsidR="00DB0BAC" w:rsidRPr="008A7442" w14:paraId="476C5B11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07A46FEA" w14:textId="77777777" w:rsidR="00DB0BAC" w:rsidRPr="008A7442" w:rsidRDefault="00DB0BAC">
            <w:pPr>
              <w:spacing w:after="0"/>
              <w:rPr>
                <w:color w:val="000000"/>
                <w:sz w:val="15"/>
                <w:lang w:val="ro-RO"/>
              </w:rPr>
            </w:pPr>
          </w:p>
        </w:tc>
        <w:tc>
          <w:tcPr>
            <w:tcW w:w="5160" w:type="dxa"/>
            <w:gridSpan w:val="2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A6608CC" w14:textId="77777777" w:rsidR="00DB0BAC" w:rsidRPr="008A7442" w:rsidRDefault="00DB0BAC">
            <w:pPr>
              <w:spacing w:after="0"/>
              <w:rPr>
                <w:lang w:val="ro-RO"/>
              </w:rPr>
            </w:pPr>
          </w:p>
        </w:tc>
      </w:tr>
      <w:tr w:rsidR="00BF37BA" w:rsidRPr="008A7442" w14:paraId="777E9913" w14:textId="77777777">
        <w:trPr>
          <w:gridAfter w:val="1"/>
          <w:wAfter w:w="17" w:type="dxa"/>
          <w:jc w:val="center"/>
        </w:trPr>
        <w:tc>
          <w:tcPr>
            <w:tcW w:w="10376" w:type="dxa"/>
            <w:gridSpan w:val="2"/>
            <w:shd w:val="clear" w:color="auto" w:fill="244A67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1CFB8088" w14:textId="77777777" w:rsidR="00BF37BA" w:rsidRPr="008A7442" w:rsidRDefault="0055343B">
            <w:pPr>
              <w:keepNext/>
              <w:spacing w:after="0"/>
              <w:rPr>
                <w:lang w:val="ro-RO"/>
              </w:rPr>
            </w:pPr>
            <w:r w:rsidRPr="008A7442">
              <w:rPr>
                <w:b/>
                <w:color w:val="FFFFFF"/>
                <w:lang w:val="ro-RO"/>
              </w:rPr>
              <w:t>C. INIȚIATIVE ECONOMICE COMPATIBILE</w:t>
            </w:r>
            <w:r w:rsidRPr="008A7442">
              <w:rPr>
                <w:color w:val="DFE9F1"/>
                <w:sz w:val="15"/>
                <w:lang w:val="ro-RO"/>
              </w:rPr>
              <w:t xml:space="preserve">  </w:t>
            </w:r>
            <w:r w:rsidRPr="008A7442">
              <w:rPr>
                <w:b/>
                <w:bCs/>
                <w:color w:val="FFFFFF" w:themeColor="background1"/>
                <w:sz w:val="15"/>
                <w:lang w:val="ro-RO"/>
              </w:rPr>
              <w:t>|  servicii locale și condiții de funcționare</w:t>
            </w:r>
          </w:p>
        </w:tc>
      </w:tr>
    </w:tbl>
    <w:p w14:paraId="4EC36C88" w14:textId="77777777" w:rsidR="00BF37BA" w:rsidRPr="008A7442" w:rsidRDefault="00BF37BA">
      <w:pPr>
        <w:keepNext/>
        <w:spacing w:after="20"/>
        <w:rPr>
          <w:lang w:val="ro-RO"/>
        </w:rPr>
      </w:pPr>
    </w:p>
    <w:p w14:paraId="3A277659" w14:textId="77777777" w:rsidR="00BF37BA" w:rsidRPr="008A7442" w:rsidRDefault="0055343B">
      <w:pPr>
        <w:keepNext/>
        <w:spacing w:before="60" w:after="20"/>
        <w:rPr>
          <w:lang w:val="ro-RO"/>
        </w:rPr>
      </w:pPr>
      <w:r w:rsidRPr="008A7442">
        <w:rPr>
          <w:b/>
          <w:color w:val="000000"/>
          <w:lang w:val="ro-RO"/>
        </w:rPr>
        <w:t>13. Ce inițiative economice considerați potrivite pentru această zonă?</w:t>
      </w:r>
      <w:r w:rsidRPr="008A7442">
        <w:rPr>
          <w:i/>
          <w:color w:val="666666"/>
          <w:sz w:val="14"/>
          <w:lang w:val="ro-RO"/>
        </w:rPr>
        <w:t xml:space="preserve">  (Selectați maximum 3 variante)</w:t>
      </w:r>
    </w:p>
    <w:tbl>
      <w:tblPr>
        <w:tblW w:w="10320" w:type="dxa"/>
        <w:jc w:val="center"/>
        <w:tblLayout w:type="fixed"/>
        <w:tblLook w:val="04A0" w:firstRow="1" w:lastRow="0" w:firstColumn="1" w:lastColumn="0" w:noHBand="0" w:noVBand="1"/>
      </w:tblPr>
      <w:tblGrid>
        <w:gridCol w:w="5160"/>
        <w:gridCol w:w="5160"/>
      </w:tblGrid>
      <w:tr w:rsidR="00BF37BA" w:rsidRPr="008A7442" w14:paraId="63750565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16F3FF1D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Servicii pentru evenimente culturale și comunitare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298EB9A7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Ateliere educative și creative</w:t>
            </w:r>
          </w:p>
        </w:tc>
      </w:tr>
      <w:tr w:rsidR="00BF37BA" w:rsidRPr="008A7442" w14:paraId="4D52DB8B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1B5CE9B5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Promovarea și vânzarea ocazională a produselor locale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567E7B73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Închirierea de biciclete sau echipamente recreative</w:t>
            </w:r>
          </w:p>
        </w:tc>
      </w:tr>
      <w:tr w:rsidR="00BF37BA" w:rsidRPr="008A7442" w14:paraId="69D860CE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7EBD4B7E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Servicii de alimentație publică de mică amploare, în zone stabilite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F062579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Târguri și evenimente tematice ocazionale</w:t>
            </w:r>
          </w:p>
        </w:tc>
      </w:tr>
      <w:tr w:rsidR="00BF37BA" w:rsidRPr="008A7442" w14:paraId="28D89B25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2D06B47A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Servicii de fotografie, producție media și multimedia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75466689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Servicii digitale de informare, promovare și rezervare</w:t>
            </w:r>
          </w:p>
        </w:tc>
      </w:tr>
      <w:tr w:rsidR="00BF37BA" w:rsidRPr="008A7442" w14:paraId="035F4F75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18C49A35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Tururi ghidate privind istoria, cultura și biodiversitatea locală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95CACD5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Nu considerați necesare activități economice în interiorul zonei</w:t>
            </w:r>
          </w:p>
        </w:tc>
      </w:tr>
      <w:tr w:rsidR="00BF37BA" w:rsidRPr="008A7442" w14:paraId="25C8C84C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7A77FA71" w14:textId="3377D0FF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Altă variantă: ................................................</w:t>
            </w:r>
            <w:r w:rsidR="00D93BF5">
              <w:rPr>
                <w:color w:val="000000"/>
                <w:sz w:val="15"/>
                <w:lang w:val="ro-RO"/>
              </w:rPr>
              <w:t>....................................................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67CFB111" w14:textId="77777777" w:rsidR="00BF37BA" w:rsidRPr="008A7442" w:rsidRDefault="00BF37BA">
            <w:pPr>
              <w:spacing w:after="0"/>
              <w:rPr>
                <w:lang w:val="ro-RO"/>
              </w:rPr>
            </w:pPr>
          </w:p>
        </w:tc>
      </w:tr>
      <w:tr w:rsidR="00DB0BAC" w:rsidRPr="008A7442" w14:paraId="27C97888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745ABFDC" w14:textId="77777777" w:rsidR="00DB0BAC" w:rsidRPr="008A7442" w:rsidRDefault="00DB0BAC">
            <w:pPr>
              <w:spacing w:after="0"/>
              <w:rPr>
                <w:color w:val="000000"/>
                <w:sz w:val="15"/>
                <w:lang w:val="ro-RO"/>
              </w:rPr>
            </w:pP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587F5414" w14:textId="77777777" w:rsidR="00DB0BAC" w:rsidRPr="008A7442" w:rsidRDefault="00DB0BAC">
            <w:pPr>
              <w:spacing w:after="0"/>
              <w:rPr>
                <w:lang w:val="ro-RO"/>
              </w:rPr>
            </w:pPr>
          </w:p>
        </w:tc>
      </w:tr>
    </w:tbl>
    <w:p w14:paraId="22B8CD66" w14:textId="77777777" w:rsidR="00BF37BA" w:rsidRPr="008A7442" w:rsidRDefault="0055343B">
      <w:pPr>
        <w:keepNext/>
        <w:spacing w:before="60" w:after="20"/>
        <w:rPr>
          <w:lang w:val="ro-RO"/>
        </w:rPr>
      </w:pPr>
      <w:r w:rsidRPr="008A7442">
        <w:rPr>
          <w:b/>
          <w:color w:val="000000"/>
          <w:lang w:val="ro-RO"/>
        </w:rPr>
        <w:t>14. Ați fi interesat(ă) să furnizați produse, servicii sau activități compatibile cu proiectul?</w:t>
      </w:r>
    </w:p>
    <w:tbl>
      <w:tblPr>
        <w:tblW w:w="10320" w:type="dxa"/>
        <w:jc w:val="center"/>
        <w:tblLayout w:type="fixed"/>
        <w:tblLook w:val="04A0" w:firstRow="1" w:lastRow="0" w:firstColumn="1" w:lastColumn="0" w:noHBand="0" w:noVBand="1"/>
      </w:tblPr>
      <w:tblGrid>
        <w:gridCol w:w="5160"/>
        <w:gridCol w:w="5160"/>
      </w:tblGrid>
      <w:tr w:rsidR="00BF37BA" w:rsidRPr="008A7442" w14:paraId="5623FDC2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26AC87F7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Da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3E8D444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Poate, în funcție de condițiile stabilite</w:t>
            </w:r>
          </w:p>
        </w:tc>
      </w:tr>
      <w:tr w:rsidR="00BF37BA" w:rsidRPr="008A7442" w14:paraId="4E08EEE5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DCAD923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Nu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29F8EF81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Nu pot aprecia în această etapă</w:t>
            </w:r>
          </w:p>
        </w:tc>
      </w:tr>
      <w:tr w:rsidR="00DB0BAC" w:rsidRPr="008A7442" w14:paraId="26FB0CA7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2634CF6B" w14:textId="77777777" w:rsidR="00DB0BAC" w:rsidRPr="008A7442" w:rsidRDefault="00DB0BAC">
            <w:pPr>
              <w:spacing w:after="0"/>
              <w:rPr>
                <w:color w:val="000000"/>
                <w:sz w:val="15"/>
                <w:lang w:val="ro-RO"/>
              </w:rPr>
            </w:pP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5305F7AA" w14:textId="77777777" w:rsidR="00DB0BAC" w:rsidRPr="008A7442" w:rsidRDefault="00DB0BAC">
            <w:pPr>
              <w:spacing w:after="0"/>
              <w:rPr>
                <w:color w:val="000000"/>
                <w:sz w:val="15"/>
                <w:lang w:val="ro-RO"/>
              </w:rPr>
            </w:pPr>
          </w:p>
        </w:tc>
      </w:tr>
    </w:tbl>
    <w:p w14:paraId="47C1A886" w14:textId="77777777" w:rsidR="00BF37BA" w:rsidRPr="008A7442" w:rsidRDefault="0055343B">
      <w:pPr>
        <w:keepNext/>
        <w:spacing w:before="60" w:after="20"/>
        <w:rPr>
          <w:lang w:val="ro-RO"/>
        </w:rPr>
      </w:pPr>
      <w:r w:rsidRPr="008A7442">
        <w:rPr>
          <w:b/>
          <w:color w:val="000000"/>
          <w:lang w:val="ro-RO"/>
        </w:rPr>
        <w:lastRenderedPageBreak/>
        <w:t>15. În ce domenii ați putea contribui?</w:t>
      </w:r>
      <w:r w:rsidRPr="008A7442">
        <w:rPr>
          <w:i/>
          <w:color w:val="666666"/>
          <w:sz w:val="14"/>
          <w:lang w:val="ro-RO"/>
        </w:rPr>
        <w:t xml:space="preserve">  (Selectați maximum 3 variante)</w:t>
      </w:r>
    </w:p>
    <w:tbl>
      <w:tblPr>
        <w:tblW w:w="10320" w:type="dxa"/>
        <w:jc w:val="center"/>
        <w:tblLayout w:type="fixed"/>
        <w:tblLook w:val="04A0" w:firstRow="1" w:lastRow="0" w:firstColumn="1" w:lastColumn="0" w:noHBand="0" w:noVBand="1"/>
      </w:tblPr>
      <w:tblGrid>
        <w:gridCol w:w="5160"/>
        <w:gridCol w:w="5160"/>
      </w:tblGrid>
      <w:tr w:rsidR="00BF37BA" w:rsidRPr="008A7442" w14:paraId="662AF51B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6B6AF4A5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Proiectare, amenajare sau furnizare de dotări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0138413A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Întreținerea spațiilor și a vegetației</w:t>
            </w:r>
          </w:p>
        </w:tc>
      </w:tr>
      <w:tr w:rsidR="00BF37BA" w:rsidRPr="008A7442" w14:paraId="22D96DE4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1909FF01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Organizarea de activități culturale și creative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2F888169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Educație, formare și activități comunitare</w:t>
            </w:r>
          </w:p>
        </w:tc>
      </w:tr>
      <w:tr w:rsidR="00BF37BA" w:rsidRPr="008A7442" w14:paraId="1BB00CBD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0A598804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Produse locale și meșteșuguri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27C3C02B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Alimentație publică</w:t>
            </w:r>
          </w:p>
        </w:tc>
      </w:tr>
      <w:tr w:rsidR="00BF37BA" w:rsidRPr="008A7442" w14:paraId="1BE4F85B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BE55D57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Mobilitate și închiriere de echipamente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93AB2AA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Digitalizare, promovare și producție media</w:t>
            </w:r>
          </w:p>
        </w:tc>
      </w:tr>
      <w:tr w:rsidR="00BF37BA" w:rsidRPr="008A7442" w14:paraId="1202C966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A18714F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Eficiență energetică și tehnologii inteligente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56BFAAA8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Studii privind biodiversitatea și soluțiile bazate pe natură</w:t>
            </w:r>
          </w:p>
        </w:tc>
      </w:tr>
      <w:tr w:rsidR="00BF37BA" w:rsidRPr="008A7442" w14:paraId="780C915F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0FF503C8" w14:textId="3BD64955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Altă variantă: ................................................</w:t>
            </w:r>
            <w:r w:rsidR="00D93BF5">
              <w:rPr>
                <w:color w:val="000000"/>
                <w:sz w:val="15"/>
                <w:lang w:val="ro-RO"/>
              </w:rPr>
              <w:t>................................................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59ECC33" w14:textId="77777777" w:rsidR="00BF37BA" w:rsidRPr="008A7442" w:rsidRDefault="00BF37BA">
            <w:pPr>
              <w:spacing w:after="0"/>
              <w:rPr>
                <w:lang w:val="ro-RO"/>
              </w:rPr>
            </w:pPr>
          </w:p>
        </w:tc>
      </w:tr>
      <w:tr w:rsidR="00DB0BAC" w:rsidRPr="008A7442" w14:paraId="0E8719BD" w14:textId="77777777" w:rsidTr="00F21591">
        <w:trPr>
          <w:jc w:val="center"/>
        </w:trPr>
        <w:tc>
          <w:tcPr>
            <w:tcW w:w="10320" w:type="dxa"/>
            <w:gridSpan w:val="2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7E771190" w14:textId="77777777" w:rsidR="00DB0BAC" w:rsidRPr="008A7442" w:rsidRDefault="00DB0BAC">
            <w:pPr>
              <w:spacing w:after="0"/>
              <w:rPr>
                <w:color w:val="000000"/>
                <w:sz w:val="15"/>
                <w:lang w:val="ro-RO"/>
              </w:rPr>
            </w:pPr>
          </w:p>
          <w:p w14:paraId="3E8AD4CB" w14:textId="77777777" w:rsidR="00DB0BAC" w:rsidRPr="008A7442" w:rsidRDefault="00DB0BAC">
            <w:pPr>
              <w:spacing w:after="0"/>
              <w:rPr>
                <w:b/>
                <w:color w:val="000000"/>
                <w:lang w:val="ro-RO"/>
              </w:rPr>
            </w:pPr>
            <w:r w:rsidRPr="008A7442">
              <w:rPr>
                <w:b/>
                <w:color w:val="000000"/>
                <w:lang w:val="ro-RO"/>
              </w:rPr>
              <w:t>16. În ce măsură estimați că proiectul ar putea influența activitatea dumneavoastră?</w:t>
            </w:r>
          </w:p>
          <w:tbl>
            <w:tblPr>
              <w:tblW w:w="1032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320"/>
            </w:tblGrid>
            <w:tr w:rsidR="00DB0BAC" w:rsidRPr="008A7442" w14:paraId="16191D6A" w14:textId="77777777" w:rsidTr="003E7E59">
              <w:trPr>
                <w:jc w:val="center"/>
              </w:trPr>
              <w:tc>
                <w:tcPr>
                  <w:tcW w:w="1032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27738745" w14:textId="77777777" w:rsidR="00DB0BAC" w:rsidRPr="008A7442" w:rsidRDefault="00DB0BAC" w:rsidP="00DB0BAC">
                  <w:pPr>
                    <w:spacing w:after="0"/>
                    <w:rPr>
                      <w:lang w:val="ro-RO"/>
                    </w:rPr>
                  </w:pPr>
                  <w:r w:rsidRPr="008A7442">
                    <w:rPr>
                      <w:color w:val="000000"/>
                      <w:sz w:val="15"/>
                      <w:lang w:val="ro-RO"/>
                    </w:rPr>
                    <w:t>☐ Impact pozitiv semnificativ</w:t>
                  </w:r>
                </w:p>
              </w:tc>
            </w:tr>
            <w:tr w:rsidR="00DB0BAC" w:rsidRPr="008A7442" w14:paraId="39048488" w14:textId="77777777" w:rsidTr="003E7E59">
              <w:trPr>
                <w:jc w:val="center"/>
              </w:trPr>
              <w:tc>
                <w:tcPr>
                  <w:tcW w:w="1032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5C8A1996" w14:textId="77777777" w:rsidR="00DB0BAC" w:rsidRPr="008A7442" w:rsidRDefault="00DB0BAC" w:rsidP="00DB0BAC">
                  <w:pPr>
                    <w:spacing w:after="0"/>
                    <w:rPr>
                      <w:lang w:val="ro-RO"/>
                    </w:rPr>
                  </w:pPr>
                  <w:r w:rsidRPr="008A7442">
                    <w:rPr>
                      <w:color w:val="000000"/>
                      <w:sz w:val="15"/>
                      <w:lang w:val="ro-RO"/>
                    </w:rPr>
                    <w:t>☐ Impact pozitiv moderat</w:t>
                  </w:r>
                </w:p>
              </w:tc>
            </w:tr>
            <w:tr w:rsidR="00DB0BAC" w:rsidRPr="008A7442" w14:paraId="795227EB" w14:textId="77777777" w:rsidTr="003E7E59">
              <w:trPr>
                <w:jc w:val="center"/>
              </w:trPr>
              <w:tc>
                <w:tcPr>
                  <w:tcW w:w="1032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7D5D249A" w14:textId="77777777" w:rsidR="00DB0BAC" w:rsidRPr="008A7442" w:rsidRDefault="00DB0BAC" w:rsidP="00DB0BAC">
                  <w:pPr>
                    <w:spacing w:after="0"/>
                    <w:rPr>
                      <w:lang w:val="ro-RO"/>
                    </w:rPr>
                  </w:pPr>
                  <w:r w:rsidRPr="008A7442">
                    <w:rPr>
                      <w:color w:val="000000"/>
                      <w:sz w:val="15"/>
                      <w:lang w:val="ro-RO"/>
                    </w:rPr>
                    <w:t>☐ Fără impact semnificativ</w:t>
                  </w:r>
                </w:p>
              </w:tc>
            </w:tr>
            <w:tr w:rsidR="00DB0BAC" w:rsidRPr="008A7442" w14:paraId="2680E31D" w14:textId="77777777" w:rsidTr="003E7E59">
              <w:trPr>
                <w:jc w:val="center"/>
              </w:trPr>
              <w:tc>
                <w:tcPr>
                  <w:tcW w:w="1032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5FD26BDD" w14:textId="77777777" w:rsidR="00DB0BAC" w:rsidRPr="008A7442" w:rsidRDefault="00DB0BAC" w:rsidP="00DB0BAC">
                  <w:pPr>
                    <w:spacing w:after="0"/>
                    <w:rPr>
                      <w:lang w:val="ro-RO"/>
                    </w:rPr>
                  </w:pPr>
                  <w:r w:rsidRPr="008A7442">
                    <w:rPr>
                      <w:color w:val="000000"/>
                      <w:sz w:val="15"/>
                      <w:lang w:val="ro-RO"/>
                    </w:rPr>
                    <w:t>☐ Posibil impact negativ</w:t>
                  </w:r>
                </w:p>
              </w:tc>
            </w:tr>
            <w:tr w:rsidR="00DB0BAC" w:rsidRPr="008A7442" w14:paraId="3CB24381" w14:textId="77777777" w:rsidTr="003E7E59">
              <w:trPr>
                <w:jc w:val="center"/>
              </w:trPr>
              <w:tc>
                <w:tcPr>
                  <w:tcW w:w="1032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3995A39B" w14:textId="77777777" w:rsidR="00DB0BAC" w:rsidRPr="008A7442" w:rsidRDefault="00DB0BAC" w:rsidP="00DB0BAC">
                  <w:pPr>
                    <w:spacing w:after="0"/>
                    <w:rPr>
                      <w:lang w:val="ro-RO"/>
                    </w:rPr>
                  </w:pPr>
                  <w:r w:rsidRPr="008A7442">
                    <w:rPr>
                      <w:color w:val="000000"/>
                      <w:sz w:val="15"/>
                      <w:lang w:val="ro-RO"/>
                    </w:rPr>
                    <w:t>☐ Nu pot aprecia</w:t>
                  </w:r>
                </w:p>
              </w:tc>
            </w:tr>
          </w:tbl>
          <w:p w14:paraId="3760B879" w14:textId="77777777" w:rsidR="00DB0BAC" w:rsidRPr="008A7442" w:rsidRDefault="00DB0BAC">
            <w:pPr>
              <w:spacing w:after="0"/>
              <w:rPr>
                <w:lang w:val="ro-RO"/>
              </w:rPr>
            </w:pPr>
          </w:p>
          <w:p w14:paraId="1491D4D9" w14:textId="77777777" w:rsidR="00DB0BAC" w:rsidRPr="008A7442" w:rsidRDefault="00DB0BAC" w:rsidP="00DB0BAC">
            <w:pPr>
              <w:keepNext/>
              <w:spacing w:before="60" w:after="20"/>
              <w:rPr>
                <w:lang w:val="ro-RO"/>
              </w:rPr>
            </w:pPr>
            <w:r w:rsidRPr="008A7442">
              <w:rPr>
                <w:b/>
                <w:color w:val="000000"/>
                <w:lang w:val="ro-RO"/>
              </w:rPr>
              <w:t>17. Ce beneficii economice concrete considerați posibile?</w:t>
            </w:r>
            <w:r w:rsidRPr="008A7442">
              <w:rPr>
                <w:i/>
                <w:color w:val="666666"/>
                <w:sz w:val="14"/>
                <w:lang w:val="ro-RO"/>
              </w:rPr>
              <w:t xml:space="preserve">  (Selectați maximum 3 variante)</w:t>
            </w:r>
          </w:p>
          <w:tbl>
            <w:tblPr>
              <w:tblW w:w="1032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160"/>
              <w:gridCol w:w="5160"/>
            </w:tblGrid>
            <w:tr w:rsidR="00DB0BAC" w:rsidRPr="008A7442" w14:paraId="79CE216C" w14:textId="77777777" w:rsidTr="003E7E59">
              <w:trPr>
                <w:jc w:val="center"/>
              </w:trPr>
              <w:tc>
                <w:tcPr>
                  <w:tcW w:w="516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399F48F9" w14:textId="77777777" w:rsidR="00DB0BAC" w:rsidRPr="008A7442" w:rsidRDefault="00DB0BAC" w:rsidP="00DB0BAC">
                  <w:pPr>
                    <w:spacing w:after="0"/>
                    <w:rPr>
                      <w:lang w:val="ro-RO"/>
                    </w:rPr>
                  </w:pPr>
                  <w:r w:rsidRPr="008A7442">
                    <w:rPr>
                      <w:color w:val="000000"/>
                      <w:sz w:val="15"/>
                      <w:lang w:val="ro-RO"/>
                    </w:rPr>
                    <w:t>☐ Creșterea numărului de clienți/vizitatori</w:t>
                  </w:r>
                </w:p>
              </w:tc>
              <w:tc>
                <w:tcPr>
                  <w:tcW w:w="516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2EBF3E84" w14:textId="77777777" w:rsidR="00DB0BAC" w:rsidRPr="008A7442" w:rsidRDefault="00DB0BAC" w:rsidP="00DB0BAC">
                  <w:pPr>
                    <w:spacing w:after="0"/>
                    <w:rPr>
                      <w:lang w:val="ro-RO"/>
                    </w:rPr>
                  </w:pPr>
                  <w:r w:rsidRPr="008A7442">
                    <w:rPr>
                      <w:color w:val="000000"/>
                      <w:sz w:val="15"/>
                      <w:lang w:val="ro-RO"/>
                    </w:rPr>
                    <w:t>☐ Dezvoltarea unor produse sau servicii noi</w:t>
                  </w:r>
                </w:p>
              </w:tc>
            </w:tr>
            <w:tr w:rsidR="00DB0BAC" w:rsidRPr="008A7442" w14:paraId="7E47D946" w14:textId="77777777" w:rsidTr="003E7E59">
              <w:trPr>
                <w:jc w:val="center"/>
              </w:trPr>
              <w:tc>
                <w:tcPr>
                  <w:tcW w:w="516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73E51368" w14:textId="77777777" w:rsidR="00DB0BAC" w:rsidRPr="008A7442" w:rsidRDefault="00DB0BAC" w:rsidP="00DB0BAC">
                  <w:pPr>
                    <w:spacing w:after="0"/>
                    <w:rPr>
                      <w:lang w:val="ro-RO"/>
                    </w:rPr>
                  </w:pPr>
                  <w:r w:rsidRPr="008A7442">
                    <w:rPr>
                      <w:color w:val="000000"/>
                      <w:sz w:val="15"/>
                      <w:lang w:val="ro-RO"/>
                    </w:rPr>
                    <w:t>☐ Crearea de locuri de muncă</w:t>
                  </w:r>
                </w:p>
              </w:tc>
              <w:tc>
                <w:tcPr>
                  <w:tcW w:w="516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362681A1" w14:textId="77777777" w:rsidR="00DB0BAC" w:rsidRPr="008A7442" w:rsidRDefault="00DB0BAC" w:rsidP="00DB0BAC">
                  <w:pPr>
                    <w:spacing w:after="0"/>
                    <w:rPr>
                      <w:lang w:val="ro-RO"/>
                    </w:rPr>
                  </w:pPr>
                  <w:r w:rsidRPr="008A7442">
                    <w:rPr>
                      <w:color w:val="000000"/>
                      <w:sz w:val="15"/>
                      <w:lang w:val="ro-RO"/>
                    </w:rPr>
                    <w:t>☐ Utilizarea furnizorilor și produselor locale</w:t>
                  </w:r>
                </w:p>
              </w:tc>
            </w:tr>
            <w:tr w:rsidR="00DB0BAC" w:rsidRPr="008A7442" w14:paraId="2DCA3584" w14:textId="77777777" w:rsidTr="003E7E59">
              <w:trPr>
                <w:jc w:val="center"/>
              </w:trPr>
              <w:tc>
                <w:tcPr>
                  <w:tcW w:w="516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25673FD4" w14:textId="77777777" w:rsidR="00DB0BAC" w:rsidRPr="008A7442" w:rsidRDefault="00DB0BAC" w:rsidP="00DB0BAC">
                  <w:pPr>
                    <w:spacing w:after="0"/>
                    <w:rPr>
                      <w:lang w:val="ro-RO"/>
                    </w:rPr>
                  </w:pPr>
                  <w:r w:rsidRPr="008A7442">
                    <w:rPr>
                      <w:color w:val="000000"/>
                      <w:sz w:val="15"/>
                      <w:lang w:val="ro-RO"/>
                    </w:rPr>
                    <w:t>☐ Parteneriate și proiecte comune</w:t>
                  </w:r>
                </w:p>
              </w:tc>
              <w:tc>
                <w:tcPr>
                  <w:tcW w:w="516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050862FD" w14:textId="77777777" w:rsidR="00DB0BAC" w:rsidRPr="008A7442" w:rsidRDefault="00DB0BAC" w:rsidP="00DB0BAC">
                  <w:pPr>
                    <w:spacing w:after="0"/>
                    <w:rPr>
                      <w:lang w:val="ro-RO"/>
                    </w:rPr>
                  </w:pPr>
                  <w:r w:rsidRPr="008A7442">
                    <w:rPr>
                      <w:color w:val="000000"/>
                      <w:sz w:val="15"/>
                      <w:lang w:val="ro-RO"/>
                    </w:rPr>
                    <w:t xml:space="preserve">☐ Creșterea cererii pentru servicii </w:t>
                  </w:r>
                  <w:proofErr w:type="spellStart"/>
                  <w:r w:rsidRPr="008A7442">
                    <w:rPr>
                      <w:color w:val="000000"/>
                      <w:sz w:val="15"/>
                      <w:lang w:val="ro-RO"/>
                    </w:rPr>
                    <w:t>HoReCa</w:t>
                  </w:r>
                  <w:proofErr w:type="spellEnd"/>
                </w:p>
              </w:tc>
            </w:tr>
            <w:tr w:rsidR="00DB0BAC" w:rsidRPr="008A7442" w14:paraId="2E8AD377" w14:textId="77777777" w:rsidTr="003E7E59">
              <w:trPr>
                <w:jc w:val="center"/>
              </w:trPr>
              <w:tc>
                <w:tcPr>
                  <w:tcW w:w="516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4173C5DF" w14:textId="77777777" w:rsidR="00DB0BAC" w:rsidRPr="008A7442" w:rsidRDefault="00DB0BAC" w:rsidP="00DB0BAC">
                  <w:pPr>
                    <w:spacing w:after="0"/>
                    <w:rPr>
                      <w:lang w:val="ro-RO"/>
                    </w:rPr>
                  </w:pPr>
                  <w:r w:rsidRPr="008A7442">
                    <w:rPr>
                      <w:color w:val="000000"/>
                      <w:sz w:val="15"/>
                      <w:lang w:val="ro-RO"/>
                    </w:rPr>
                    <w:t>☐ Creșterea vizibilității afacerilor locale</w:t>
                  </w:r>
                </w:p>
              </w:tc>
              <w:tc>
                <w:tcPr>
                  <w:tcW w:w="516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117AC957" w14:textId="77777777" w:rsidR="00DB0BAC" w:rsidRPr="008A7442" w:rsidRDefault="00DB0BAC" w:rsidP="00DB0BAC">
                  <w:pPr>
                    <w:spacing w:after="0"/>
                    <w:rPr>
                      <w:lang w:val="ro-RO"/>
                    </w:rPr>
                  </w:pPr>
                  <w:r w:rsidRPr="008A7442">
                    <w:rPr>
                      <w:color w:val="000000"/>
                      <w:sz w:val="15"/>
                      <w:lang w:val="ro-RO"/>
                    </w:rPr>
                    <w:t>☐ Dezvoltarea turismului cultural și recreativ</w:t>
                  </w:r>
                </w:p>
              </w:tc>
            </w:tr>
            <w:tr w:rsidR="00DB0BAC" w:rsidRPr="008A7442" w14:paraId="16FB1D0E" w14:textId="77777777" w:rsidTr="003E7E59">
              <w:trPr>
                <w:jc w:val="center"/>
              </w:trPr>
              <w:tc>
                <w:tcPr>
                  <w:tcW w:w="516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1EDF534D" w14:textId="66B37A65" w:rsidR="00DB0BAC" w:rsidRPr="008A7442" w:rsidRDefault="00DB0BAC" w:rsidP="00DB0BAC">
                  <w:pPr>
                    <w:spacing w:after="0"/>
                    <w:rPr>
                      <w:lang w:val="ro-RO"/>
                    </w:rPr>
                  </w:pPr>
                  <w:r w:rsidRPr="008A7442">
                    <w:rPr>
                      <w:color w:val="000000"/>
                      <w:sz w:val="15"/>
                      <w:lang w:val="ro-RO"/>
                    </w:rPr>
                    <w:t>☐ Altă variantă: ................................................</w:t>
                  </w:r>
                  <w:r w:rsidR="00D93BF5">
                    <w:rPr>
                      <w:color w:val="000000"/>
                      <w:sz w:val="15"/>
                      <w:lang w:val="ro-RO"/>
                    </w:rPr>
                    <w:t>......................................................</w:t>
                  </w:r>
                </w:p>
              </w:tc>
              <w:tc>
                <w:tcPr>
                  <w:tcW w:w="516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788B66FE" w14:textId="77777777" w:rsidR="00DB0BAC" w:rsidRPr="008A7442" w:rsidRDefault="00DB0BAC" w:rsidP="00DB0BAC">
                  <w:pPr>
                    <w:spacing w:after="0"/>
                    <w:rPr>
                      <w:lang w:val="ro-RO"/>
                    </w:rPr>
                  </w:pPr>
                </w:p>
              </w:tc>
            </w:tr>
          </w:tbl>
          <w:p w14:paraId="2B0AE015" w14:textId="77777777" w:rsidR="00DB0BAC" w:rsidRPr="008A7442" w:rsidRDefault="00DB0BAC">
            <w:pPr>
              <w:spacing w:after="0"/>
              <w:rPr>
                <w:lang w:val="ro-RO"/>
              </w:rPr>
            </w:pPr>
          </w:p>
          <w:p w14:paraId="5B4357D3" w14:textId="77777777" w:rsidR="00DB0BAC" w:rsidRPr="008A7442" w:rsidRDefault="00DB0BAC" w:rsidP="00DB0BAC">
            <w:pPr>
              <w:keepNext/>
              <w:spacing w:before="60" w:after="20"/>
              <w:rPr>
                <w:lang w:val="ro-RO"/>
              </w:rPr>
            </w:pPr>
            <w:r w:rsidRPr="008A7442">
              <w:rPr>
                <w:b/>
                <w:color w:val="000000"/>
                <w:lang w:val="ro-RO"/>
              </w:rPr>
              <w:t>18. Ce condiții considerați că ar trebui respectate de activitățile economice desfășurate în zonă?</w:t>
            </w:r>
            <w:r w:rsidRPr="008A7442">
              <w:rPr>
                <w:i/>
                <w:color w:val="666666"/>
                <w:sz w:val="14"/>
                <w:lang w:val="ro-RO"/>
              </w:rPr>
              <w:t xml:space="preserve">  (Selectați maximum 3 variante)</w:t>
            </w:r>
          </w:p>
          <w:tbl>
            <w:tblPr>
              <w:tblW w:w="1032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160"/>
              <w:gridCol w:w="5160"/>
            </w:tblGrid>
            <w:tr w:rsidR="00DB0BAC" w:rsidRPr="008A7442" w14:paraId="4093E443" w14:textId="77777777" w:rsidTr="003E7E59">
              <w:trPr>
                <w:jc w:val="center"/>
              </w:trPr>
              <w:tc>
                <w:tcPr>
                  <w:tcW w:w="516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418D1D75" w14:textId="77777777" w:rsidR="00DB0BAC" w:rsidRPr="008A7442" w:rsidRDefault="00DB0BAC" w:rsidP="00DB0BAC">
                  <w:pPr>
                    <w:spacing w:after="0"/>
                    <w:rPr>
                      <w:lang w:val="ro-RO"/>
                    </w:rPr>
                  </w:pPr>
                  <w:r w:rsidRPr="008A7442">
                    <w:rPr>
                      <w:color w:val="000000"/>
                      <w:sz w:val="15"/>
                      <w:lang w:val="ro-RO"/>
                    </w:rPr>
                    <w:t>☐ Integrare discretă în peisaj și în spațiul public</w:t>
                  </w:r>
                </w:p>
              </w:tc>
              <w:tc>
                <w:tcPr>
                  <w:tcW w:w="516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5DAFE93E" w14:textId="77777777" w:rsidR="00DB0BAC" w:rsidRPr="008A7442" w:rsidRDefault="00DB0BAC" w:rsidP="00DB0BAC">
                  <w:pPr>
                    <w:spacing w:after="0"/>
                    <w:rPr>
                      <w:lang w:val="ro-RO"/>
                    </w:rPr>
                  </w:pPr>
                  <w:r w:rsidRPr="008A7442">
                    <w:rPr>
                      <w:color w:val="000000"/>
                      <w:sz w:val="15"/>
                      <w:lang w:val="ro-RO"/>
                    </w:rPr>
                    <w:t>☐ Protejarea vegetației și menținerea suprafețelor verzi</w:t>
                  </w:r>
                </w:p>
              </w:tc>
            </w:tr>
            <w:tr w:rsidR="00DB0BAC" w:rsidRPr="008A7442" w14:paraId="020C4B37" w14:textId="77777777" w:rsidTr="003E7E59">
              <w:trPr>
                <w:jc w:val="center"/>
              </w:trPr>
              <w:tc>
                <w:tcPr>
                  <w:tcW w:w="516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04A8B808" w14:textId="77777777" w:rsidR="00DB0BAC" w:rsidRPr="008A7442" w:rsidRDefault="00DB0BAC" w:rsidP="00DB0BAC">
                  <w:pPr>
                    <w:spacing w:after="0"/>
                    <w:rPr>
                      <w:lang w:val="ro-RO"/>
                    </w:rPr>
                  </w:pPr>
                  <w:r w:rsidRPr="008A7442">
                    <w:rPr>
                      <w:color w:val="000000"/>
                      <w:sz w:val="15"/>
                      <w:lang w:val="ro-RO"/>
                    </w:rPr>
                    <w:t>☐ Utilizarea materialelor reutilizabile și reducerea deșeurilor</w:t>
                  </w:r>
                </w:p>
              </w:tc>
              <w:tc>
                <w:tcPr>
                  <w:tcW w:w="516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57A8CEA4" w14:textId="77777777" w:rsidR="00DB0BAC" w:rsidRPr="008A7442" w:rsidRDefault="00DB0BAC" w:rsidP="00DB0BAC">
                  <w:pPr>
                    <w:spacing w:after="0"/>
                    <w:rPr>
                      <w:lang w:val="ro-RO"/>
                    </w:rPr>
                  </w:pPr>
                  <w:r w:rsidRPr="008A7442">
                    <w:rPr>
                      <w:color w:val="000000"/>
                      <w:sz w:val="15"/>
                      <w:lang w:val="ro-RO"/>
                    </w:rPr>
                    <w:t>☐ Accesibilitate pentru persoanele cu dizabilități</w:t>
                  </w:r>
                </w:p>
              </w:tc>
            </w:tr>
            <w:tr w:rsidR="00DB0BAC" w:rsidRPr="008A7442" w14:paraId="6147D0C7" w14:textId="77777777" w:rsidTr="003E7E59">
              <w:trPr>
                <w:jc w:val="center"/>
              </w:trPr>
              <w:tc>
                <w:tcPr>
                  <w:tcW w:w="516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2CAE2418" w14:textId="77777777" w:rsidR="00DB0BAC" w:rsidRPr="008A7442" w:rsidRDefault="00DB0BAC" w:rsidP="00DB0BAC">
                  <w:pPr>
                    <w:spacing w:after="0"/>
                    <w:rPr>
                      <w:lang w:val="ro-RO"/>
                    </w:rPr>
                  </w:pPr>
                  <w:r w:rsidRPr="008A7442">
                    <w:rPr>
                      <w:color w:val="000000"/>
                      <w:sz w:val="15"/>
                      <w:lang w:val="ro-RO"/>
                    </w:rPr>
                    <w:t>☐ Proceduri transparente și reguli egale de acces</w:t>
                  </w:r>
                </w:p>
              </w:tc>
              <w:tc>
                <w:tcPr>
                  <w:tcW w:w="516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2FAB7F85" w14:textId="77777777" w:rsidR="00DB0BAC" w:rsidRPr="008A7442" w:rsidRDefault="00DB0BAC" w:rsidP="00DB0BAC">
                  <w:pPr>
                    <w:spacing w:after="0"/>
                    <w:rPr>
                      <w:lang w:val="ro-RO"/>
                    </w:rPr>
                  </w:pPr>
                  <w:r w:rsidRPr="008A7442">
                    <w:rPr>
                      <w:color w:val="000000"/>
                      <w:sz w:val="15"/>
                      <w:lang w:val="ro-RO"/>
                    </w:rPr>
                    <w:t>☐ Limitarea zgomotului, iluminatului și traficului</w:t>
                  </w:r>
                </w:p>
              </w:tc>
            </w:tr>
            <w:tr w:rsidR="00DB0BAC" w:rsidRPr="008A7442" w14:paraId="1555CC03" w14:textId="77777777" w:rsidTr="003E7E59">
              <w:trPr>
                <w:jc w:val="center"/>
              </w:trPr>
              <w:tc>
                <w:tcPr>
                  <w:tcW w:w="516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1B215CBA" w14:textId="77777777" w:rsidR="00DB0BAC" w:rsidRPr="008A7442" w:rsidRDefault="00DB0BAC" w:rsidP="00DB0BAC">
                  <w:pPr>
                    <w:spacing w:after="0"/>
                    <w:rPr>
                      <w:lang w:val="ro-RO"/>
                    </w:rPr>
                  </w:pPr>
                  <w:r w:rsidRPr="008A7442">
                    <w:rPr>
                      <w:color w:val="000000"/>
                      <w:sz w:val="15"/>
                      <w:lang w:val="ro-RO"/>
                    </w:rPr>
                    <w:t>☐ Prioritate pentru produse și servicii locale, în condițiile legii</w:t>
                  </w:r>
                </w:p>
              </w:tc>
              <w:tc>
                <w:tcPr>
                  <w:tcW w:w="516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69EF1DC4" w14:textId="77777777" w:rsidR="00DB0BAC" w:rsidRPr="008A7442" w:rsidRDefault="00DB0BAC" w:rsidP="00DB0BAC">
                  <w:pPr>
                    <w:spacing w:after="0"/>
                    <w:rPr>
                      <w:lang w:val="ro-RO"/>
                    </w:rPr>
                  </w:pPr>
                  <w:r w:rsidRPr="008A7442">
                    <w:rPr>
                      <w:color w:val="000000"/>
                      <w:sz w:val="15"/>
                      <w:lang w:val="ro-RO"/>
                    </w:rPr>
                    <w:t>☐ Monitorizarea impactului asupra zonei și comunității</w:t>
                  </w:r>
                </w:p>
              </w:tc>
            </w:tr>
            <w:tr w:rsidR="00DB0BAC" w:rsidRPr="008A7442" w14:paraId="6A2948C8" w14:textId="77777777" w:rsidTr="003E7E59">
              <w:trPr>
                <w:jc w:val="center"/>
              </w:trPr>
              <w:tc>
                <w:tcPr>
                  <w:tcW w:w="516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17804078" w14:textId="1B9F7262" w:rsidR="00DB0BAC" w:rsidRPr="008A7442" w:rsidRDefault="00DB0BAC" w:rsidP="00DB0BAC">
                  <w:pPr>
                    <w:spacing w:after="0"/>
                    <w:rPr>
                      <w:lang w:val="ro-RO"/>
                    </w:rPr>
                  </w:pPr>
                  <w:r w:rsidRPr="008A7442">
                    <w:rPr>
                      <w:color w:val="000000"/>
                      <w:sz w:val="15"/>
                      <w:lang w:val="ro-RO"/>
                    </w:rPr>
                    <w:t>☐ Altă variantă: ................................................</w:t>
                  </w:r>
                  <w:r w:rsidR="00D93BF5">
                    <w:rPr>
                      <w:color w:val="000000"/>
                      <w:sz w:val="15"/>
                      <w:lang w:val="ro-RO"/>
                    </w:rPr>
                    <w:t>....................................................</w:t>
                  </w:r>
                </w:p>
              </w:tc>
              <w:tc>
                <w:tcPr>
                  <w:tcW w:w="516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2E3609F8" w14:textId="77777777" w:rsidR="00DB0BAC" w:rsidRPr="008A7442" w:rsidRDefault="00DB0BAC" w:rsidP="00DB0BAC">
                  <w:pPr>
                    <w:spacing w:after="0"/>
                    <w:rPr>
                      <w:lang w:val="ro-RO"/>
                    </w:rPr>
                  </w:pPr>
                </w:p>
              </w:tc>
            </w:tr>
          </w:tbl>
          <w:p w14:paraId="42FA11BB" w14:textId="38E9AC3C" w:rsidR="00DB0BAC" w:rsidRPr="008A7442" w:rsidRDefault="00DB0BAC">
            <w:pPr>
              <w:spacing w:after="0"/>
              <w:rPr>
                <w:lang w:val="ro-RO"/>
              </w:rPr>
            </w:pPr>
          </w:p>
        </w:tc>
      </w:tr>
    </w:tbl>
    <w:p w14:paraId="1531E958" w14:textId="3C35887E" w:rsidR="00BF37BA" w:rsidRPr="008A7442" w:rsidRDefault="00BF37BA">
      <w:pPr>
        <w:keepNext/>
        <w:pageBreakBefore/>
        <w:spacing w:before="60" w:after="20"/>
        <w:rPr>
          <w:lang w:val="ro-RO"/>
        </w:rPr>
      </w:pPr>
    </w:p>
    <w:tbl>
      <w:tblPr>
        <w:tblW w:w="10303" w:type="dxa"/>
        <w:jc w:val="center"/>
        <w:tblLayout w:type="fixed"/>
        <w:tblLook w:val="04A0" w:firstRow="1" w:lastRow="0" w:firstColumn="1" w:lastColumn="0" w:noHBand="0" w:noVBand="1"/>
      </w:tblPr>
      <w:tblGrid>
        <w:gridCol w:w="10303"/>
      </w:tblGrid>
      <w:tr w:rsidR="00BF37BA" w:rsidRPr="008A7442" w14:paraId="1C971D26" w14:textId="77777777" w:rsidTr="00D64174">
        <w:trPr>
          <w:jc w:val="center"/>
        </w:trPr>
        <w:tc>
          <w:tcPr>
            <w:tcW w:w="10303" w:type="dxa"/>
            <w:shd w:val="clear" w:color="auto" w:fill="244A67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70A59D79" w14:textId="77777777" w:rsidR="00BF37BA" w:rsidRPr="008A7442" w:rsidRDefault="0055343B">
            <w:pPr>
              <w:keepNext/>
              <w:spacing w:after="0"/>
              <w:rPr>
                <w:lang w:val="ro-RO"/>
              </w:rPr>
            </w:pPr>
            <w:r w:rsidRPr="008A7442">
              <w:rPr>
                <w:b/>
                <w:color w:val="FFFFFF"/>
                <w:lang w:val="ro-RO"/>
              </w:rPr>
              <w:t>D. PRINCIPII NEB ȘI DIGITALIZARE</w:t>
            </w:r>
            <w:r w:rsidRPr="008A7442">
              <w:rPr>
                <w:color w:val="DFE9F1"/>
                <w:sz w:val="15"/>
                <w:lang w:val="ro-RO"/>
              </w:rPr>
              <w:t xml:space="preserve">  |  </w:t>
            </w:r>
            <w:r w:rsidRPr="008A7442">
              <w:rPr>
                <w:b/>
                <w:bCs/>
                <w:color w:val="FFFFFF" w:themeColor="background1"/>
                <w:sz w:val="15"/>
                <w:lang w:val="ro-RO"/>
              </w:rPr>
              <w:t>sustenabilitate, incluziune și identitate locală</w:t>
            </w:r>
          </w:p>
        </w:tc>
      </w:tr>
    </w:tbl>
    <w:p w14:paraId="6C460DBF" w14:textId="77777777" w:rsidR="00BF37BA" w:rsidRPr="008A7442" w:rsidRDefault="00BF37BA">
      <w:pPr>
        <w:keepNext/>
        <w:spacing w:after="20"/>
        <w:rPr>
          <w:lang w:val="ro-RO"/>
        </w:rPr>
      </w:pPr>
    </w:p>
    <w:p w14:paraId="568A5B83" w14:textId="77777777" w:rsidR="00BF37BA" w:rsidRPr="008A7442" w:rsidRDefault="0055343B">
      <w:pPr>
        <w:keepNext/>
        <w:spacing w:before="60" w:after="20"/>
        <w:rPr>
          <w:lang w:val="ro-RO"/>
        </w:rPr>
      </w:pPr>
      <w:r w:rsidRPr="008A7442">
        <w:rPr>
          <w:b/>
          <w:color w:val="000000"/>
          <w:lang w:val="ro-RO"/>
        </w:rPr>
        <w:t>19. Ce practici sustenabile ar trebui încurajate în cadrul serviciilor și activităților asociate proiectului?</w:t>
      </w:r>
      <w:r w:rsidRPr="008A7442">
        <w:rPr>
          <w:i/>
          <w:color w:val="666666"/>
          <w:sz w:val="14"/>
          <w:lang w:val="ro-RO"/>
        </w:rPr>
        <w:t xml:space="preserve">  (Selectați maximum 3 variante)</w:t>
      </w:r>
    </w:p>
    <w:tbl>
      <w:tblPr>
        <w:tblW w:w="10320" w:type="dxa"/>
        <w:jc w:val="center"/>
        <w:tblLayout w:type="fixed"/>
        <w:tblLook w:val="04A0" w:firstRow="1" w:lastRow="0" w:firstColumn="1" w:lastColumn="0" w:noHBand="0" w:noVBand="1"/>
      </w:tblPr>
      <w:tblGrid>
        <w:gridCol w:w="5160"/>
        <w:gridCol w:w="5160"/>
      </w:tblGrid>
      <w:tr w:rsidR="00BF37BA" w:rsidRPr="008A7442" w14:paraId="11B8FA3E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14E585A3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Produse locale și lanțuri scurte de aprovizionare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44477E9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Materiale reciclate, reutilizabile sau cu impact redus</w:t>
            </w:r>
          </w:p>
        </w:tc>
      </w:tr>
      <w:tr w:rsidR="00BF37BA" w:rsidRPr="008A7442" w14:paraId="32B92AD5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0064D2C7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Reducerea ambalajelor și a plasticului de unică folosință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6F6BCE3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Colectarea separată și valorificarea deșeurilor</w:t>
            </w:r>
          </w:p>
        </w:tc>
      </w:tr>
      <w:tr w:rsidR="00BF37BA" w:rsidRPr="008A7442" w14:paraId="4F079B8D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04ACF17E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Deplasarea pietonală, cu bicicleta și transportul public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79B92684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Consum redus de apă și energie</w:t>
            </w:r>
          </w:p>
        </w:tc>
      </w:tr>
      <w:tr w:rsidR="00BF37BA" w:rsidRPr="008A7442" w14:paraId="4D576305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71E744F7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Protejarea biodiversității și utilizarea soluțiilor bazate pe natură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504DA247" w14:textId="64BD62C8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Altă variantă: ................................................</w:t>
            </w:r>
            <w:r w:rsidR="00D93BF5">
              <w:rPr>
                <w:color w:val="000000"/>
                <w:sz w:val="15"/>
                <w:lang w:val="ro-RO"/>
              </w:rPr>
              <w:t>...................................</w:t>
            </w:r>
          </w:p>
        </w:tc>
      </w:tr>
    </w:tbl>
    <w:p w14:paraId="2C7E9FDE" w14:textId="77777777" w:rsidR="00BF37BA" w:rsidRPr="008A7442" w:rsidRDefault="0055343B">
      <w:pPr>
        <w:keepNext/>
        <w:spacing w:before="60" w:after="20"/>
        <w:rPr>
          <w:lang w:val="ro-RO"/>
        </w:rPr>
      </w:pPr>
      <w:r w:rsidRPr="008A7442">
        <w:rPr>
          <w:b/>
          <w:color w:val="000000"/>
          <w:lang w:val="ro-RO"/>
        </w:rPr>
        <w:t>20. Ce soluții digitale considerați utile pentru promovarea zonei și conectarea acesteia cu economia locală?</w:t>
      </w:r>
      <w:r w:rsidRPr="008A7442">
        <w:rPr>
          <w:i/>
          <w:color w:val="666666"/>
          <w:sz w:val="14"/>
          <w:lang w:val="ro-RO"/>
        </w:rPr>
        <w:t xml:space="preserve">  (Selectați maximum 3 variante)</w:t>
      </w:r>
    </w:p>
    <w:tbl>
      <w:tblPr>
        <w:tblW w:w="10320" w:type="dxa"/>
        <w:jc w:val="center"/>
        <w:tblLayout w:type="fixed"/>
        <w:tblLook w:val="04A0" w:firstRow="1" w:lastRow="0" w:firstColumn="1" w:lastColumn="0" w:noHBand="0" w:noVBand="1"/>
      </w:tblPr>
      <w:tblGrid>
        <w:gridCol w:w="5160"/>
        <w:gridCol w:w="5160"/>
      </w:tblGrid>
      <w:tr w:rsidR="00BF37BA" w:rsidRPr="008A7442" w14:paraId="4DA4E80B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10C7D474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Tur virtual al zonei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5D2E2095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Aplicație/platformă cu programul activităților culturale și educaționale</w:t>
            </w:r>
          </w:p>
        </w:tc>
      </w:tr>
      <w:tr w:rsidR="00BF37BA" w:rsidRPr="008A7442" w14:paraId="7A740801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A66C7C3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Coduri QR și conținut despre cultură și biodiversitate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640A4E8B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Calendar digital al evenimentelor</w:t>
            </w:r>
          </w:p>
        </w:tc>
      </w:tr>
      <w:tr w:rsidR="00BF37BA" w:rsidRPr="008A7442" w14:paraId="1A54BB17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50640294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Promovarea afacerilor, produselor și experiențelor locale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27C3B71E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Rezervări online pentru evenimente și activități</w:t>
            </w:r>
          </w:p>
        </w:tc>
      </w:tr>
      <w:tr w:rsidR="00BF37BA" w:rsidRPr="008A7442" w14:paraId="42F4F395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F9A15E1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Conținut digital accesibil persoanelor cu dizabilități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15463F3E" w14:textId="495BE80B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Altă variantă: ................................................</w:t>
            </w:r>
            <w:r w:rsidR="00D93BF5">
              <w:rPr>
                <w:color w:val="000000"/>
                <w:sz w:val="15"/>
                <w:lang w:val="ro-RO"/>
              </w:rPr>
              <w:t>..................................</w:t>
            </w:r>
          </w:p>
        </w:tc>
      </w:tr>
    </w:tbl>
    <w:p w14:paraId="4A316E99" w14:textId="77777777" w:rsidR="00BF37BA" w:rsidRPr="008A7442" w:rsidRDefault="0055343B">
      <w:pPr>
        <w:keepNext/>
        <w:spacing w:before="60" w:after="20"/>
        <w:rPr>
          <w:lang w:val="ro-RO"/>
        </w:rPr>
      </w:pPr>
      <w:r w:rsidRPr="008A7442">
        <w:rPr>
          <w:b/>
          <w:color w:val="000000"/>
          <w:lang w:val="ro-RO"/>
        </w:rPr>
        <w:t>21. Cum considerați că puteți contribui la identitatea și calitatea estetică a zonei?</w:t>
      </w:r>
      <w:r w:rsidRPr="008A7442">
        <w:rPr>
          <w:i/>
          <w:color w:val="666666"/>
          <w:sz w:val="14"/>
          <w:lang w:val="ro-RO"/>
        </w:rPr>
        <w:t xml:space="preserve">  (Selectați maximum 3 variante)</w:t>
      </w:r>
    </w:p>
    <w:tbl>
      <w:tblPr>
        <w:tblW w:w="10320" w:type="dxa"/>
        <w:jc w:val="center"/>
        <w:tblLayout w:type="fixed"/>
        <w:tblLook w:val="04A0" w:firstRow="1" w:lastRow="0" w:firstColumn="1" w:lastColumn="0" w:noHBand="0" w:noVBand="1"/>
      </w:tblPr>
      <w:tblGrid>
        <w:gridCol w:w="5160"/>
        <w:gridCol w:w="5160"/>
      </w:tblGrid>
      <w:tr w:rsidR="00BF37BA" w:rsidRPr="008A7442" w14:paraId="5C97A335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656CCAC2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Produse și servicii inspirate din specificul local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19AB52E4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Elemente de design realizate cu materiale și meșteșuguri locale</w:t>
            </w:r>
          </w:p>
        </w:tc>
      </w:tr>
      <w:tr w:rsidR="00BF37BA" w:rsidRPr="008A7442" w14:paraId="20A52756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05D12CD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Sponsorizarea unor amenajări discrete și durabile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DA7278D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Sprijinirea artiștilor și comunității creative locale</w:t>
            </w:r>
          </w:p>
        </w:tc>
      </w:tr>
      <w:tr w:rsidR="00BF37BA" w:rsidRPr="008A7442" w14:paraId="5664CD82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7AE2E348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Promovarea identității, vegetației și biodiversității parcului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6D364793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Promovarea istoriei și rolului cultural al Cinematografului Oituz</w:t>
            </w:r>
          </w:p>
        </w:tc>
      </w:tr>
      <w:tr w:rsidR="00BF37BA" w:rsidRPr="008A7442" w14:paraId="32708CE2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742CDED9" w14:textId="05A8B9E5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Altă variantă: ................................................</w:t>
            </w:r>
            <w:r>
              <w:rPr>
                <w:color w:val="000000"/>
                <w:sz w:val="15"/>
                <w:lang w:val="ro-RO"/>
              </w:rPr>
              <w:t>.....................................................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786E16E0" w14:textId="77777777" w:rsidR="00BF37BA" w:rsidRPr="008A7442" w:rsidRDefault="00BF37BA">
            <w:pPr>
              <w:spacing w:after="0"/>
              <w:rPr>
                <w:lang w:val="ro-RO"/>
              </w:rPr>
            </w:pPr>
          </w:p>
        </w:tc>
      </w:tr>
    </w:tbl>
    <w:p w14:paraId="22D9772C" w14:textId="77777777" w:rsidR="00BF37BA" w:rsidRPr="008A7442" w:rsidRDefault="0055343B">
      <w:pPr>
        <w:keepNext/>
        <w:spacing w:before="60" w:after="20"/>
        <w:rPr>
          <w:lang w:val="ro-RO"/>
        </w:rPr>
      </w:pPr>
      <w:r w:rsidRPr="008A7442">
        <w:rPr>
          <w:b/>
          <w:color w:val="000000"/>
          <w:lang w:val="ro-RO"/>
        </w:rPr>
        <w:t>22. Ce măsuri considerați că pot asigura accesul echitabil la servicii și activități?</w:t>
      </w:r>
      <w:r w:rsidRPr="008A7442">
        <w:rPr>
          <w:i/>
          <w:color w:val="666666"/>
          <w:sz w:val="14"/>
          <w:lang w:val="ro-RO"/>
        </w:rPr>
        <w:t xml:space="preserve">  (Selectați maximum 3 variante)</w:t>
      </w:r>
    </w:p>
    <w:tbl>
      <w:tblPr>
        <w:tblW w:w="10320" w:type="dxa"/>
        <w:jc w:val="center"/>
        <w:tblLayout w:type="fixed"/>
        <w:tblLook w:val="04A0" w:firstRow="1" w:lastRow="0" w:firstColumn="1" w:lastColumn="0" w:noHBand="0" w:noVBand="1"/>
      </w:tblPr>
      <w:tblGrid>
        <w:gridCol w:w="5124"/>
        <w:gridCol w:w="5179"/>
        <w:gridCol w:w="17"/>
      </w:tblGrid>
      <w:tr w:rsidR="00BF37BA" w:rsidRPr="008A7442" w14:paraId="492C1972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0BBD87E3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Activități gratuite periodice și prețuri accesibile</w:t>
            </w:r>
          </w:p>
        </w:tc>
        <w:tc>
          <w:tcPr>
            <w:tcW w:w="5160" w:type="dxa"/>
            <w:gridSpan w:val="2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0112CC16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Servicii adaptate persoanelor cu dizabilități</w:t>
            </w:r>
          </w:p>
        </w:tc>
      </w:tr>
      <w:tr w:rsidR="00BF37BA" w:rsidRPr="008A7442" w14:paraId="2612DBAF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BD8FFC2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Informații în formate ușor de înțeles și accesibile</w:t>
            </w:r>
          </w:p>
        </w:tc>
        <w:tc>
          <w:tcPr>
            <w:tcW w:w="5160" w:type="dxa"/>
            <w:gridSpan w:val="2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0ED89683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Activități pentru copii, tineri, vârstnici și grupuri vulnerabile</w:t>
            </w:r>
          </w:p>
        </w:tc>
      </w:tr>
      <w:tr w:rsidR="00BF37BA" w:rsidRPr="008A7442" w14:paraId="07BBAA41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C8295FA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Program adaptat mai multor categorii de utilizatori</w:t>
            </w:r>
          </w:p>
        </w:tc>
        <w:tc>
          <w:tcPr>
            <w:tcW w:w="5160" w:type="dxa"/>
            <w:gridSpan w:val="2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78C063A5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Implicarea grupurilor subreprezentate în testarea serviciilor</w:t>
            </w:r>
          </w:p>
        </w:tc>
      </w:tr>
      <w:tr w:rsidR="00BF37BA" w:rsidRPr="008A7442" w14:paraId="1B953090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57F3616" w14:textId="5056723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Altă variantă: ................................................</w:t>
            </w:r>
            <w:r>
              <w:rPr>
                <w:color w:val="000000"/>
                <w:sz w:val="15"/>
                <w:lang w:val="ro-RO"/>
              </w:rPr>
              <w:t>.....................................................</w:t>
            </w:r>
          </w:p>
        </w:tc>
        <w:tc>
          <w:tcPr>
            <w:tcW w:w="5160" w:type="dxa"/>
            <w:gridSpan w:val="2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C4AC5DB" w14:textId="77777777" w:rsidR="00BF37BA" w:rsidRPr="008A7442" w:rsidRDefault="00BF37BA">
            <w:pPr>
              <w:spacing w:after="0"/>
              <w:rPr>
                <w:lang w:val="ro-RO"/>
              </w:rPr>
            </w:pPr>
          </w:p>
        </w:tc>
      </w:tr>
      <w:tr w:rsidR="00DB0BAC" w:rsidRPr="008A7442" w14:paraId="1D1F5830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7559CC05" w14:textId="77777777" w:rsidR="00DB0BAC" w:rsidRPr="008A7442" w:rsidRDefault="00DB0BAC">
            <w:pPr>
              <w:spacing w:after="0"/>
              <w:rPr>
                <w:color w:val="000000"/>
                <w:sz w:val="15"/>
                <w:lang w:val="ro-RO"/>
              </w:rPr>
            </w:pPr>
          </w:p>
        </w:tc>
        <w:tc>
          <w:tcPr>
            <w:tcW w:w="5160" w:type="dxa"/>
            <w:gridSpan w:val="2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10F4DF18" w14:textId="77777777" w:rsidR="00DB0BAC" w:rsidRPr="008A7442" w:rsidRDefault="00DB0BAC">
            <w:pPr>
              <w:spacing w:after="0"/>
              <w:rPr>
                <w:lang w:val="ro-RO"/>
              </w:rPr>
            </w:pPr>
          </w:p>
        </w:tc>
      </w:tr>
      <w:tr w:rsidR="00BF37BA" w:rsidRPr="008A7442" w14:paraId="2A3CEC3D" w14:textId="77777777">
        <w:trPr>
          <w:gridAfter w:val="1"/>
          <w:wAfter w:w="17" w:type="dxa"/>
          <w:jc w:val="center"/>
        </w:trPr>
        <w:tc>
          <w:tcPr>
            <w:tcW w:w="10376" w:type="dxa"/>
            <w:gridSpan w:val="2"/>
            <w:shd w:val="clear" w:color="auto" w:fill="244A67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4574BB29" w14:textId="77777777" w:rsidR="00BF37BA" w:rsidRPr="008A7442" w:rsidRDefault="0055343B">
            <w:pPr>
              <w:keepNext/>
              <w:spacing w:after="0"/>
              <w:rPr>
                <w:lang w:val="ro-RO"/>
              </w:rPr>
            </w:pPr>
            <w:r w:rsidRPr="008A7442">
              <w:rPr>
                <w:b/>
                <w:color w:val="FFFFFF"/>
                <w:lang w:val="ro-RO"/>
              </w:rPr>
              <w:t>E. COLABORARE ȘI IMPLICARE</w:t>
            </w:r>
            <w:r w:rsidRPr="008A7442">
              <w:rPr>
                <w:color w:val="DFE9F1"/>
                <w:sz w:val="15"/>
                <w:lang w:val="ro-RO"/>
              </w:rPr>
              <w:t xml:space="preserve">  |  </w:t>
            </w:r>
            <w:r w:rsidRPr="008A7442">
              <w:rPr>
                <w:b/>
                <w:bCs/>
                <w:color w:val="FFFFFF" w:themeColor="background1"/>
                <w:sz w:val="15"/>
                <w:lang w:val="ro-RO"/>
              </w:rPr>
              <w:t>pregătire, implementare și durabilitate</w:t>
            </w:r>
          </w:p>
        </w:tc>
      </w:tr>
    </w:tbl>
    <w:p w14:paraId="7E3F998D" w14:textId="77777777" w:rsidR="00BF37BA" w:rsidRPr="008A7442" w:rsidRDefault="00BF37BA">
      <w:pPr>
        <w:keepNext/>
        <w:spacing w:after="20"/>
        <w:rPr>
          <w:lang w:val="ro-RO"/>
        </w:rPr>
      </w:pPr>
    </w:p>
    <w:p w14:paraId="68F2BBAB" w14:textId="77777777" w:rsidR="00BF37BA" w:rsidRPr="008A7442" w:rsidRDefault="0055343B">
      <w:pPr>
        <w:keepNext/>
        <w:spacing w:before="60" w:after="20"/>
        <w:rPr>
          <w:lang w:val="ro-RO"/>
        </w:rPr>
      </w:pPr>
      <w:r w:rsidRPr="008A7442">
        <w:rPr>
          <w:b/>
          <w:color w:val="000000"/>
          <w:lang w:val="ro-RO"/>
        </w:rPr>
        <w:t>23. În ce etape ați dori să vă implicați?</w:t>
      </w:r>
      <w:r w:rsidRPr="008A7442">
        <w:rPr>
          <w:i/>
          <w:color w:val="666666"/>
          <w:sz w:val="14"/>
          <w:lang w:val="ro-RO"/>
        </w:rPr>
        <w:t xml:space="preserve">  (Selectați maximum 3 variante)</w:t>
      </w:r>
    </w:p>
    <w:tbl>
      <w:tblPr>
        <w:tblW w:w="10320" w:type="dxa"/>
        <w:jc w:val="center"/>
        <w:tblLayout w:type="fixed"/>
        <w:tblLook w:val="04A0" w:firstRow="1" w:lastRow="0" w:firstColumn="1" w:lastColumn="0" w:noHBand="0" w:noVBand="1"/>
      </w:tblPr>
      <w:tblGrid>
        <w:gridCol w:w="5160"/>
        <w:gridCol w:w="5160"/>
      </w:tblGrid>
      <w:tr w:rsidR="00BF37BA" w:rsidRPr="008A7442" w14:paraId="4E6B4BD0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3167C4B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Consultarea și definirea conceptului proiectului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50AB15AC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 xml:space="preserve">☐ Ateliere de </w:t>
            </w:r>
            <w:proofErr w:type="spellStart"/>
            <w:r w:rsidRPr="008A7442">
              <w:rPr>
                <w:color w:val="000000"/>
                <w:sz w:val="15"/>
                <w:lang w:val="ro-RO"/>
              </w:rPr>
              <w:t>co</w:t>
            </w:r>
            <w:proofErr w:type="spellEnd"/>
            <w:r w:rsidRPr="008A7442">
              <w:rPr>
                <w:color w:val="000000"/>
                <w:sz w:val="15"/>
                <w:lang w:val="ro-RO"/>
              </w:rPr>
              <w:t>-creare și testarea soluțiilor</w:t>
            </w:r>
          </w:p>
        </w:tc>
      </w:tr>
      <w:tr w:rsidR="00BF37BA" w:rsidRPr="008A7442" w14:paraId="3273369C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05484CB9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Implementarea activităților comunitare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1B406BC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Furnizarea de produse și servicii-suport pentru derularea evenimentelor și programelor culturale/educaționale</w:t>
            </w:r>
          </w:p>
        </w:tc>
      </w:tr>
      <w:tr w:rsidR="00BF37BA" w:rsidRPr="008A7442" w14:paraId="5CD7EEF9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0902D01F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Promovarea proiectului și a zonei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BF6F9BF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Organizarea de evenimente și programe educaționale după finalizarea proiectului</w:t>
            </w:r>
          </w:p>
        </w:tc>
      </w:tr>
      <w:tr w:rsidR="00BF37BA" w:rsidRPr="008A7442" w14:paraId="0B4B54C4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62F7B772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Întreținerea și animarea zonei după finalizare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54458D52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Transmiterea de propuneri privind evenimentele și activitățile culturale</w:t>
            </w:r>
          </w:p>
        </w:tc>
      </w:tr>
      <w:tr w:rsidR="00BF37BA" w:rsidRPr="008A7442" w14:paraId="7969ED73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63FF8BBD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Nu doresc să mă implic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5DA0B5C3" w14:textId="6320142E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Altă variantă: ................................................</w:t>
            </w:r>
            <w:r w:rsidR="00D93BF5">
              <w:rPr>
                <w:color w:val="000000"/>
                <w:sz w:val="15"/>
                <w:lang w:val="ro-RO"/>
              </w:rPr>
              <w:t>...........................................</w:t>
            </w:r>
          </w:p>
        </w:tc>
      </w:tr>
    </w:tbl>
    <w:p w14:paraId="6FC75F64" w14:textId="77777777" w:rsidR="00BF37BA" w:rsidRPr="008A7442" w:rsidRDefault="0055343B">
      <w:pPr>
        <w:keepNext/>
        <w:spacing w:before="60" w:after="20"/>
        <w:rPr>
          <w:lang w:val="ro-RO"/>
        </w:rPr>
      </w:pPr>
      <w:r w:rsidRPr="008A7442">
        <w:rPr>
          <w:b/>
          <w:color w:val="000000"/>
          <w:lang w:val="ro-RO"/>
        </w:rPr>
        <w:t>24. Ce forme de sprijin sau colaborare ați putea avea în vedere?</w:t>
      </w:r>
      <w:r w:rsidRPr="008A7442">
        <w:rPr>
          <w:i/>
          <w:color w:val="666666"/>
          <w:sz w:val="14"/>
          <w:lang w:val="ro-RO"/>
        </w:rPr>
        <w:t xml:space="preserve">  (Selectați maximum 3 variante)</w:t>
      </w:r>
    </w:p>
    <w:tbl>
      <w:tblPr>
        <w:tblW w:w="10320" w:type="dxa"/>
        <w:jc w:val="center"/>
        <w:tblLayout w:type="fixed"/>
        <w:tblLook w:val="04A0" w:firstRow="1" w:lastRow="0" w:firstColumn="1" w:lastColumn="0" w:noHBand="0" w:noVBand="1"/>
      </w:tblPr>
      <w:tblGrid>
        <w:gridCol w:w="5160"/>
        <w:gridCol w:w="5160"/>
      </w:tblGrid>
      <w:tr w:rsidR="00BF37BA" w:rsidRPr="008A7442" w14:paraId="35563C57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EA38107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Sponsorizări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7199D390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Furnizarea de produse sau servicii-suport</w:t>
            </w:r>
          </w:p>
        </w:tc>
      </w:tr>
      <w:tr w:rsidR="00BF37BA" w:rsidRPr="008A7442" w14:paraId="7DFBCB30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855A75A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Voluntariat corporativ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1902080E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Expertiză și mentorat în domeniul cultural/peisagistic</w:t>
            </w:r>
          </w:p>
        </w:tc>
      </w:tr>
      <w:tr w:rsidR="00BF37BA" w:rsidRPr="008A7442" w14:paraId="67DEDFA5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FAEE2EE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Promovare și comunicare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3448CEB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Organizarea în comun a unor activități/evenimente culturale, educaționale sau sportive</w:t>
            </w:r>
          </w:p>
        </w:tc>
      </w:tr>
      <w:tr w:rsidR="00BF37BA" w:rsidRPr="008A7442" w14:paraId="3D6758F4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6C36B9B2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Sprijinirea programelor educaționale și culturale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0A7ECC11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Contribuții la întreținerea spațiilor, în condițiile legii</w:t>
            </w:r>
          </w:p>
        </w:tc>
      </w:tr>
      <w:tr w:rsidR="00BF37BA" w:rsidRPr="008A7442" w14:paraId="30B63690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0CC6BFF" w14:textId="4E5D1768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Altă variantă: ................................................</w:t>
            </w:r>
            <w:r>
              <w:rPr>
                <w:color w:val="000000"/>
                <w:sz w:val="15"/>
                <w:lang w:val="ro-RO"/>
              </w:rPr>
              <w:t>...................................................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7D57E9ED" w14:textId="77777777" w:rsidR="00BF37BA" w:rsidRPr="008A7442" w:rsidRDefault="00BF37BA">
            <w:pPr>
              <w:spacing w:after="0"/>
              <w:rPr>
                <w:lang w:val="ro-RO"/>
              </w:rPr>
            </w:pPr>
          </w:p>
        </w:tc>
      </w:tr>
      <w:tr w:rsidR="008A7442" w:rsidRPr="008A7442" w14:paraId="2032AE81" w14:textId="77777777" w:rsidTr="00153064">
        <w:trPr>
          <w:jc w:val="center"/>
        </w:trPr>
        <w:tc>
          <w:tcPr>
            <w:tcW w:w="10320" w:type="dxa"/>
            <w:gridSpan w:val="2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2112B5A5" w14:textId="77777777" w:rsidR="008A7442" w:rsidRDefault="008A7442">
            <w:pPr>
              <w:spacing w:after="0"/>
              <w:rPr>
                <w:color w:val="000000"/>
                <w:sz w:val="15"/>
                <w:lang w:val="ro-RO"/>
              </w:rPr>
            </w:pPr>
          </w:p>
          <w:p w14:paraId="2A312FDA" w14:textId="77777777" w:rsidR="008A7442" w:rsidRPr="008A7442" w:rsidRDefault="008A7442" w:rsidP="008A7442">
            <w:pPr>
              <w:keepNext/>
              <w:pageBreakBefore/>
              <w:spacing w:before="60" w:after="20"/>
              <w:rPr>
                <w:lang w:val="ro-RO"/>
              </w:rPr>
            </w:pPr>
            <w:r w:rsidRPr="008A7442">
              <w:rPr>
                <w:b/>
                <w:color w:val="000000"/>
                <w:lang w:val="ro-RO"/>
              </w:rPr>
              <w:t>25. Cu ce categorii de actori ați considera util să colaborați?</w:t>
            </w:r>
            <w:r w:rsidRPr="008A7442">
              <w:rPr>
                <w:i/>
                <w:color w:val="666666"/>
                <w:sz w:val="14"/>
                <w:lang w:val="ro-RO"/>
              </w:rPr>
              <w:t xml:space="preserve">  (Selectați maximum 3 variante)</w:t>
            </w:r>
          </w:p>
          <w:tbl>
            <w:tblPr>
              <w:tblW w:w="1032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160"/>
              <w:gridCol w:w="5160"/>
            </w:tblGrid>
            <w:tr w:rsidR="008A7442" w:rsidRPr="008A7442" w14:paraId="590515A6" w14:textId="77777777" w:rsidTr="003E7E59">
              <w:trPr>
                <w:jc w:val="center"/>
              </w:trPr>
              <w:tc>
                <w:tcPr>
                  <w:tcW w:w="516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3C05871A" w14:textId="77777777" w:rsidR="008A7442" w:rsidRPr="008A7442" w:rsidRDefault="008A7442" w:rsidP="008A7442">
                  <w:pPr>
                    <w:spacing w:after="0"/>
                    <w:rPr>
                      <w:lang w:val="ro-RO"/>
                    </w:rPr>
                  </w:pPr>
                  <w:r w:rsidRPr="008A7442">
                    <w:rPr>
                      <w:color w:val="000000"/>
                      <w:sz w:val="15"/>
                      <w:lang w:val="ro-RO"/>
                    </w:rPr>
                    <w:t>☐ Municipiul Onești și instituțiile publice</w:t>
                  </w:r>
                </w:p>
              </w:tc>
              <w:tc>
                <w:tcPr>
                  <w:tcW w:w="516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3B1CC02B" w14:textId="77777777" w:rsidR="008A7442" w:rsidRPr="008A7442" w:rsidRDefault="008A7442" w:rsidP="008A7442">
                  <w:pPr>
                    <w:spacing w:after="0"/>
                    <w:rPr>
                      <w:lang w:val="ro-RO"/>
                    </w:rPr>
                  </w:pPr>
                  <w:r w:rsidRPr="008A7442">
                    <w:rPr>
                      <w:color w:val="000000"/>
                      <w:sz w:val="15"/>
                      <w:lang w:val="ro-RO"/>
                    </w:rPr>
                    <w:t>☐ Locuitorii și utilizatorii zonei</w:t>
                  </w:r>
                </w:p>
              </w:tc>
            </w:tr>
            <w:tr w:rsidR="008A7442" w:rsidRPr="008A7442" w14:paraId="3F07407B" w14:textId="77777777" w:rsidTr="003E7E59">
              <w:trPr>
                <w:jc w:val="center"/>
              </w:trPr>
              <w:tc>
                <w:tcPr>
                  <w:tcW w:w="516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331C6DF4" w14:textId="77777777" w:rsidR="008A7442" w:rsidRPr="008A7442" w:rsidRDefault="008A7442" w:rsidP="008A7442">
                  <w:pPr>
                    <w:spacing w:after="0"/>
                    <w:rPr>
                      <w:lang w:val="ro-RO"/>
                    </w:rPr>
                  </w:pPr>
                  <w:r w:rsidRPr="008A7442">
                    <w:rPr>
                      <w:color w:val="000000"/>
                      <w:sz w:val="15"/>
                      <w:lang w:val="ro-RO"/>
                    </w:rPr>
                    <w:t>☐ Unitățile de învățământ</w:t>
                  </w:r>
                </w:p>
              </w:tc>
              <w:tc>
                <w:tcPr>
                  <w:tcW w:w="516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64B2EBA7" w14:textId="77777777" w:rsidR="008A7442" w:rsidRPr="008A7442" w:rsidRDefault="008A7442" w:rsidP="008A7442">
                  <w:pPr>
                    <w:spacing w:after="0"/>
                    <w:rPr>
                      <w:lang w:val="ro-RO"/>
                    </w:rPr>
                  </w:pPr>
                  <w:r w:rsidRPr="008A7442">
                    <w:rPr>
                      <w:color w:val="000000"/>
                      <w:sz w:val="15"/>
                      <w:lang w:val="ro-RO"/>
                    </w:rPr>
                    <w:t>☐ ONG-uri și organizații de mediu</w:t>
                  </w:r>
                </w:p>
              </w:tc>
            </w:tr>
            <w:tr w:rsidR="008A7442" w:rsidRPr="008A7442" w14:paraId="55F51BC6" w14:textId="77777777" w:rsidTr="003E7E59">
              <w:trPr>
                <w:jc w:val="center"/>
              </w:trPr>
              <w:tc>
                <w:tcPr>
                  <w:tcW w:w="516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14418E38" w14:textId="77777777" w:rsidR="008A7442" w:rsidRPr="008A7442" w:rsidRDefault="008A7442" w:rsidP="008A7442">
                  <w:pPr>
                    <w:spacing w:after="0"/>
                    <w:rPr>
                      <w:lang w:val="ro-RO"/>
                    </w:rPr>
                  </w:pPr>
                  <w:r w:rsidRPr="008A7442">
                    <w:rPr>
                      <w:color w:val="000000"/>
                      <w:sz w:val="15"/>
                      <w:lang w:val="ro-RO"/>
                    </w:rPr>
                    <w:t>☐ Persoane cu dizabilități și organizații reprezentative</w:t>
                  </w:r>
                </w:p>
              </w:tc>
              <w:tc>
                <w:tcPr>
                  <w:tcW w:w="516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31F9C486" w14:textId="77777777" w:rsidR="008A7442" w:rsidRPr="008A7442" w:rsidRDefault="008A7442" w:rsidP="008A7442">
                  <w:pPr>
                    <w:spacing w:after="0"/>
                    <w:rPr>
                      <w:lang w:val="ro-RO"/>
                    </w:rPr>
                  </w:pPr>
                  <w:r w:rsidRPr="008A7442">
                    <w:rPr>
                      <w:color w:val="000000"/>
                      <w:sz w:val="15"/>
                      <w:lang w:val="ro-RO"/>
                    </w:rPr>
                    <w:t>☐ Specialiști în domeniile de interes</w:t>
                  </w:r>
                </w:p>
              </w:tc>
            </w:tr>
            <w:tr w:rsidR="008A7442" w:rsidRPr="008A7442" w14:paraId="0DB99DF4" w14:textId="77777777" w:rsidTr="003E7E59">
              <w:trPr>
                <w:jc w:val="center"/>
              </w:trPr>
              <w:tc>
                <w:tcPr>
                  <w:tcW w:w="516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373765A1" w14:textId="77777777" w:rsidR="008A7442" w:rsidRPr="008A7442" w:rsidRDefault="008A7442" w:rsidP="008A7442">
                  <w:pPr>
                    <w:spacing w:after="0"/>
                    <w:rPr>
                      <w:lang w:val="ro-RO"/>
                    </w:rPr>
                  </w:pPr>
                  <w:r w:rsidRPr="008A7442">
                    <w:rPr>
                      <w:color w:val="000000"/>
                      <w:sz w:val="15"/>
                      <w:lang w:val="ro-RO"/>
                    </w:rPr>
                    <w:t>☐ Instituții culturale și comunitatea creativă</w:t>
                  </w:r>
                </w:p>
              </w:tc>
              <w:tc>
                <w:tcPr>
                  <w:tcW w:w="516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63429E23" w14:textId="77777777" w:rsidR="008A7442" w:rsidRPr="008A7442" w:rsidRDefault="008A7442" w:rsidP="008A7442">
                  <w:pPr>
                    <w:spacing w:after="0"/>
                    <w:rPr>
                      <w:lang w:val="ro-RO"/>
                    </w:rPr>
                  </w:pPr>
                  <w:r w:rsidRPr="008A7442">
                    <w:rPr>
                      <w:color w:val="000000"/>
                      <w:sz w:val="15"/>
                      <w:lang w:val="ro-RO"/>
                    </w:rPr>
                    <w:t>☐ Alte afaceri și asociații profesionale</w:t>
                  </w:r>
                </w:p>
              </w:tc>
            </w:tr>
            <w:tr w:rsidR="008A7442" w:rsidRPr="008A7442" w14:paraId="629CE955" w14:textId="77777777" w:rsidTr="003E7E59">
              <w:trPr>
                <w:jc w:val="center"/>
              </w:trPr>
              <w:tc>
                <w:tcPr>
                  <w:tcW w:w="516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24ED4912" w14:textId="77777777" w:rsidR="008A7442" w:rsidRPr="008A7442" w:rsidRDefault="008A7442" w:rsidP="008A7442">
                  <w:pPr>
                    <w:spacing w:after="0"/>
                    <w:rPr>
                      <w:lang w:val="ro-RO"/>
                    </w:rPr>
                  </w:pPr>
                  <w:r w:rsidRPr="008A7442">
                    <w:rPr>
                      <w:color w:val="000000"/>
                      <w:sz w:val="15"/>
                      <w:lang w:val="ro-RO"/>
                    </w:rPr>
                    <w:t>☐ Parteneri din alte localități/regiuni</w:t>
                  </w:r>
                </w:p>
              </w:tc>
              <w:tc>
                <w:tcPr>
                  <w:tcW w:w="516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3E19108E" w14:textId="12CBFCCE" w:rsidR="008A7442" w:rsidRPr="008A7442" w:rsidRDefault="008A7442" w:rsidP="008A7442">
                  <w:pPr>
                    <w:spacing w:after="0"/>
                    <w:rPr>
                      <w:lang w:val="ro-RO"/>
                    </w:rPr>
                  </w:pPr>
                  <w:r w:rsidRPr="008A7442">
                    <w:rPr>
                      <w:color w:val="000000"/>
                      <w:sz w:val="15"/>
                      <w:lang w:val="ro-RO"/>
                    </w:rPr>
                    <w:t>☐ Altă variantă: ................................................</w:t>
                  </w:r>
                  <w:r w:rsidR="00D93BF5">
                    <w:rPr>
                      <w:color w:val="000000"/>
                      <w:sz w:val="15"/>
                      <w:lang w:val="ro-RO"/>
                    </w:rPr>
                    <w:t>........................................</w:t>
                  </w:r>
                </w:p>
              </w:tc>
            </w:tr>
            <w:tr w:rsidR="008A7442" w:rsidRPr="008A7442" w14:paraId="23E54905" w14:textId="77777777" w:rsidTr="003E7E59">
              <w:trPr>
                <w:jc w:val="center"/>
              </w:trPr>
              <w:tc>
                <w:tcPr>
                  <w:tcW w:w="516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148044D5" w14:textId="77777777" w:rsidR="008A7442" w:rsidRPr="008A7442" w:rsidRDefault="008A7442" w:rsidP="008A7442">
                  <w:pPr>
                    <w:spacing w:after="0"/>
                    <w:rPr>
                      <w:color w:val="000000"/>
                      <w:sz w:val="15"/>
                      <w:lang w:val="ro-RO"/>
                    </w:rPr>
                  </w:pPr>
                </w:p>
              </w:tc>
              <w:tc>
                <w:tcPr>
                  <w:tcW w:w="5160" w:type="dxa"/>
                  <w:tcMar>
                    <w:top w:w="22" w:type="dxa"/>
                    <w:left w:w="95" w:type="dxa"/>
                    <w:bottom w:w="22" w:type="dxa"/>
                    <w:right w:w="95" w:type="dxa"/>
                  </w:tcMar>
                </w:tcPr>
                <w:p w14:paraId="17DD67D6" w14:textId="77777777" w:rsidR="008A7442" w:rsidRPr="008A7442" w:rsidRDefault="008A7442" w:rsidP="008A7442">
                  <w:pPr>
                    <w:spacing w:after="0"/>
                    <w:rPr>
                      <w:color w:val="000000"/>
                      <w:sz w:val="15"/>
                      <w:lang w:val="ro-RO"/>
                    </w:rPr>
                  </w:pPr>
                </w:p>
              </w:tc>
            </w:tr>
          </w:tbl>
          <w:p w14:paraId="03E5C13B" w14:textId="77777777" w:rsidR="008A7442" w:rsidRPr="008A7442" w:rsidRDefault="008A7442">
            <w:pPr>
              <w:spacing w:after="0"/>
              <w:rPr>
                <w:lang w:val="ro-RO"/>
              </w:rPr>
            </w:pPr>
          </w:p>
        </w:tc>
      </w:tr>
    </w:tbl>
    <w:p w14:paraId="5159C9B6" w14:textId="77777777" w:rsidR="00BF37BA" w:rsidRPr="008A7442" w:rsidRDefault="0055343B">
      <w:pPr>
        <w:keepNext/>
        <w:spacing w:before="60" w:after="20"/>
        <w:rPr>
          <w:lang w:val="ro-RO"/>
        </w:rPr>
      </w:pPr>
      <w:r w:rsidRPr="008A7442">
        <w:rPr>
          <w:b/>
          <w:color w:val="000000"/>
          <w:lang w:val="ro-RO"/>
        </w:rPr>
        <w:t>26. Cât de des considerați că ar trebui organizate activități educaționale, culturale, sportive și comunitare?</w:t>
      </w:r>
    </w:p>
    <w:tbl>
      <w:tblPr>
        <w:tblW w:w="10320" w:type="dxa"/>
        <w:jc w:val="center"/>
        <w:tblLayout w:type="fixed"/>
        <w:tblLook w:val="04A0" w:firstRow="1" w:lastRow="0" w:firstColumn="1" w:lastColumn="0" w:noHBand="0" w:noVBand="1"/>
      </w:tblPr>
      <w:tblGrid>
        <w:gridCol w:w="5160"/>
        <w:gridCol w:w="5160"/>
      </w:tblGrid>
      <w:tr w:rsidR="00BF37BA" w:rsidRPr="008A7442" w14:paraId="0063F817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7C9C32D1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Săptămânal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0F5664C1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Lunar</w:t>
            </w:r>
          </w:p>
        </w:tc>
      </w:tr>
      <w:tr w:rsidR="00BF37BA" w:rsidRPr="008A7442" w14:paraId="0DC6D016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163131C5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Sezonier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784F1ADF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Cu ocazia unor evenimente locale</w:t>
            </w:r>
          </w:p>
        </w:tc>
      </w:tr>
      <w:tr w:rsidR="00BF37BA" w:rsidRPr="008A7442" w14:paraId="0811A282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1F29976A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Numai în perioada vacanțelor școlare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19A2728F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Nu considerați necesare astfel de activități</w:t>
            </w:r>
          </w:p>
        </w:tc>
      </w:tr>
      <w:tr w:rsidR="008A7442" w:rsidRPr="008A7442" w14:paraId="023B3AE2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9269FCF" w14:textId="77777777" w:rsidR="008A7442" w:rsidRPr="008A7442" w:rsidRDefault="008A7442">
            <w:pPr>
              <w:spacing w:after="0"/>
              <w:rPr>
                <w:color w:val="000000"/>
                <w:sz w:val="15"/>
                <w:lang w:val="ro-RO"/>
              </w:rPr>
            </w:pP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19CDAB8F" w14:textId="77777777" w:rsidR="008A7442" w:rsidRPr="008A7442" w:rsidRDefault="008A7442">
            <w:pPr>
              <w:spacing w:after="0"/>
              <w:rPr>
                <w:color w:val="000000"/>
                <w:sz w:val="15"/>
                <w:lang w:val="ro-RO"/>
              </w:rPr>
            </w:pPr>
          </w:p>
        </w:tc>
      </w:tr>
    </w:tbl>
    <w:p w14:paraId="2793FE70" w14:textId="77777777" w:rsidR="00BF37BA" w:rsidRPr="008A7442" w:rsidRDefault="0055343B">
      <w:pPr>
        <w:keepNext/>
        <w:spacing w:before="60" w:after="20"/>
        <w:rPr>
          <w:lang w:val="ro-RO"/>
        </w:rPr>
      </w:pPr>
      <w:r w:rsidRPr="008A7442">
        <w:rPr>
          <w:b/>
          <w:color w:val="000000"/>
          <w:lang w:val="ro-RO"/>
        </w:rPr>
        <w:t>27. Cum ați prefera să primiți informații despre proiect și oportunitățile de colaborare?</w:t>
      </w:r>
      <w:r w:rsidRPr="008A7442">
        <w:rPr>
          <w:i/>
          <w:color w:val="666666"/>
          <w:sz w:val="14"/>
          <w:lang w:val="ro-RO"/>
        </w:rPr>
        <w:t xml:space="preserve">  (Selectați maximum 3 variante)</w:t>
      </w:r>
    </w:p>
    <w:tbl>
      <w:tblPr>
        <w:tblW w:w="10320" w:type="dxa"/>
        <w:jc w:val="center"/>
        <w:tblLayout w:type="fixed"/>
        <w:tblLook w:val="04A0" w:firstRow="1" w:lastRow="0" w:firstColumn="1" w:lastColumn="0" w:noHBand="0" w:noVBand="1"/>
      </w:tblPr>
      <w:tblGrid>
        <w:gridCol w:w="5160"/>
        <w:gridCol w:w="5160"/>
      </w:tblGrid>
      <w:tr w:rsidR="00BF37BA" w:rsidRPr="008A7442" w14:paraId="1B631B57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7394E4C7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Site-ul Municipiului Onești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32199B2F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E-mail</w:t>
            </w:r>
          </w:p>
        </w:tc>
      </w:tr>
      <w:tr w:rsidR="00BF37BA" w:rsidRPr="008A7442" w14:paraId="67C34CA9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41C9419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Rețele sociale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176A6577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Întâlniri și consultări publice</w:t>
            </w:r>
          </w:p>
        </w:tc>
      </w:tr>
      <w:tr w:rsidR="00BF37BA" w:rsidRPr="008A7442" w14:paraId="30AD0770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4A60E5B5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Asociații profesionale și camere de comerț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02592354" w14:textId="77777777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Mass-media locală</w:t>
            </w:r>
          </w:p>
        </w:tc>
      </w:tr>
      <w:tr w:rsidR="00BF37BA" w:rsidRPr="008A7442" w14:paraId="4AC41A72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790316D3" w14:textId="6C868958" w:rsidR="00BF37BA" w:rsidRPr="008A7442" w:rsidRDefault="0055343B">
            <w:pPr>
              <w:spacing w:after="0"/>
              <w:rPr>
                <w:lang w:val="ro-RO"/>
              </w:rPr>
            </w:pPr>
            <w:r w:rsidRPr="008A7442">
              <w:rPr>
                <w:color w:val="000000"/>
                <w:sz w:val="15"/>
                <w:lang w:val="ro-RO"/>
              </w:rPr>
              <w:t>☐ Altă variantă: ................................................</w:t>
            </w:r>
            <w:r w:rsidR="00D93BF5">
              <w:rPr>
                <w:color w:val="000000"/>
                <w:sz w:val="15"/>
                <w:lang w:val="ro-RO"/>
              </w:rPr>
              <w:t>.....................................................</w:t>
            </w: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068F83E8" w14:textId="77777777" w:rsidR="00BF37BA" w:rsidRPr="008A7442" w:rsidRDefault="00BF37BA">
            <w:pPr>
              <w:spacing w:after="0"/>
              <w:rPr>
                <w:lang w:val="ro-RO"/>
              </w:rPr>
            </w:pPr>
          </w:p>
        </w:tc>
      </w:tr>
      <w:tr w:rsidR="008A7442" w:rsidRPr="008A7442" w14:paraId="00F1F2BD" w14:textId="77777777">
        <w:trPr>
          <w:jc w:val="center"/>
        </w:trPr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50161819" w14:textId="77777777" w:rsidR="008A7442" w:rsidRPr="008A7442" w:rsidRDefault="008A7442">
            <w:pPr>
              <w:spacing w:after="0"/>
              <w:rPr>
                <w:color w:val="000000"/>
                <w:sz w:val="15"/>
                <w:lang w:val="ro-RO"/>
              </w:rPr>
            </w:pPr>
          </w:p>
        </w:tc>
        <w:tc>
          <w:tcPr>
            <w:tcW w:w="5160" w:type="dxa"/>
            <w:tcMar>
              <w:top w:w="22" w:type="dxa"/>
              <w:left w:w="95" w:type="dxa"/>
              <w:bottom w:w="22" w:type="dxa"/>
              <w:right w:w="95" w:type="dxa"/>
            </w:tcMar>
          </w:tcPr>
          <w:p w14:paraId="7AA75843" w14:textId="77777777" w:rsidR="008A7442" w:rsidRPr="008A7442" w:rsidRDefault="008A7442">
            <w:pPr>
              <w:spacing w:after="0"/>
              <w:rPr>
                <w:lang w:val="ro-RO"/>
              </w:rPr>
            </w:pPr>
          </w:p>
        </w:tc>
      </w:tr>
    </w:tbl>
    <w:p w14:paraId="603765F9" w14:textId="77777777" w:rsidR="00BF37BA" w:rsidRPr="008A7442" w:rsidRDefault="0055343B">
      <w:pPr>
        <w:keepNext/>
        <w:spacing w:before="60" w:after="20"/>
        <w:rPr>
          <w:lang w:val="ro-RO"/>
        </w:rPr>
      </w:pPr>
      <w:r w:rsidRPr="008A7442">
        <w:rPr>
          <w:b/>
          <w:color w:val="000000"/>
          <w:lang w:val="ro-RO"/>
        </w:rPr>
        <w:lastRenderedPageBreak/>
        <w:t>28. Ce propuneri aveți pentru ca reamenajarea Parcului „George Călinescu” și reabilitarea Cinematografului Oituz să susțină economia locală și viața culturală, protejând în același timp spațiile verzi și caracterul public al zonei?</w:t>
      </w:r>
    </w:p>
    <w:p w14:paraId="484FE423" w14:textId="00EC3DFC" w:rsidR="00BF37BA" w:rsidRDefault="0055343B">
      <w:pPr>
        <w:spacing w:after="0" w:line="204" w:lineRule="auto"/>
        <w:rPr>
          <w:color w:val="9A9A9A"/>
          <w:sz w:val="14"/>
          <w:lang w:val="ro-RO"/>
        </w:rPr>
      </w:pPr>
      <w:r w:rsidRPr="008A7442">
        <w:rPr>
          <w:color w:val="9A9A9A"/>
          <w:sz w:val="14"/>
          <w:lang w:val="ro-RO"/>
        </w:rPr>
        <w:t>........................................................................................................................................................................</w:t>
      </w:r>
      <w:r w:rsidR="008A7442">
        <w:rPr>
          <w:color w:val="9A9A9A"/>
          <w:sz w:val="14"/>
          <w:lang w:val="ro-RO"/>
        </w:rPr>
        <w:t>..................................................................................................................</w:t>
      </w:r>
    </w:p>
    <w:p w14:paraId="1DA64DF8" w14:textId="77777777" w:rsidR="008A7442" w:rsidRPr="008A7442" w:rsidRDefault="008A7442">
      <w:pPr>
        <w:spacing w:after="0" w:line="204" w:lineRule="auto"/>
        <w:rPr>
          <w:lang w:val="ro-RO"/>
        </w:rPr>
      </w:pPr>
    </w:p>
    <w:p w14:paraId="3BEFF505" w14:textId="7DFB3218" w:rsidR="00BF37BA" w:rsidRDefault="0055343B">
      <w:pPr>
        <w:spacing w:after="0" w:line="204" w:lineRule="auto"/>
        <w:rPr>
          <w:color w:val="9A9A9A"/>
          <w:sz w:val="14"/>
          <w:lang w:val="ro-RO"/>
        </w:rPr>
      </w:pPr>
      <w:r w:rsidRPr="008A7442">
        <w:rPr>
          <w:color w:val="9A9A9A"/>
          <w:sz w:val="14"/>
          <w:lang w:val="ro-RO"/>
        </w:rPr>
        <w:t>........................................................................................................................................................................</w:t>
      </w:r>
      <w:r w:rsidR="008A7442">
        <w:rPr>
          <w:color w:val="9A9A9A"/>
          <w:sz w:val="14"/>
          <w:lang w:val="ro-RO"/>
        </w:rPr>
        <w:t>..................................................................................................................</w:t>
      </w:r>
    </w:p>
    <w:p w14:paraId="11143EB2" w14:textId="77777777" w:rsidR="008A7442" w:rsidRPr="008A7442" w:rsidRDefault="008A7442">
      <w:pPr>
        <w:spacing w:after="0" w:line="204" w:lineRule="auto"/>
        <w:rPr>
          <w:lang w:val="ro-RO"/>
        </w:rPr>
      </w:pPr>
    </w:p>
    <w:p w14:paraId="7F97A6A4" w14:textId="519E8077" w:rsidR="00BF37BA" w:rsidRDefault="0055343B">
      <w:pPr>
        <w:spacing w:after="0" w:line="204" w:lineRule="auto"/>
        <w:rPr>
          <w:color w:val="9A9A9A"/>
          <w:sz w:val="14"/>
          <w:lang w:val="ro-RO"/>
        </w:rPr>
      </w:pPr>
      <w:r w:rsidRPr="008A7442">
        <w:rPr>
          <w:color w:val="9A9A9A"/>
          <w:sz w:val="14"/>
          <w:lang w:val="ro-RO"/>
        </w:rPr>
        <w:t>........................................................................................................................................................................</w:t>
      </w:r>
      <w:r w:rsidR="008A7442">
        <w:rPr>
          <w:color w:val="9A9A9A"/>
          <w:sz w:val="14"/>
          <w:lang w:val="ro-RO"/>
        </w:rPr>
        <w:t>.....................................................................................................................</w:t>
      </w:r>
    </w:p>
    <w:p w14:paraId="55D167F1" w14:textId="77777777" w:rsidR="00144233" w:rsidRDefault="00144233">
      <w:pPr>
        <w:spacing w:after="0" w:line="204" w:lineRule="auto"/>
        <w:rPr>
          <w:color w:val="9A9A9A"/>
          <w:sz w:val="14"/>
          <w:lang w:val="ro-RO"/>
        </w:rPr>
      </w:pPr>
    </w:p>
    <w:p w14:paraId="16600CD8" w14:textId="77777777" w:rsidR="00144233" w:rsidRDefault="00144233">
      <w:pPr>
        <w:spacing w:after="0" w:line="204" w:lineRule="auto"/>
        <w:rPr>
          <w:color w:val="9A9A9A"/>
          <w:sz w:val="14"/>
          <w:lang w:val="ro-RO"/>
        </w:rPr>
      </w:pPr>
    </w:p>
    <w:p w14:paraId="31C889FB" w14:textId="77777777" w:rsidR="00144233" w:rsidRPr="00E401D3" w:rsidRDefault="00144233" w:rsidP="00144233">
      <w:pPr>
        <w:spacing w:before="160"/>
        <w:jc w:val="center"/>
        <w:rPr>
          <w:lang w:val="ro-RO"/>
        </w:rPr>
      </w:pPr>
      <w:r w:rsidRPr="00E401D3">
        <w:rPr>
          <w:b/>
          <w:color w:val="244A67"/>
          <w:sz w:val="19"/>
          <w:lang w:val="ro-RO"/>
        </w:rPr>
        <w:t>Vă mulțumim pentru participare!</w:t>
      </w:r>
    </w:p>
    <w:p w14:paraId="1BD41223" w14:textId="77777777" w:rsidR="00144233" w:rsidRPr="008A7442" w:rsidRDefault="00144233">
      <w:pPr>
        <w:spacing w:after="0" w:line="204" w:lineRule="auto"/>
        <w:rPr>
          <w:lang w:val="ro-RO"/>
        </w:rPr>
      </w:pPr>
    </w:p>
    <w:sectPr w:rsidR="00144233" w:rsidRPr="008A7442" w:rsidSect="00034616">
      <w:headerReference w:type="default" r:id="rId8"/>
      <w:footerReference w:type="default" r:id="rId9"/>
      <w:pgSz w:w="11906" w:h="16838"/>
      <w:pgMar w:top="680" w:right="765" w:bottom="709" w:left="765" w:header="312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425DDD" w14:textId="77777777" w:rsidR="0055343B" w:rsidRDefault="0055343B">
      <w:pPr>
        <w:spacing w:after="0"/>
      </w:pPr>
      <w:r>
        <w:separator/>
      </w:r>
    </w:p>
  </w:endnote>
  <w:endnote w:type="continuationSeparator" w:id="0">
    <w:p w14:paraId="57532610" w14:textId="77777777" w:rsidR="0055343B" w:rsidRDefault="005534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937725" w14:textId="77777777" w:rsidR="00BF37BA" w:rsidRDefault="0055343B">
    <w:pPr>
      <w:pStyle w:val="Footer"/>
      <w:jc w:val="center"/>
    </w:pPr>
    <w:r>
      <w:rPr>
        <w:color w:val="666666"/>
        <w:sz w:val="14"/>
      </w:rPr>
      <w:t xml:space="preserve">Consultare publică | Municipiul Onești | Pagina </w:t>
    </w:r>
    <w:r>
      <w:fldChar w:fldCharType="begin"/>
    </w:r>
    <w:r>
      <w:instrText xml:space="preserve"> PAGE </w:instrText>
    </w:r>
    <w:r>
      <w:fldChar w:fldCharType="separate"/>
    </w:r>
    <w:r w:rsidR="00DB0BA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E0DC02" w14:textId="77777777" w:rsidR="0055343B" w:rsidRDefault="0055343B">
      <w:pPr>
        <w:spacing w:after="0"/>
      </w:pPr>
      <w:r>
        <w:separator/>
      </w:r>
    </w:p>
  </w:footnote>
  <w:footnote w:type="continuationSeparator" w:id="0">
    <w:p w14:paraId="2D266124" w14:textId="77777777" w:rsidR="0055343B" w:rsidRDefault="0055343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47EC7" w14:textId="77777777" w:rsidR="00BF37BA" w:rsidRDefault="0055343B">
    <w:pPr>
      <w:pStyle w:val="Header"/>
      <w:jc w:val="center"/>
    </w:pPr>
    <w:r>
      <w:rPr>
        <w:b/>
        <w:color w:val="5D7F99"/>
        <w:sz w:val="14"/>
      </w:rPr>
      <w:t>MUNICIPIUL ONEȘTI • REVITALIZAREA PARCULUI „GEORGE CĂLINESCU” ȘI A CINEMATOGRAFULUI OITUZ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5850594">
    <w:abstractNumId w:val="8"/>
  </w:num>
  <w:num w:numId="2" w16cid:durableId="1212841359">
    <w:abstractNumId w:val="6"/>
  </w:num>
  <w:num w:numId="3" w16cid:durableId="299580730">
    <w:abstractNumId w:val="5"/>
  </w:num>
  <w:num w:numId="4" w16cid:durableId="2106681816">
    <w:abstractNumId w:val="4"/>
  </w:num>
  <w:num w:numId="5" w16cid:durableId="1073314579">
    <w:abstractNumId w:val="7"/>
  </w:num>
  <w:num w:numId="6" w16cid:durableId="535653706">
    <w:abstractNumId w:val="3"/>
  </w:num>
  <w:num w:numId="7" w16cid:durableId="879047178">
    <w:abstractNumId w:val="2"/>
  </w:num>
  <w:num w:numId="8" w16cid:durableId="1304502101">
    <w:abstractNumId w:val="1"/>
  </w:num>
  <w:num w:numId="9" w16cid:durableId="738677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4233"/>
    <w:rsid w:val="0015074B"/>
    <w:rsid w:val="0029639D"/>
    <w:rsid w:val="00326F90"/>
    <w:rsid w:val="0055343B"/>
    <w:rsid w:val="00566AE5"/>
    <w:rsid w:val="008A7442"/>
    <w:rsid w:val="00AA1D8D"/>
    <w:rsid w:val="00B47730"/>
    <w:rsid w:val="00BF37BA"/>
    <w:rsid w:val="00CB0664"/>
    <w:rsid w:val="00D64174"/>
    <w:rsid w:val="00D93BF5"/>
    <w:rsid w:val="00DB0BA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D97041"/>
  <w14:defaultImageDpi w14:val="300"/>
  <w15:docId w15:val="{9657DA92-37AD-4E2D-A616-5A068D03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Calibri" w:hAnsi="Calibri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2596</Words>
  <Characters>14803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padmin</cp:lastModifiedBy>
  <cp:revision>8</cp:revision>
  <dcterms:created xsi:type="dcterms:W3CDTF">2013-12-23T23:15:00Z</dcterms:created>
  <dcterms:modified xsi:type="dcterms:W3CDTF">2026-08-14T11:55:00Z</dcterms:modified>
  <cp:category/>
</cp:coreProperties>
</file>