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275966E9" w:rsidR="0092490D" w:rsidRDefault="00FD7407">
            <w:pPr>
              <w:keepNext/>
              <w:jc w:val="center"/>
            </w:pPr>
            <w:r>
              <w:rPr>
                <w:noProof/>
              </w:rPr>
              <w:drawing>
                <wp:inline distT="0" distB="0" distL="0" distR="0" wp14:anchorId="2BCDC0BA" wp14:editId="3C30F7F8">
                  <wp:extent cx="882650" cy="1239520"/>
                  <wp:effectExtent l="0" t="0" r="0" b="0"/>
                  <wp:docPr id="384766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66344" name="Picture 384766344"/>
                          <pic:cNvPicPr/>
                        </pic:nvPicPr>
                        <pic:blipFill>
                          <a:blip r:embed="rId8"/>
                          <a:stretch>
                            <a:fillRect/>
                          </a:stretch>
                        </pic:blipFill>
                        <pic:spPr>
                          <a:xfrm>
                            <a:off x="0" y="0"/>
                            <a:ext cx="882650" cy="1239520"/>
                          </a:xfrm>
                          <a:prstGeom prst="rect">
                            <a:avLst/>
                          </a:prstGeom>
                        </pic:spPr>
                      </pic:pic>
                    </a:graphicData>
                  </a:graphic>
                </wp:inline>
              </w:drawing>
            </w:r>
          </w:p>
        </w:tc>
        <w:tc>
          <w:tcPr>
            <w:tcW w:w="8030" w:type="dxa"/>
            <w:gridSpan w:val="3"/>
            <w:shd w:val="clear" w:color="auto" w:fill="F0F0F0"/>
          </w:tcPr>
          <w:p w14:paraId="30147D79" w14:textId="42FBA4F1" w:rsidR="0092490D" w:rsidRDefault="008D3852">
            <w:pPr>
              <w:keepNext/>
            </w:pPr>
            <w:proofErr w:type="spellStart"/>
            <w:r>
              <w:rPr>
                <w:b/>
                <w:color w:val="0D5F78"/>
              </w:rPr>
              <w:t>Județul</w:t>
            </w:r>
            <w:proofErr w:type="spellEnd"/>
            <w:r w:rsidR="00FD7407">
              <w:rPr>
                <w:b/>
                <w:color w:val="0D5F78"/>
              </w:rPr>
              <w:t xml:space="preserve"> </w:t>
            </w:r>
            <w:r w:rsidR="00FD7407" w:rsidRPr="00FD7407">
              <w:rPr>
                <w:b/>
                <w:color w:val="0D5F78"/>
              </w:rPr>
              <w:t>BACÂU</w:t>
            </w:r>
          </w:p>
          <w:p w14:paraId="1D1E4BB3" w14:textId="77777777" w:rsidR="0092490D" w:rsidRDefault="0092490D">
            <w:pPr>
              <w:keepNext/>
            </w:pP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13B8D8A2" w14:textId="6ECA6DFC" w:rsidR="0092490D" w:rsidRDefault="00FD7407">
            <w:pPr>
              <w:keepNext/>
            </w:pPr>
            <w:r w:rsidRPr="00FD7407">
              <w:rPr>
                <w:b/>
                <w:color w:val="0D5F78"/>
              </w:rPr>
              <w:t>RIMĂRIA MUNICIPIULUI ONEȘTI</w:t>
            </w: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3FAB4A93" w:rsidR="0092490D" w:rsidRPr="00990104" w:rsidRDefault="00FD7407">
            <w:pPr>
              <w:keepNext/>
              <w:rPr>
                <w:lang w:val="fr-FR"/>
              </w:rPr>
            </w:pPr>
            <w:r w:rsidRPr="00FD7407">
              <w:rPr>
                <w:lang w:val="fr-FR"/>
              </w:rPr>
              <w:t>4353250</w:t>
            </w:r>
          </w:p>
        </w:tc>
        <w:tc>
          <w:tcPr>
            <w:tcW w:w="5621" w:type="dxa"/>
            <w:gridSpan w:val="2"/>
            <w:shd w:val="clear" w:color="auto" w:fill="F0F0F0"/>
          </w:tcPr>
          <w:p w14:paraId="5EF21905" w14:textId="77777777" w:rsidR="0092490D" w:rsidRDefault="008D3852">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67F49F8C" w14:textId="5ECF47A4" w:rsidR="0092490D" w:rsidRDefault="00FD7407">
            <w:pPr>
              <w:keepNext/>
            </w:pPr>
            <w:proofErr w:type="spellStart"/>
            <w:r w:rsidRPr="00FD7407">
              <w:rPr>
                <w:i/>
                <w:color w:val="7A7A7A"/>
              </w:rPr>
              <w:t>Bd.Oituz</w:t>
            </w:r>
            <w:proofErr w:type="spellEnd"/>
            <w:r w:rsidRPr="00FD7407">
              <w:rPr>
                <w:i/>
                <w:color w:val="7A7A7A"/>
              </w:rPr>
              <w:t xml:space="preserve">, nr.17, </w:t>
            </w:r>
            <w:proofErr w:type="spellStart"/>
            <w:r w:rsidRPr="00FD7407">
              <w:rPr>
                <w:i/>
                <w:color w:val="7A7A7A"/>
              </w:rPr>
              <w:t>Onețti</w:t>
            </w:r>
            <w:proofErr w:type="spellEnd"/>
            <w:r w:rsidRPr="00FD7407">
              <w:rPr>
                <w:i/>
                <w:color w:val="7A7A7A"/>
              </w:rPr>
              <w:t xml:space="preserve">; </w:t>
            </w:r>
            <w:proofErr w:type="spellStart"/>
            <w:r w:rsidRPr="00FD7407">
              <w:rPr>
                <w:i/>
                <w:color w:val="7A7A7A"/>
              </w:rPr>
              <w:t>telefon</w:t>
            </w:r>
            <w:proofErr w:type="spellEnd"/>
            <w:r w:rsidRPr="00FD7407">
              <w:rPr>
                <w:i/>
                <w:color w:val="7A7A7A"/>
              </w:rPr>
              <w:t>: 0234-324243; e-mail: primarie@onesti.ro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9"/>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0C0A7" w14:textId="77777777" w:rsidR="001169EF" w:rsidRDefault="001169EF">
      <w:r>
        <w:separator/>
      </w:r>
    </w:p>
  </w:endnote>
  <w:endnote w:type="continuationSeparator" w:id="0">
    <w:p w14:paraId="6A41AB16" w14:textId="77777777" w:rsidR="001169EF" w:rsidRDefault="00116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04C1A" w14:textId="77777777" w:rsidR="001169EF" w:rsidRDefault="001169EF">
      <w:r>
        <w:separator/>
      </w:r>
    </w:p>
  </w:footnote>
  <w:footnote w:type="continuationSeparator" w:id="0">
    <w:p w14:paraId="25CAC2A7" w14:textId="77777777" w:rsidR="001169EF" w:rsidRDefault="00116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Header"/>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3404615">
    <w:abstractNumId w:val="8"/>
  </w:num>
  <w:num w:numId="2" w16cid:durableId="251938243">
    <w:abstractNumId w:val="6"/>
  </w:num>
  <w:num w:numId="3" w16cid:durableId="401955418">
    <w:abstractNumId w:val="5"/>
  </w:num>
  <w:num w:numId="4" w16cid:durableId="1420060846">
    <w:abstractNumId w:val="4"/>
  </w:num>
  <w:num w:numId="5" w16cid:durableId="735513354">
    <w:abstractNumId w:val="7"/>
  </w:num>
  <w:num w:numId="6" w16cid:durableId="110056819">
    <w:abstractNumId w:val="3"/>
  </w:num>
  <w:num w:numId="7" w16cid:durableId="1845514596">
    <w:abstractNumId w:val="2"/>
  </w:num>
  <w:num w:numId="8" w16cid:durableId="2000385373">
    <w:abstractNumId w:val="1"/>
  </w:num>
  <w:num w:numId="9" w16cid:durableId="827401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6063C"/>
    <w:rsid w:val="00111A69"/>
    <w:rsid w:val="001169EF"/>
    <w:rsid w:val="0015074B"/>
    <w:rsid w:val="00227E5E"/>
    <w:rsid w:val="0029639D"/>
    <w:rsid w:val="00326F90"/>
    <w:rsid w:val="00627198"/>
    <w:rsid w:val="008D3852"/>
    <w:rsid w:val="0092490D"/>
    <w:rsid w:val="00975330"/>
    <w:rsid w:val="00990104"/>
    <w:rsid w:val="00AA1D8D"/>
    <w:rsid w:val="00AB55EB"/>
    <w:rsid w:val="00B47730"/>
    <w:rsid w:val="00BC56AE"/>
    <w:rsid w:val="00CB0664"/>
    <w:rsid w:val="00D52CF1"/>
    <w:rsid w:val="00DC729B"/>
    <w:rsid w:val="00E61A6B"/>
    <w:rsid w:val="00EC2169"/>
    <w:rsid w:val="00FC693F"/>
    <w:rsid w:val="00FD74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556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Cristian Bocanet</cp:lastModifiedBy>
  <cp:revision>2</cp:revision>
  <dcterms:created xsi:type="dcterms:W3CDTF">2013-12-23T23:15:00Z</dcterms:created>
  <dcterms:modified xsi:type="dcterms:W3CDTF">2026-09-11T06:04:00Z</dcterms:modified>
  <cp:category/>
</cp:coreProperties>
</file>