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3B7B6267" w:rsidR="00945CC5" w:rsidRDefault="008E111A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077AD21A" wp14:editId="71417D74">
                  <wp:extent cx="882650" cy="1239520"/>
                  <wp:effectExtent l="0" t="0" r="0" b="0"/>
                  <wp:docPr id="19713098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309893" name="Picture 19713098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9862123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8E111A">
              <w:rPr>
                <w:b/>
                <w:color w:val="0D5F78"/>
              </w:rPr>
              <w:t xml:space="preserve"> </w:t>
            </w:r>
            <w:r w:rsidR="008E111A" w:rsidRPr="008E111A">
              <w:rPr>
                <w:b/>
                <w:color w:val="0D5F78"/>
              </w:rPr>
              <w:t>BACÂU</w:t>
            </w:r>
          </w:p>
          <w:p w14:paraId="5D968F80" w14:textId="77777777" w:rsidR="00945CC5" w:rsidRDefault="00945CC5">
            <w:pPr>
              <w:keepNext/>
            </w:pP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0FD8A1B9" w14:textId="548CEDB2" w:rsidR="00945CC5" w:rsidRDefault="008E111A">
            <w:pPr>
              <w:keepNext/>
            </w:pPr>
            <w:r w:rsidRPr="008E111A">
              <w:rPr>
                <w:b/>
                <w:color w:val="0D5F78"/>
              </w:rPr>
              <w:t>PRIMĂRIA MUNICIPIULUI ONEȘTI</w:t>
            </w: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1567C668" w:rsidR="00945CC5" w:rsidRPr="003E706D" w:rsidRDefault="008E111A">
            <w:pPr>
              <w:keepNext/>
              <w:rPr>
                <w:lang w:val="fr-FR"/>
              </w:rPr>
            </w:pPr>
            <w:r w:rsidRPr="008E111A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F728E3B" w14:textId="75A48CEC" w:rsidR="00945CC5" w:rsidRDefault="008E111A">
            <w:pPr>
              <w:keepNext/>
            </w:pPr>
            <w:proofErr w:type="spellStart"/>
            <w:r w:rsidRPr="008E111A">
              <w:rPr>
                <w:i/>
                <w:color w:val="7A7A7A"/>
              </w:rPr>
              <w:t>Bd.Oituz</w:t>
            </w:r>
            <w:proofErr w:type="spellEnd"/>
            <w:r w:rsidRPr="008E111A">
              <w:rPr>
                <w:i/>
                <w:color w:val="7A7A7A"/>
              </w:rPr>
              <w:t xml:space="preserve">, nr.17, </w:t>
            </w:r>
            <w:proofErr w:type="spellStart"/>
            <w:r w:rsidRPr="008E111A">
              <w:rPr>
                <w:i/>
                <w:color w:val="7A7A7A"/>
              </w:rPr>
              <w:t>Onețti</w:t>
            </w:r>
            <w:proofErr w:type="spellEnd"/>
            <w:r w:rsidRPr="008E111A">
              <w:rPr>
                <w:i/>
                <w:color w:val="7A7A7A"/>
              </w:rPr>
              <w:t xml:space="preserve">; </w:t>
            </w:r>
            <w:proofErr w:type="spellStart"/>
            <w:r w:rsidRPr="008E111A">
              <w:rPr>
                <w:i/>
                <w:color w:val="7A7A7A"/>
              </w:rPr>
              <w:t>telefon</w:t>
            </w:r>
            <w:proofErr w:type="spellEnd"/>
            <w:r w:rsidRPr="008E111A">
              <w:rPr>
                <w:i/>
                <w:color w:val="7A7A7A"/>
              </w:rPr>
              <w:t>: 0234-324243; e-mail: primarie@onesti.ro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76D7D" w14:textId="77777777" w:rsidR="00AC0CCA" w:rsidRDefault="00AC0CCA">
      <w:r>
        <w:separator/>
      </w:r>
    </w:p>
  </w:endnote>
  <w:endnote w:type="continuationSeparator" w:id="0">
    <w:p w14:paraId="6A3CD01F" w14:textId="77777777" w:rsidR="00AC0CCA" w:rsidRDefault="00AC0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F24E8" w14:textId="77777777" w:rsidR="00AC0CCA" w:rsidRDefault="00AC0CCA">
      <w:r>
        <w:separator/>
      </w:r>
    </w:p>
  </w:footnote>
  <w:footnote w:type="continuationSeparator" w:id="0">
    <w:p w14:paraId="525D0E5E" w14:textId="77777777" w:rsidR="00AC0CCA" w:rsidRDefault="00AC0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66266">
    <w:abstractNumId w:val="8"/>
  </w:num>
  <w:num w:numId="2" w16cid:durableId="1201864948">
    <w:abstractNumId w:val="6"/>
  </w:num>
  <w:num w:numId="3" w16cid:durableId="1066730890">
    <w:abstractNumId w:val="5"/>
  </w:num>
  <w:num w:numId="4" w16cid:durableId="1748725352">
    <w:abstractNumId w:val="4"/>
  </w:num>
  <w:num w:numId="5" w16cid:durableId="1602058987">
    <w:abstractNumId w:val="7"/>
  </w:num>
  <w:num w:numId="6" w16cid:durableId="59403558">
    <w:abstractNumId w:val="3"/>
  </w:num>
  <w:num w:numId="7" w16cid:durableId="125002990">
    <w:abstractNumId w:val="2"/>
  </w:num>
  <w:num w:numId="8" w16cid:durableId="679702310">
    <w:abstractNumId w:val="1"/>
  </w:num>
  <w:num w:numId="9" w16cid:durableId="358747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B5480"/>
    <w:rsid w:val="004E6AFA"/>
    <w:rsid w:val="006C103E"/>
    <w:rsid w:val="008E111A"/>
    <w:rsid w:val="00945CC5"/>
    <w:rsid w:val="00A71320"/>
    <w:rsid w:val="00AA1D8D"/>
    <w:rsid w:val="00AC0CCA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2026-09-11T05:55:00Z</dcterms:modified>
  <cp:category/>
</cp:coreProperties>
</file>