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1F02A9D2" w:rsidR="003C7CA3" w:rsidRDefault="007D43EB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44399483" wp14:editId="4AD9D9A4">
                  <wp:extent cx="882650" cy="1239520"/>
                  <wp:effectExtent l="0" t="0" r="0" b="0"/>
                  <wp:docPr id="3240971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097180" name="Picture 32409718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3BBBA2A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7D43EB">
              <w:rPr>
                <w:b/>
                <w:color w:val="0D5F78"/>
              </w:rPr>
              <w:t xml:space="preserve"> </w:t>
            </w:r>
            <w:r w:rsidR="007D43EB" w:rsidRPr="007D43EB">
              <w:rPr>
                <w:b/>
                <w:color w:val="0D5F78"/>
              </w:rPr>
              <w:t>BACÂU</w:t>
            </w:r>
          </w:p>
          <w:p w14:paraId="6A3651F4" w14:textId="77777777" w:rsidR="003C7CA3" w:rsidRDefault="003C7CA3">
            <w:pPr>
              <w:keepNext/>
            </w:pP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6572E303" w14:textId="5365819B" w:rsidR="003C7CA3" w:rsidRDefault="007D43EB">
            <w:pPr>
              <w:keepNext/>
            </w:pPr>
            <w:r w:rsidRPr="007D43EB">
              <w:rPr>
                <w:b/>
                <w:color w:val="0D5F78"/>
              </w:rPr>
              <w:t>PRIMĂRIA MUNICIPIULUI ONEȘTI</w:t>
            </w: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(CIF)</w:t>
            </w:r>
          </w:p>
          <w:p w14:paraId="14345C6E" w14:textId="25DA676D" w:rsidR="003C7CA3" w:rsidRPr="005B29C5" w:rsidRDefault="007D43EB">
            <w:pPr>
              <w:keepNext/>
              <w:rPr>
                <w:lang w:val="fr-FR"/>
              </w:rPr>
            </w:pPr>
            <w:r w:rsidRPr="007D43EB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5055487" w14:textId="6DB83066" w:rsidR="003C7CA3" w:rsidRDefault="007D43EB">
            <w:pPr>
              <w:keepNext/>
            </w:pPr>
            <w:proofErr w:type="spellStart"/>
            <w:proofErr w:type="gramStart"/>
            <w:r w:rsidRPr="007D43EB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7D43EB">
              <w:rPr>
                <w:i/>
                <w:color w:val="7A7A7A"/>
              </w:rPr>
              <w:t xml:space="preserve">, nr.17, </w:t>
            </w:r>
            <w:proofErr w:type="spellStart"/>
            <w:r w:rsidRPr="007D43EB">
              <w:rPr>
                <w:i/>
                <w:color w:val="7A7A7A"/>
              </w:rPr>
              <w:t>Onețti</w:t>
            </w:r>
            <w:proofErr w:type="spellEnd"/>
            <w:r w:rsidRPr="007D43EB">
              <w:rPr>
                <w:i/>
                <w:color w:val="7A7A7A"/>
              </w:rPr>
              <w:t xml:space="preserve">; </w:t>
            </w:r>
            <w:proofErr w:type="spellStart"/>
            <w:r w:rsidRPr="007D43EB">
              <w:rPr>
                <w:i/>
                <w:color w:val="7A7A7A"/>
              </w:rPr>
              <w:t>telefon</w:t>
            </w:r>
            <w:proofErr w:type="spellEnd"/>
            <w:r w:rsidRPr="007D43EB">
              <w:rPr>
                <w:i/>
                <w:color w:val="7A7A7A"/>
              </w:rPr>
              <w:t>: 0234-324243; e-mail: primarie@onesti.ro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scrie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în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comunei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sector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9"/>
      <w:footerReference w:type="default" r:id="rId10"/>
      <w:headerReference w:type="first" r:id="rId11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0BA46" w14:textId="77777777" w:rsidR="00BA09DB" w:rsidRDefault="00BA09DB">
      <w:r>
        <w:separator/>
      </w:r>
    </w:p>
  </w:endnote>
  <w:endnote w:type="continuationSeparator" w:id="0">
    <w:p w14:paraId="6CD15994" w14:textId="77777777" w:rsidR="00BA09DB" w:rsidRDefault="00BA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1AB7" w14:textId="77777777" w:rsidR="00BA09DB" w:rsidRDefault="00BA09DB">
      <w:r>
        <w:separator/>
      </w:r>
    </w:p>
  </w:footnote>
  <w:footnote w:type="continuationSeparator" w:id="0">
    <w:p w14:paraId="5AC9D03A" w14:textId="77777777" w:rsidR="00BA09DB" w:rsidRDefault="00BA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Header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421610448">
    <w:abstractNumId w:val="8"/>
  </w:num>
  <w:num w:numId="2" w16cid:durableId="105278560">
    <w:abstractNumId w:val="6"/>
  </w:num>
  <w:num w:numId="3" w16cid:durableId="231156568">
    <w:abstractNumId w:val="5"/>
  </w:num>
  <w:num w:numId="4" w16cid:durableId="1815028936">
    <w:abstractNumId w:val="4"/>
  </w:num>
  <w:num w:numId="5" w16cid:durableId="863831215">
    <w:abstractNumId w:val="7"/>
  </w:num>
  <w:num w:numId="6" w16cid:durableId="1950506001">
    <w:abstractNumId w:val="3"/>
  </w:num>
  <w:num w:numId="7" w16cid:durableId="1365593959">
    <w:abstractNumId w:val="2"/>
  </w:num>
  <w:num w:numId="8" w16cid:durableId="398285379">
    <w:abstractNumId w:val="1"/>
  </w:num>
  <w:num w:numId="9" w16cid:durableId="1994137404">
    <w:abstractNumId w:val="0"/>
  </w:num>
  <w:num w:numId="10" w16cid:durableId="1726832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D43EB"/>
    <w:rsid w:val="007E5D45"/>
    <w:rsid w:val="00913191"/>
    <w:rsid w:val="009E435D"/>
    <w:rsid w:val="00A80531"/>
    <w:rsid w:val="00AA1D8D"/>
    <w:rsid w:val="00B0669A"/>
    <w:rsid w:val="00B47730"/>
    <w:rsid w:val="00B82BBF"/>
    <w:rsid w:val="00BA09DB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2370</Words>
  <Characters>13752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2026-09-11T06:01:00Z</dcterms:modified>
  <cp:category/>
</cp:coreProperties>
</file>