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1F02A9D2" w:rsidR="003C7CA3" w:rsidRDefault="007D43EB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44399483" wp14:editId="4AD9D9A4">
                  <wp:extent cx="882650" cy="1239520"/>
                  <wp:effectExtent l="0" t="0" r="0" b="0"/>
                  <wp:docPr id="3240971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097180" name="Picture 32409718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3BBBA2A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7D43EB">
              <w:rPr>
                <w:b/>
                <w:color w:val="0D5F78"/>
              </w:rPr>
              <w:t xml:space="preserve"> </w:t>
            </w:r>
            <w:r w:rsidR="007D43EB" w:rsidRPr="007D43EB">
              <w:rPr>
                <w:b/>
                <w:color w:val="0D5F78"/>
              </w:rPr>
              <w:t>BACÂU</w:t>
            </w:r>
          </w:p>
          <w:p w14:paraId="6A3651F4" w14:textId="77777777" w:rsidR="003C7CA3" w:rsidRDefault="003C7CA3">
            <w:pPr>
              <w:keepNext/>
            </w:pP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6572E303" w14:textId="5365819B" w:rsidR="003C7CA3" w:rsidRDefault="007D43EB">
            <w:pPr>
              <w:keepNext/>
            </w:pPr>
            <w:r w:rsidRPr="007D43EB">
              <w:rPr>
                <w:b/>
                <w:color w:val="0D5F78"/>
              </w:rPr>
              <w:t>PRIMĂRIA MUNICIPIULUI ONEȘTI</w:t>
            </w: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25DA676D" w:rsidR="003C7CA3" w:rsidRPr="005B29C5" w:rsidRDefault="007D43EB">
            <w:pPr>
              <w:keepNext/>
              <w:rPr>
                <w:lang w:val="fr-FR"/>
              </w:rPr>
            </w:pPr>
            <w:r w:rsidRPr="007D43EB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5055487" w14:textId="401E4E40" w:rsidR="003C7CA3" w:rsidRDefault="007D43EB">
            <w:pPr>
              <w:keepNext/>
            </w:pPr>
            <w:proofErr w:type="gramStart"/>
            <w:r w:rsidRPr="007D43EB">
              <w:rPr>
                <w:i/>
                <w:color w:val="7A7A7A"/>
              </w:rPr>
              <w:t>Bd.Oituz</w:t>
            </w:r>
            <w:proofErr w:type="gramEnd"/>
            <w:r w:rsidRPr="007D43EB">
              <w:rPr>
                <w:i/>
                <w:color w:val="7A7A7A"/>
              </w:rPr>
              <w:t>, nr.17, One</w:t>
            </w:r>
            <w:r w:rsidR="00184B51">
              <w:rPr>
                <w:i/>
                <w:color w:val="7A7A7A"/>
              </w:rPr>
              <w:t>ș</w:t>
            </w:r>
            <w:r w:rsidRPr="007D43EB">
              <w:rPr>
                <w:i/>
                <w:color w:val="7A7A7A"/>
              </w:rPr>
              <w:t>ti; telefon: 0234-324243; e-mail: primarie@onesti.ro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igienă, 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protecție împotriva zgomotului — nume și prenume 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b) actele care atestă dreptul în baza căruia titularul poate solicita 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avizele și acordurile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 f) punctul de vedere sau actul administrativ al autorității competente pentru protecția mediului, în cazul în care a 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j) rapoartele de expertiză tehnică pentru cerințele fundamentale rezistență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k) raportul privind cerințele minime de conformare a unei clădiri cu consum de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m) proiectul pentru acordul / autorizația 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n) dovada privind luarea în evidență a proiectului de către Ordinul Arhitecților din România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q) anexa la cererea pentru emiterea autorizației de construire / desființare, completată cu 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 B.3 · realizate la clădiri / 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 C.3 · construcții provizorii / cu caracter temporar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C.8 · organizare 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D.3 · rețele de comunicații electronice și infrastructurile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Identificarea clădirii în 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Suprafața construită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Construcții de 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</w:t>
            </w:r>
            <w:proofErr w:type="gramStart"/>
            <w:r w:rsidRPr="005B29C5">
              <w:rPr>
                <w:sz w:val="16"/>
                <w:lang w:val="fr-FR"/>
              </w:rPr>
              <w:t xml:space="preserve">vacanță)   </w:t>
            </w:r>
            <w:proofErr w:type="gramEnd"/>
            <w:r w:rsidRPr="005B29C5">
              <w:rPr>
                <w:sz w:val="16"/>
                <w:lang w:val="fr-FR"/>
              </w:rPr>
              <w:t xml:space="preserve">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Alte caracteristici ale 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9"/>
      <w:footerReference w:type="default" r:id="rId10"/>
      <w:headerReference w:type="first" r:id="rId11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7FAFE" w14:textId="77777777" w:rsidR="007318EF" w:rsidRDefault="007318EF">
      <w:r>
        <w:separator/>
      </w:r>
    </w:p>
  </w:endnote>
  <w:endnote w:type="continuationSeparator" w:id="0">
    <w:p w14:paraId="6B8AA2C0" w14:textId="77777777" w:rsidR="007318EF" w:rsidRDefault="0073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>F_A_01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0B80" w14:textId="77777777" w:rsidR="007318EF" w:rsidRDefault="007318EF">
      <w:r>
        <w:separator/>
      </w:r>
    </w:p>
  </w:footnote>
  <w:footnote w:type="continuationSeparator" w:id="0">
    <w:p w14:paraId="79C2D008" w14:textId="77777777" w:rsidR="007318EF" w:rsidRDefault="00731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421610448">
    <w:abstractNumId w:val="8"/>
  </w:num>
  <w:num w:numId="2" w16cid:durableId="105278560">
    <w:abstractNumId w:val="6"/>
  </w:num>
  <w:num w:numId="3" w16cid:durableId="231156568">
    <w:abstractNumId w:val="5"/>
  </w:num>
  <w:num w:numId="4" w16cid:durableId="1815028936">
    <w:abstractNumId w:val="4"/>
  </w:num>
  <w:num w:numId="5" w16cid:durableId="863831215">
    <w:abstractNumId w:val="7"/>
  </w:num>
  <w:num w:numId="6" w16cid:durableId="1950506001">
    <w:abstractNumId w:val="3"/>
  </w:num>
  <w:num w:numId="7" w16cid:durableId="1365593959">
    <w:abstractNumId w:val="2"/>
  </w:num>
  <w:num w:numId="8" w16cid:durableId="398285379">
    <w:abstractNumId w:val="1"/>
  </w:num>
  <w:num w:numId="9" w16cid:durableId="1994137404">
    <w:abstractNumId w:val="0"/>
  </w:num>
  <w:num w:numId="10" w16cid:durableId="1726832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184B51"/>
    <w:rsid w:val="0029639D"/>
    <w:rsid w:val="002B61AC"/>
    <w:rsid w:val="002E47B8"/>
    <w:rsid w:val="0031113E"/>
    <w:rsid w:val="00326F90"/>
    <w:rsid w:val="003454F7"/>
    <w:rsid w:val="00373386"/>
    <w:rsid w:val="003C7CA3"/>
    <w:rsid w:val="003F6F31"/>
    <w:rsid w:val="00481869"/>
    <w:rsid w:val="005375AB"/>
    <w:rsid w:val="005B29C5"/>
    <w:rsid w:val="006C103E"/>
    <w:rsid w:val="007318EF"/>
    <w:rsid w:val="007D43EB"/>
    <w:rsid w:val="007E5D45"/>
    <w:rsid w:val="00913191"/>
    <w:rsid w:val="009E435D"/>
    <w:rsid w:val="00A80531"/>
    <w:rsid w:val="00AA1D8D"/>
    <w:rsid w:val="00B0669A"/>
    <w:rsid w:val="00B47730"/>
    <w:rsid w:val="00B82BBF"/>
    <w:rsid w:val="00BA09DB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2370</Words>
  <Characters>13752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2026-09-21T08:44:00Z</dcterms:modified>
  <cp:category/>
</cp:coreProperties>
</file>