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67C15CFC" w:rsidR="007A6244" w:rsidRDefault="001E5EE2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0019136E" wp14:editId="008ACB58">
                  <wp:extent cx="882650" cy="1239520"/>
                  <wp:effectExtent l="0" t="0" r="0" b="0"/>
                  <wp:docPr id="1468719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719116" name="Picture 14687191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278DB922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1E5EE2">
              <w:rPr>
                <w:b/>
                <w:color w:val="0D5F78"/>
              </w:rPr>
              <w:t xml:space="preserve"> </w:t>
            </w:r>
            <w:r w:rsidR="001E5EE2" w:rsidRPr="001E5EE2">
              <w:rPr>
                <w:b/>
                <w:color w:val="0D5F78"/>
              </w:rPr>
              <w:t>BACÂU</w:t>
            </w:r>
          </w:p>
          <w:p w14:paraId="6435FD5F" w14:textId="77777777" w:rsidR="007A6244" w:rsidRDefault="007A6244">
            <w:pPr>
              <w:keepNext/>
            </w:pP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66F1B78B" w:rsidR="007A6244" w:rsidRDefault="001E5EE2">
            <w:pPr>
              <w:keepNext/>
            </w:pPr>
            <w:r w:rsidRPr="001E5EE2">
              <w:rPr>
                <w:b/>
                <w:color w:val="0D5F78"/>
              </w:rPr>
              <w:t>PRIMĂRIA MUNICIPIULUI ONEȘTI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59AE5CC5" w:rsidR="007A6244" w:rsidRPr="009D5BC3" w:rsidRDefault="001E5EE2">
            <w:pPr>
              <w:keepNext/>
              <w:rPr>
                <w:lang w:val="fr-FR"/>
              </w:rPr>
            </w:pPr>
            <w:r w:rsidRPr="001E5EE2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FE355EF" w14:textId="1AA2389E" w:rsidR="007A6244" w:rsidRDefault="001E5EE2">
            <w:pPr>
              <w:keepNext/>
            </w:pPr>
            <w:proofErr w:type="spellStart"/>
            <w:r w:rsidRPr="001E5EE2">
              <w:rPr>
                <w:i/>
                <w:color w:val="7A7A7A"/>
              </w:rPr>
              <w:t>Bd.Oituz</w:t>
            </w:r>
            <w:proofErr w:type="spellEnd"/>
            <w:r w:rsidRPr="001E5EE2">
              <w:rPr>
                <w:i/>
                <w:color w:val="7A7A7A"/>
              </w:rPr>
              <w:t xml:space="preserve">, nr.17, </w:t>
            </w:r>
            <w:proofErr w:type="spellStart"/>
            <w:r w:rsidRPr="001E5EE2">
              <w:rPr>
                <w:i/>
                <w:color w:val="7A7A7A"/>
              </w:rPr>
              <w:t>Onețti</w:t>
            </w:r>
            <w:proofErr w:type="spellEnd"/>
            <w:r w:rsidRPr="001E5EE2">
              <w:rPr>
                <w:i/>
                <w:color w:val="7A7A7A"/>
              </w:rPr>
              <w:t xml:space="preserve">; </w:t>
            </w:r>
            <w:proofErr w:type="spellStart"/>
            <w:r w:rsidRPr="001E5EE2">
              <w:rPr>
                <w:i/>
                <w:color w:val="7A7A7A"/>
              </w:rPr>
              <w:t>telefon</w:t>
            </w:r>
            <w:proofErr w:type="spellEnd"/>
            <w:r w:rsidRPr="001E5EE2">
              <w:rPr>
                <w:i/>
                <w:color w:val="7A7A7A"/>
              </w:rPr>
              <w:t>: 0234-324243; e-mail: primarie@onesti.ro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21E1D" w14:textId="77777777" w:rsidR="00BD6EB9" w:rsidRDefault="00BD6EB9">
      <w:r>
        <w:separator/>
      </w:r>
    </w:p>
  </w:endnote>
  <w:endnote w:type="continuationSeparator" w:id="0">
    <w:p w14:paraId="599FF6E4" w14:textId="77777777" w:rsidR="00BD6EB9" w:rsidRDefault="00BD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AED0A" w14:textId="77777777" w:rsidR="00BD6EB9" w:rsidRDefault="00BD6EB9">
      <w:r>
        <w:separator/>
      </w:r>
    </w:p>
  </w:footnote>
  <w:footnote w:type="continuationSeparator" w:id="0">
    <w:p w14:paraId="47BA5378" w14:textId="77777777" w:rsidR="00BD6EB9" w:rsidRDefault="00BD6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EE2"/>
    <w:rsid w:val="0029639D"/>
    <w:rsid w:val="00326F90"/>
    <w:rsid w:val="006C103E"/>
    <w:rsid w:val="007A6244"/>
    <w:rsid w:val="007F2503"/>
    <w:rsid w:val="00917E2D"/>
    <w:rsid w:val="009C5408"/>
    <w:rsid w:val="009D5BC3"/>
    <w:rsid w:val="00AA1D8D"/>
    <w:rsid w:val="00B47730"/>
    <w:rsid w:val="00BD6EB9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2026-09-11T06:00:00Z</dcterms:modified>
  <cp:category/>
</cp:coreProperties>
</file>