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2F39" w14:textId="77777777" w:rsidR="00D06E85" w:rsidRDefault="00000000">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D06E85" w14:paraId="47D28C4E" w14:textId="77777777">
        <w:trPr>
          <w:cantSplit/>
          <w:trHeight w:val="510"/>
        </w:trPr>
        <w:tc>
          <w:tcPr>
            <w:tcW w:w="1606" w:type="dxa"/>
            <w:vMerge w:val="restart"/>
            <w:vAlign w:val="center"/>
          </w:tcPr>
          <w:p w14:paraId="08929333" w14:textId="000FCF91" w:rsidR="00D06E85" w:rsidRDefault="004E679C">
            <w:pPr>
              <w:keepNext/>
              <w:jc w:val="center"/>
            </w:pPr>
            <w:r>
              <w:rPr>
                <w:noProof/>
              </w:rPr>
              <w:drawing>
                <wp:inline distT="0" distB="0" distL="0" distR="0" wp14:anchorId="799A8B32" wp14:editId="66F41648">
                  <wp:extent cx="882650" cy="1239520"/>
                  <wp:effectExtent l="0" t="0" r="0" b="0"/>
                  <wp:docPr id="686857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857938" name="Picture 686857938"/>
                          <pic:cNvPicPr/>
                        </pic:nvPicPr>
                        <pic:blipFill>
                          <a:blip r:embed="rId8"/>
                          <a:stretch>
                            <a:fillRect/>
                          </a:stretch>
                        </pic:blipFill>
                        <pic:spPr>
                          <a:xfrm>
                            <a:off x="0" y="0"/>
                            <a:ext cx="882650" cy="1239520"/>
                          </a:xfrm>
                          <a:prstGeom prst="rect">
                            <a:avLst/>
                          </a:prstGeom>
                        </pic:spPr>
                      </pic:pic>
                    </a:graphicData>
                  </a:graphic>
                </wp:inline>
              </w:drawing>
            </w:r>
          </w:p>
        </w:tc>
        <w:tc>
          <w:tcPr>
            <w:tcW w:w="8030" w:type="dxa"/>
            <w:gridSpan w:val="3"/>
            <w:shd w:val="clear" w:color="auto" w:fill="F0F0F0"/>
          </w:tcPr>
          <w:p w14:paraId="7A25B7CF" w14:textId="72028C1D" w:rsidR="00D06E85" w:rsidRDefault="00000000">
            <w:pPr>
              <w:keepNext/>
            </w:pPr>
            <w:proofErr w:type="spellStart"/>
            <w:r>
              <w:rPr>
                <w:b/>
                <w:color w:val="0D5F78"/>
              </w:rPr>
              <w:t>Județul</w:t>
            </w:r>
            <w:proofErr w:type="spellEnd"/>
            <w:r w:rsidR="004E679C">
              <w:rPr>
                <w:b/>
                <w:color w:val="0D5F78"/>
              </w:rPr>
              <w:t xml:space="preserve"> </w:t>
            </w:r>
            <w:r w:rsidR="004E679C" w:rsidRPr="004E679C">
              <w:rPr>
                <w:b/>
                <w:color w:val="0D5F78"/>
              </w:rPr>
              <w:t>BACÂU</w:t>
            </w:r>
          </w:p>
          <w:p w14:paraId="14096774" w14:textId="77777777" w:rsidR="00D06E85" w:rsidRDefault="00D06E85">
            <w:pPr>
              <w:keepNext/>
            </w:pPr>
          </w:p>
        </w:tc>
      </w:tr>
      <w:tr w:rsidR="00D06E85" w14:paraId="31B4FF20" w14:textId="77777777">
        <w:trPr>
          <w:cantSplit/>
          <w:trHeight w:val="510"/>
        </w:trPr>
        <w:tc>
          <w:tcPr>
            <w:tcW w:w="1606" w:type="dxa"/>
            <w:vMerge/>
          </w:tcPr>
          <w:p w14:paraId="735D6AE5" w14:textId="77777777" w:rsidR="00D06E85" w:rsidRDefault="00D06E85"/>
        </w:tc>
        <w:tc>
          <w:tcPr>
            <w:tcW w:w="8030" w:type="dxa"/>
            <w:gridSpan w:val="3"/>
            <w:shd w:val="clear" w:color="auto" w:fill="F0F0F0"/>
          </w:tcPr>
          <w:p w14:paraId="1E800E65" w14:textId="488DC815" w:rsidR="00D06E85" w:rsidRDefault="004E679C">
            <w:pPr>
              <w:keepNext/>
            </w:pPr>
            <w:r w:rsidRPr="004E679C">
              <w:rPr>
                <w:b/>
                <w:color w:val="0D5F78"/>
              </w:rPr>
              <w:t>PRIMĂRIA MUNICIPIULUI ONEȘTI</w:t>
            </w:r>
          </w:p>
        </w:tc>
      </w:tr>
      <w:tr w:rsidR="00D06E85" w14:paraId="6CF307AE" w14:textId="77777777">
        <w:trPr>
          <w:cantSplit/>
          <w:trHeight w:val="510"/>
        </w:trPr>
        <w:tc>
          <w:tcPr>
            <w:tcW w:w="1606" w:type="dxa"/>
            <w:vMerge/>
          </w:tcPr>
          <w:p w14:paraId="07AC3E94" w14:textId="77777777" w:rsidR="00D06E85" w:rsidRDefault="00D06E85"/>
        </w:tc>
        <w:tc>
          <w:tcPr>
            <w:tcW w:w="2409" w:type="dxa"/>
            <w:shd w:val="clear" w:color="auto" w:fill="F0F0F0"/>
          </w:tcPr>
          <w:p w14:paraId="75E95FF8" w14:textId="77777777" w:rsidR="00D06E85" w:rsidRPr="00F146C8" w:rsidRDefault="00000000">
            <w:pPr>
              <w:keepNext/>
              <w:rPr>
                <w:lang w:val="fr-FR"/>
              </w:rPr>
            </w:pPr>
            <w:r w:rsidRPr="00F146C8">
              <w:rPr>
                <w:b/>
                <w:color w:val="0D5F78"/>
                <w:lang w:val="fr-FR"/>
              </w:rPr>
              <w:t xml:space="preserve">Cod de </w:t>
            </w:r>
            <w:proofErr w:type="spellStart"/>
            <w:r w:rsidRPr="00F146C8">
              <w:rPr>
                <w:b/>
                <w:color w:val="0D5F78"/>
                <w:lang w:val="fr-FR"/>
              </w:rPr>
              <w:t>identificare</w:t>
            </w:r>
            <w:proofErr w:type="spellEnd"/>
            <w:r w:rsidRPr="00F146C8">
              <w:rPr>
                <w:b/>
                <w:color w:val="0D5F78"/>
                <w:lang w:val="fr-FR"/>
              </w:rPr>
              <w:t xml:space="preserve"> </w:t>
            </w:r>
            <w:proofErr w:type="spellStart"/>
            <w:r w:rsidRPr="00F146C8">
              <w:rPr>
                <w:b/>
                <w:color w:val="0D5F78"/>
                <w:lang w:val="fr-FR"/>
              </w:rPr>
              <w:t>fiscală</w:t>
            </w:r>
            <w:proofErr w:type="spellEnd"/>
            <w:r w:rsidRPr="00F146C8">
              <w:rPr>
                <w:b/>
                <w:color w:val="0D5F78"/>
                <w:lang w:val="fr-FR"/>
              </w:rPr>
              <w:t xml:space="preserve"> (CIF)</w:t>
            </w:r>
          </w:p>
          <w:p w14:paraId="1513B3BE" w14:textId="12F5CC66" w:rsidR="00D06E85" w:rsidRPr="00F146C8" w:rsidRDefault="004E679C">
            <w:pPr>
              <w:keepNext/>
              <w:rPr>
                <w:lang w:val="fr-FR"/>
              </w:rPr>
            </w:pPr>
            <w:r w:rsidRPr="004E679C">
              <w:rPr>
                <w:lang w:val="fr-FR"/>
              </w:rPr>
              <w:t>4353250</w:t>
            </w:r>
          </w:p>
        </w:tc>
        <w:tc>
          <w:tcPr>
            <w:tcW w:w="5621" w:type="dxa"/>
            <w:gridSpan w:val="2"/>
            <w:shd w:val="clear" w:color="auto" w:fill="F0F0F0"/>
          </w:tcPr>
          <w:p w14:paraId="2FE3433C" w14:textId="77777777" w:rsidR="00D06E85" w:rsidRDefault="00000000">
            <w:pPr>
              <w:keepNext/>
            </w:pPr>
            <w:proofErr w:type="spellStart"/>
            <w:r>
              <w:rPr>
                <w:b/>
                <w:color w:val="0D5F78"/>
              </w:rPr>
              <w:t>Adresa</w:t>
            </w:r>
            <w:proofErr w:type="spellEnd"/>
            <w:r>
              <w:rPr>
                <w:b/>
                <w:color w:val="0D5F78"/>
              </w:rPr>
              <w:t xml:space="preserve"> </w:t>
            </w:r>
            <w:proofErr w:type="spellStart"/>
            <w:r>
              <w:rPr>
                <w:b/>
                <w:color w:val="0D5F78"/>
              </w:rPr>
              <w:t>oficială</w:t>
            </w:r>
            <w:proofErr w:type="spellEnd"/>
          </w:p>
          <w:p w14:paraId="0E80596B" w14:textId="333FD260" w:rsidR="00D06E85" w:rsidRDefault="004E679C">
            <w:pPr>
              <w:keepNext/>
            </w:pPr>
            <w:proofErr w:type="spellStart"/>
            <w:proofErr w:type="gramStart"/>
            <w:r w:rsidRPr="004E679C">
              <w:rPr>
                <w:i/>
                <w:color w:val="7A7A7A"/>
              </w:rPr>
              <w:t>Bd.Oituz</w:t>
            </w:r>
            <w:proofErr w:type="spellEnd"/>
            <w:proofErr w:type="gramEnd"/>
            <w:r w:rsidRPr="004E679C">
              <w:rPr>
                <w:i/>
                <w:color w:val="7A7A7A"/>
              </w:rPr>
              <w:t xml:space="preserve">, nr.17, </w:t>
            </w:r>
            <w:proofErr w:type="spellStart"/>
            <w:r w:rsidRPr="004E679C">
              <w:rPr>
                <w:i/>
                <w:color w:val="7A7A7A"/>
              </w:rPr>
              <w:t>Onețti</w:t>
            </w:r>
            <w:proofErr w:type="spellEnd"/>
            <w:r w:rsidRPr="004E679C">
              <w:rPr>
                <w:i/>
                <w:color w:val="7A7A7A"/>
              </w:rPr>
              <w:t xml:space="preserve">; </w:t>
            </w:r>
            <w:proofErr w:type="spellStart"/>
            <w:r w:rsidRPr="004E679C">
              <w:rPr>
                <w:i/>
                <w:color w:val="7A7A7A"/>
              </w:rPr>
              <w:t>telefon</w:t>
            </w:r>
            <w:proofErr w:type="spellEnd"/>
            <w:r w:rsidRPr="004E679C">
              <w:rPr>
                <w:i/>
                <w:color w:val="7A7A7A"/>
              </w:rPr>
              <w:t>: 0234-324243; e-mail: primarie@onesti.ro</w:t>
            </w:r>
          </w:p>
        </w:tc>
      </w:tr>
      <w:tr w:rsidR="00D06E85" w14:paraId="3E110D62" w14:textId="77777777">
        <w:trPr>
          <w:cantSplit/>
          <w:trHeight w:val="510"/>
        </w:trPr>
        <w:tc>
          <w:tcPr>
            <w:tcW w:w="1606" w:type="dxa"/>
            <w:vMerge/>
          </w:tcPr>
          <w:p w14:paraId="427A85B0" w14:textId="77777777" w:rsidR="00D06E85" w:rsidRDefault="00D06E85"/>
        </w:tc>
        <w:tc>
          <w:tcPr>
            <w:tcW w:w="4818" w:type="dxa"/>
            <w:gridSpan w:val="2"/>
            <w:shd w:val="clear" w:color="auto" w:fill="F0F0F0"/>
          </w:tcPr>
          <w:p w14:paraId="716784EE" w14:textId="77777777" w:rsidR="00D06E85" w:rsidRDefault="00000000">
            <w:pPr>
              <w:keepNext/>
            </w:pPr>
            <w:r>
              <w:rPr>
                <w:b/>
                <w:color w:val="0D5F78"/>
              </w:rPr>
              <w:t>Număr / dată înregistrare beneficiar</w:t>
            </w:r>
          </w:p>
          <w:p w14:paraId="2B63900E" w14:textId="77777777" w:rsidR="00D06E85" w:rsidRDefault="00D06E85">
            <w:pPr>
              <w:keepNext/>
            </w:pPr>
          </w:p>
        </w:tc>
        <w:tc>
          <w:tcPr>
            <w:tcW w:w="3212" w:type="dxa"/>
            <w:shd w:val="clear" w:color="auto" w:fill="F0F0F0"/>
          </w:tcPr>
          <w:p w14:paraId="259A2AA6" w14:textId="77777777" w:rsidR="00D06E85" w:rsidRDefault="00000000">
            <w:pPr>
              <w:keepNext/>
            </w:pPr>
            <w:r>
              <w:rPr>
                <w:b/>
                <w:color w:val="0D5F78"/>
              </w:rPr>
              <w:t>Număr / dată înregistrare la UAT</w:t>
            </w:r>
          </w:p>
          <w:p w14:paraId="2662F9AC" w14:textId="77777777" w:rsidR="00D06E85" w:rsidRDefault="00D06E85">
            <w:pPr>
              <w:keepNext/>
            </w:pPr>
          </w:p>
        </w:tc>
      </w:tr>
      <w:tr w:rsidR="00D06E85" w:rsidRPr="00B23FEC" w14:paraId="0CC1B9A3" w14:textId="77777777">
        <w:trPr>
          <w:cantSplit/>
        </w:trPr>
        <w:tc>
          <w:tcPr>
            <w:tcW w:w="9636" w:type="dxa"/>
            <w:gridSpan w:val="4"/>
            <w:shd w:val="clear" w:color="auto" w:fill="F0F0F0"/>
          </w:tcPr>
          <w:p w14:paraId="2F3B3089" w14:textId="77777777" w:rsidR="00D06E85" w:rsidRPr="00F146C8" w:rsidRDefault="00000000">
            <w:pPr>
              <w:rPr>
                <w:lang w:val="fr-FR"/>
              </w:rPr>
            </w:pPr>
            <w:r w:rsidRPr="00F146C8">
              <w:rPr>
                <w:i/>
                <w:color w:val="595959"/>
                <w:lang w:val="fr-FR"/>
              </w:rPr>
              <w:t xml:space="preserve"> </w:t>
            </w:r>
            <w:proofErr w:type="gramStart"/>
            <w:r w:rsidRPr="00F146C8">
              <w:rPr>
                <w:i/>
                <w:color w:val="595959"/>
                <w:lang w:val="fr-FR"/>
              </w:rPr>
              <w:t>se</w:t>
            </w:r>
            <w:proofErr w:type="gramEnd"/>
            <w:r w:rsidRPr="00F146C8">
              <w:rPr>
                <w:i/>
                <w:color w:val="595959"/>
                <w:lang w:val="fr-FR"/>
              </w:rPr>
              <w:t xml:space="preserve"> </w:t>
            </w:r>
            <w:proofErr w:type="spellStart"/>
            <w:r w:rsidRPr="00F146C8">
              <w:rPr>
                <w:i/>
                <w:color w:val="595959"/>
                <w:lang w:val="fr-FR"/>
              </w:rPr>
              <w:t>completează</w:t>
            </w:r>
            <w:proofErr w:type="spellEnd"/>
            <w:r w:rsidRPr="00F146C8">
              <w:rPr>
                <w:i/>
                <w:color w:val="595959"/>
                <w:lang w:val="fr-FR"/>
              </w:rPr>
              <w:t xml:space="preserve"> de </w:t>
            </w:r>
            <w:proofErr w:type="spellStart"/>
            <w:r w:rsidRPr="00F146C8">
              <w:rPr>
                <w:i/>
                <w:color w:val="595959"/>
                <w:lang w:val="fr-FR"/>
              </w:rPr>
              <w:t>autoritate</w:t>
            </w:r>
            <w:proofErr w:type="spellEnd"/>
            <w:r w:rsidRPr="00F146C8">
              <w:rPr>
                <w:i/>
                <w:color w:val="595959"/>
                <w:lang w:val="fr-FR"/>
              </w:rPr>
              <w:t xml:space="preserve"> — </w:t>
            </w:r>
            <w:proofErr w:type="spellStart"/>
            <w:r w:rsidRPr="00F146C8">
              <w:rPr>
                <w:i/>
                <w:color w:val="595959"/>
                <w:lang w:val="fr-FR"/>
              </w:rPr>
              <w:t>solicitantul</w:t>
            </w:r>
            <w:proofErr w:type="spellEnd"/>
            <w:r w:rsidRPr="00F146C8">
              <w:rPr>
                <w:i/>
                <w:color w:val="595959"/>
                <w:lang w:val="fr-FR"/>
              </w:rPr>
              <w:t xml:space="preserve"> nu </w:t>
            </w:r>
            <w:proofErr w:type="spellStart"/>
            <w:r w:rsidRPr="00F146C8">
              <w:rPr>
                <w:i/>
                <w:color w:val="595959"/>
                <w:lang w:val="fr-FR"/>
              </w:rPr>
              <w:t>scrie</w:t>
            </w:r>
            <w:proofErr w:type="spellEnd"/>
            <w:r w:rsidRPr="00F146C8">
              <w:rPr>
                <w:i/>
                <w:color w:val="595959"/>
                <w:lang w:val="fr-FR"/>
              </w:rPr>
              <w:t xml:space="preserve"> </w:t>
            </w:r>
            <w:proofErr w:type="spellStart"/>
            <w:r w:rsidRPr="00F146C8">
              <w:rPr>
                <w:i/>
                <w:color w:val="595959"/>
                <w:lang w:val="fr-FR"/>
              </w:rPr>
              <w:t>în</w:t>
            </w:r>
            <w:proofErr w:type="spellEnd"/>
            <w:r w:rsidRPr="00F146C8">
              <w:rPr>
                <w:i/>
                <w:color w:val="595959"/>
                <w:lang w:val="fr-FR"/>
              </w:rPr>
              <w:t xml:space="preserve"> </w:t>
            </w:r>
            <w:proofErr w:type="spellStart"/>
            <w:r w:rsidRPr="00F146C8">
              <w:rPr>
                <w:i/>
                <w:color w:val="595959"/>
                <w:lang w:val="fr-FR"/>
              </w:rPr>
              <w:t>această</w:t>
            </w:r>
            <w:proofErr w:type="spellEnd"/>
            <w:r w:rsidRPr="00F146C8">
              <w:rPr>
                <w:i/>
                <w:color w:val="595959"/>
                <w:lang w:val="fr-FR"/>
              </w:rPr>
              <w:t xml:space="preserve"> </w:t>
            </w:r>
            <w:proofErr w:type="spellStart"/>
            <w:r w:rsidRPr="00F146C8">
              <w:rPr>
                <w:i/>
                <w:color w:val="595959"/>
                <w:lang w:val="fr-FR"/>
              </w:rPr>
              <w:t>zonă</w:t>
            </w:r>
            <w:proofErr w:type="spellEnd"/>
          </w:p>
        </w:tc>
      </w:tr>
    </w:tbl>
    <w:p w14:paraId="7EFB48B9" w14:textId="77777777" w:rsidR="00D06E85" w:rsidRPr="00F146C8" w:rsidRDefault="00D06E85">
      <w:pPr>
        <w:spacing w:line="168" w:lineRule="auto"/>
        <w:rPr>
          <w:lang w:val="fr-FR"/>
        </w:rPr>
      </w:pPr>
    </w:p>
    <w:p w14:paraId="0921EF5A" w14:textId="77777777" w:rsidR="00D06E85" w:rsidRPr="00B23FEC" w:rsidRDefault="00000000">
      <w:pPr>
        <w:spacing w:before="140" w:after="40"/>
        <w:jc w:val="center"/>
        <w:rPr>
          <w:sz w:val="28"/>
          <w:szCs w:val="28"/>
          <w:lang w:val="fr-FR"/>
        </w:rPr>
      </w:pPr>
      <w:r w:rsidRPr="00B23FEC">
        <w:rPr>
          <w:b/>
          <w:sz w:val="28"/>
          <w:szCs w:val="28"/>
          <w:lang w:val="fr-FR"/>
        </w:rPr>
        <w:t>DECLARAȚIE PE PROPRIA RĂSPUNDERE</w:t>
      </w:r>
    </w:p>
    <w:p w14:paraId="75E7F2D5" w14:textId="77777777" w:rsidR="00D06E85" w:rsidRPr="00F146C8" w:rsidRDefault="00000000">
      <w:pPr>
        <w:spacing w:after="120"/>
        <w:jc w:val="center"/>
        <w:rPr>
          <w:lang w:val="fr-FR"/>
        </w:rPr>
      </w:pPr>
      <w:proofErr w:type="gramStart"/>
      <w:r w:rsidRPr="00F146C8">
        <w:rPr>
          <w:sz w:val="19"/>
          <w:lang w:val="fr-FR"/>
        </w:rPr>
        <w:t>prin</w:t>
      </w:r>
      <w:proofErr w:type="gramEnd"/>
      <w:r w:rsidRPr="00F146C8">
        <w:rPr>
          <w:sz w:val="19"/>
          <w:lang w:val="fr-FR"/>
        </w:rPr>
        <w:t xml:space="preserve"> care </w:t>
      </w:r>
      <w:proofErr w:type="spellStart"/>
      <w:r w:rsidRPr="00F146C8">
        <w:rPr>
          <w:sz w:val="19"/>
          <w:lang w:val="fr-FR"/>
        </w:rPr>
        <w:t>beneficiarul</w:t>
      </w:r>
      <w:proofErr w:type="spellEnd"/>
      <w:r w:rsidRPr="00F146C8">
        <w:rPr>
          <w:sz w:val="19"/>
          <w:lang w:val="fr-FR"/>
        </w:rPr>
        <w:t xml:space="preserve"> </w:t>
      </w:r>
      <w:proofErr w:type="spellStart"/>
      <w:r w:rsidRPr="00F146C8">
        <w:rPr>
          <w:sz w:val="19"/>
          <w:lang w:val="fr-FR"/>
        </w:rPr>
        <w:t>declară</w:t>
      </w:r>
      <w:proofErr w:type="spellEnd"/>
      <w:r w:rsidRPr="00F146C8">
        <w:rPr>
          <w:sz w:val="19"/>
          <w:lang w:val="fr-FR"/>
        </w:rPr>
        <w:t xml:space="preserve"> </w:t>
      </w:r>
      <w:proofErr w:type="spellStart"/>
      <w:r w:rsidRPr="00F146C8">
        <w:rPr>
          <w:sz w:val="19"/>
          <w:lang w:val="fr-FR"/>
        </w:rPr>
        <w:t>că</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primită</w:t>
      </w:r>
      <w:proofErr w:type="spellEnd"/>
      <w:r w:rsidRPr="00F146C8">
        <w:rPr>
          <w:sz w:val="19"/>
          <w:lang w:val="fr-FR"/>
        </w:rPr>
        <w:t xml:space="preserve"> </w:t>
      </w:r>
      <w:proofErr w:type="spellStart"/>
      <w:r w:rsidRPr="00F146C8">
        <w:rPr>
          <w:sz w:val="19"/>
          <w:lang w:val="fr-FR"/>
        </w:rPr>
        <w:t>solicitarea</w:t>
      </w:r>
      <w:proofErr w:type="spellEnd"/>
      <w:r w:rsidRPr="00F146C8">
        <w:rPr>
          <w:sz w:val="19"/>
          <w:lang w:val="fr-FR"/>
        </w:rPr>
        <w:t xml:space="preserve"> de </w:t>
      </w:r>
      <w:proofErr w:type="spellStart"/>
      <w:r w:rsidRPr="00F146C8">
        <w:rPr>
          <w:sz w:val="19"/>
          <w:lang w:val="fr-FR"/>
        </w:rPr>
        <w:t>clarificare</w:t>
      </w:r>
      <w:proofErr w:type="spellEnd"/>
      <w:r w:rsidRPr="00F146C8">
        <w:rPr>
          <w:sz w:val="19"/>
          <w:lang w:val="fr-FR"/>
        </w:rPr>
        <w:t xml:space="preserve">, </w:t>
      </w:r>
      <w:proofErr w:type="spellStart"/>
      <w:r w:rsidRPr="00F146C8">
        <w:rPr>
          <w:sz w:val="19"/>
          <w:lang w:val="fr-FR"/>
        </w:rPr>
        <w:t>completare</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modificare</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w:t>
      </w:r>
      <w:proofErr w:type="spellEnd"/>
      <w:r w:rsidRPr="00F146C8">
        <w:rPr>
          <w:sz w:val="19"/>
          <w:lang w:val="fr-FR"/>
        </w:rPr>
        <w:t xml:space="preserve"> </w:t>
      </w:r>
      <w:proofErr w:type="spellStart"/>
      <w:r w:rsidRPr="00F146C8">
        <w:rPr>
          <w:sz w:val="19"/>
          <w:lang w:val="fr-FR"/>
        </w:rPr>
        <w:t>aviz</w:t>
      </w:r>
      <w:proofErr w:type="spellEnd"/>
      <w:r w:rsidRPr="00F146C8">
        <w:rPr>
          <w:sz w:val="19"/>
          <w:lang w:val="fr-FR"/>
        </w:rPr>
        <w:t xml:space="preserve"> / </w:t>
      </w:r>
      <w:proofErr w:type="spellStart"/>
      <w:r w:rsidRPr="00F146C8">
        <w:rPr>
          <w:sz w:val="19"/>
          <w:lang w:val="fr-FR"/>
        </w:rPr>
        <w:t>acord</w:t>
      </w:r>
      <w:proofErr w:type="spellEnd"/>
      <w:r w:rsidRPr="00F146C8">
        <w:rPr>
          <w:sz w:val="19"/>
          <w:lang w:val="fr-FR"/>
        </w:rPr>
        <w:t xml:space="preserve"> </w:t>
      </w:r>
      <w:proofErr w:type="spellStart"/>
      <w:r w:rsidRPr="00F146C8">
        <w:rPr>
          <w:sz w:val="19"/>
          <w:lang w:val="fr-FR"/>
        </w:rPr>
        <w:t>cu</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fără</w:t>
      </w:r>
      <w:proofErr w:type="spellEnd"/>
      <w:r w:rsidRPr="00F146C8">
        <w:rPr>
          <w:sz w:val="19"/>
          <w:lang w:val="fr-FR"/>
        </w:rPr>
        <w:t xml:space="preserve"> </w:t>
      </w:r>
      <w:proofErr w:type="spellStart"/>
      <w:r w:rsidRPr="00F146C8">
        <w:rPr>
          <w:sz w:val="19"/>
          <w:lang w:val="fr-FR"/>
        </w:rPr>
        <w:t>condiții</w:t>
      </w:r>
      <w:proofErr w:type="spellEnd"/>
      <w:r w:rsidRPr="00F146C8">
        <w:rPr>
          <w:sz w:val="19"/>
          <w:lang w:val="fr-FR"/>
        </w:rPr>
        <w:t xml:space="preserve"> </w:t>
      </w:r>
      <w:proofErr w:type="spellStart"/>
      <w:r w:rsidRPr="00F146C8">
        <w:rPr>
          <w:sz w:val="19"/>
          <w:lang w:val="fr-FR"/>
        </w:rPr>
        <w:t>ori</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eliberată</w:t>
      </w:r>
      <w:proofErr w:type="spellEnd"/>
      <w:r w:rsidRPr="00F146C8">
        <w:rPr>
          <w:sz w:val="19"/>
          <w:lang w:val="fr-FR"/>
        </w:rPr>
        <w:t xml:space="preserve"> </w:t>
      </w:r>
      <w:proofErr w:type="spellStart"/>
      <w:r w:rsidRPr="00F146C8">
        <w:rPr>
          <w:sz w:val="19"/>
          <w:lang w:val="fr-FR"/>
        </w:rPr>
        <w:t>adresa</w:t>
      </w:r>
      <w:proofErr w:type="spellEnd"/>
      <w:r w:rsidRPr="00F146C8">
        <w:rPr>
          <w:sz w:val="19"/>
          <w:lang w:val="fr-FR"/>
        </w:rPr>
        <w:t xml:space="preserve"> de </w:t>
      </w:r>
      <w:proofErr w:type="spellStart"/>
      <w:r w:rsidRPr="00F146C8">
        <w:rPr>
          <w:sz w:val="19"/>
          <w:lang w:val="fr-FR"/>
        </w:rPr>
        <w:t>respingere</w:t>
      </w:r>
      <w:proofErr w:type="spellEnd"/>
    </w:p>
    <w:p w14:paraId="5E5BDCD9" w14:textId="77777777" w:rsidR="00D06E85" w:rsidRPr="00F146C8" w:rsidRDefault="00D06E85">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14:paraId="44775F42" w14:textId="77777777">
        <w:trPr>
          <w:cantSplit/>
        </w:trPr>
        <w:tc>
          <w:tcPr>
            <w:tcW w:w="9636" w:type="dxa"/>
            <w:gridSpan w:val="8"/>
            <w:shd w:val="clear" w:color="auto" w:fill="F4F4F4"/>
          </w:tcPr>
          <w:p w14:paraId="05345A43" w14:textId="77777777" w:rsidR="00D06E85" w:rsidRDefault="00000000">
            <w:pPr>
              <w:keepNext/>
            </w:pPr>
            <w:r w:rsidRPr="00F146C8">
              <w:rPr>
                <w:b/>
                <w:sz w:val="16"/>
                <w:lang w:val="fr-FR"/>
              </w:rPr>
              <w:t xml:space="preserve"> </w:t>
            </w:r>
            <w:r>
              <w:rPr>
                <w:b/>
                <w:sz w:val="16"/>
              </w:rPr>
              <w:t xml:space="preserve">1. </w:t>
            </w:r>
            <w:r>
              <w:rPr>
                <w:b/>
                <w:color w:val="000000"/>
                <w:sz w:val="18"/>
              </w:rPr>
              <w:t>SOLICITANTUL</w:t>
            </w:r>
          </w:p>
        </w:tc>
      </w:tr>
      <w:tr w:rsidR="00D06E85" w14:paraId="06D2332C" w14:textId="77777777">
        <w:trPr>
          <w:cantSplit/>
          <w:trHeight w:val="510"/>
        </w:trPr>
        <w:tc>
          <w:tcPr>
            <w:tcW w:w="5621" w:type="dxa"/>
            <w:gridSpan w:val="5"/>
          </w:tcPr>
          <w:p w14:paraId="328E332E" w14:textId="77777777" w:rsidR="00D06E85" w:rsidRDefault="00000000">
            <w:pPr>
              <w:keepNext/>
            </w:pPr>
            <w:r>
              <w:rPr>
                <w:b/>
                <w:color w:val="0D5F78"/>
              </w:rPr>
              <w:t>Nume și prenume</w:t>
            </w:r>
          </w:p>
          <w:p w14:paraId="144E3B23" w14:textId="77777777" w:rsidR="00D06E85" w:rsidRDefault="00D06E85">
            <w:pPr>
              <w:keepNext/>
            </w:pPr>
          </w:p>
        </w:tc>
        <w:tc>
          <w:tcPr>
            <w:tcW w:w="4015" w:type="dxa"/>
            <w:gridSpan w:val="3"/>
          </w:tcPr>
          <w:p w14:paraId="183F75E0" w14:textId="77777777" w:rsidR="00D06E85" w:rsidRDefault="00000000">
            <w:pPr>
              <w:keepNext/>
            </w:pPr>
            <w:r>
              <w:rPr>
                <w:b/>
                <w:color w:val="0D5F78"/>
              </w:rPr>
              <w:t>CNP</w:t>
            </w:r>
          </w:p>
          <w:p w14:paraId="5599C2C7" w14:textId="77777777" w:rsidR="00D06E85" w:rsidRDefault="00D06E85">
            <w:pPr>
              <w:keepNext/>
            </w:pPr>
          </w:p>
        </w:tc>
      </w:tr>
      <w:tr w:rsidR="00D06E85" w14:paraId="6835908B" w14:textId="77777777">
        <w:trPr>
          <w:cantSplit/>
        </w:trPr>
        <w:tc>
          <w:tcPr>
            <w:tcW w:w="9636" w:type="dxa"/>
            <w:gridSpan w:val="8"/>
            <w:shd w:val="clear" w:color="auto" w:fill="F4F4F4"/>
          </w:tcPr>
          <w:p w14:paraId="4901E185" w14:textId="77777777" w:rsidR="00D06E85" w:rsidRDefault="00000000">
            <w:pPr>
              <w:keepNext/>
            </w:pPr>
            <w:r>
              <w:rPr>
                <w:sz w:val="16"/>
              </w:rPr>
              <w:t xml:space="preserve"> Act de identitate</w:t>
            </w:r>
          </w:p>
        </w:tc>
      </w:tr>
      <w:tr w:rsidR="00D06E85" w14:paraId="2089818C" w14:textId="77777777">
        <w:trPr>
          <w:cantSplit/>
          <w:trHeight w:val="510"/>
        </w:trPr>
        <w:tc>
          <w:tcPr>
            <w:tcW w:w="1606" w:type="dxa"/>
          </w:tcPr>
          <w:p w14:paraId="69F70D8B" w14:textId="77777777" w:rsidR="00D06E85" w:rsidRDefault="00000000">
            <w:pPr>
              <w:keepNext/>
            </w:pPr>
            <w:r>
              <w:rPr>
                <w:b/>
                <w:color w:val="0D5F78"/>
              </w:rPr>
              <w:t>Seria</w:t>
            </w:r>
          </w:p>
          <w:p w14:paraId="45CF80A9" w14:textId="77777777" w:rsidR="00D06E85" w:rsidRDefault="00D06E85">
            <w:pPr>
              <w:keepNext/>
            </w:pPr>
          </w:p>
        </w:tc>
        <w:tc>
          <w:tcPr>
            <w:tcW w:w="1606" w:type="dxa"/>
          </w:tcPr>
          <w:p w14:paraId="4487B434" w14:textId="77777777" w:rsidR="00D06E85" w:rsidRDefault="00000000">
            <w:pPr>
              <w:keepNext/>
            </w:pPr>
            <w:r>
              <w:rPr>
                <w:b/>
                <w:color w:val="0D5F78"/>
              </w:rPr>
              <w:t>Numărul</w:t>
            </w:r>
          </w:p>
          <w:p w14:paraId="2518FC72" w14:textId="77777777" w:rsidR="00D06E85" w:rsidRDefault="00D06E85">
            <w:pPr>
              <w:keepNext/>
            </w:pPr>
          </w:p>
        </w:tc>
        <w:tc>
          <w:tcPr>
            <w:tcW w:w="4818" w:type="dxa"/>
            <w:gridSpan w:val="5"/>
          </w:tcPr>
          <w:p w14:paraId="4A9954D1" w14:textId="77777777" w:rsidR="00D06E85" w:rsidRDefault="00000000">
            <w:pPr>
              <w:keepNext/>
            </w:pPr>
            <w:r>
              <w:rPr>
                <w:b/>
                <w:color w:val="0D5F78"/>
              </w:rPr>
              <w:t>Eliberat de</w:t>
            </w:r>
          </w:p>
          <w:p w14:paraId="7757A0A0" w14:textId="77777777" w:rsidR="00D06E85" w:rsidRDefault="00D06E85">
            <w:pPr>
              <w:keepNext/>
            </w:pPr>
          </w:p>
        </w:tc>
        <w:tc>
          <w:tcPr>
            <w:tcW w:w="1606" w:type="dxa"/>
          </w:tcPr>
          <w:p w14:paraId="77BA1DFF" w14:textId="77777777" w:rsidR="00D06E85" w:rsidRDefault="00000000">
            <w:pPr>
              <w:keepNext/>
            </w:pPr>
            <w:r>
              <w:rPr>
                <w:b/>
                <w:color w:val="0D5F78"/>
              </w:rPr>
              <w:t>La data</w:t>
            </w:r>
          </w:p>
          <w:p w14:paraId="3A1DB3DA" w14:textId="77777777" w:rsidR="00D06E85" w:rsidRDefault="00D06E85">
            <w:pPr>
              <w:keepNext/>
            </w:pPr>
          </w:p>
        </w:tc>
      </w:tr>
      <w:tr w:rsidR="00D06E85" w14:paraId="476B3C3F" w14:textId="77777777">
        <w:trPr>
          <w:cantSplit/>
        </w:trPr>
        <w:tc>
          <w:tcPr>
            <w:tcW w:w="9636" w:type="dxa"/>
            <w:gridSpan w:val="8"/>
            <w:shd w:val="clear" w:color="auto" w:fill="F4F4F4"/>
          </w:tcPr>
          <w:p w14:paraId="563B990C" w14:textId="77777777" w:rsidR="00D06E85" w:rsidRDefault="00000000">
            <w:pPr>
              <w:keepNext/>
            </w:pPr>
            <w:r>
              <w:rPr>
                <w:sz w:val="16"/>
              </w:rPr>
              <w:t xml:space="preserve"> Domiciliul</w:t>
            </w:r>
          </w:p>
        </w:tc>
      </w:tr>
      <w:tr w:rsidR="00D06E85" w14:paraId="32FD11E2" w14:textId="77777777">
        <w:trPr>
          <w:cantSplit/>
          <w:trHeight w:val="510"/>
        </w:trPr>
        <w:tc>
          <w:tcPr>
            <w:tcW w:w="3212" w:type="dxa"/>
            <w:gridSpan w:val="2"/>
          </w:tcPr>
          <w:p w14:paraId="77F32363" w14:textId="77777777" w:rsidR="00D06E85" w:rsidRDefault="00000000">
            <w:pPr>
              <w:keepNext/>
            </w:pPr>
            <w:r>
              <w:rPr>
                <w:b/>
                <w:color w:val="0D5F78"/>
              </w:rPr>
              <w:t>Județul</w:t>
            </w:r>
          </w:p>
          <w:p w14:paraId="45A17963" w14:textId="77777777" w:rsidR="00D06E85" w:rsidRDefault="00D06E85">
            <w:pPr>
              <w:keepNext/>
            </w:pPr>
          </w:p>
        </w:tc>
        <w:tc>
          <w:tcPr>
            <w:tcW w:w="3212" w:type="dxa"/>
            <w:gridSpan w:val="4"/>
          </w:tcPr>
          <w:p w14:paraId="5EBA9E82" w14:textId="77777777" w:rsidR="00D06E85" w:rsidRDefault="00000000">
            <w:pPr>
              <w:keepNext/>
            </w:pPr>
            <w:r>
              <w:rPr>
                <w:b/>
                <w:color w:val="0D5F78"/>
              </w:rPr>
              <w:t>Municipiul / orașul / comuna</w:t>
            </w:r>
          </w:p>
          <w:p w14:paraId="385FCF5F" w14:textId="77777777" w:rsidR="00D06E85" w:rsidRDefault="00D06E85">
            <w:pPr>
              <w:keepNext/>
            </w:pPr>
          </w:p>
        </w:tc>
        <w:tc>
          <w:tcPr>
            <w:tcW w:w="3212" w:type="dxa"/>
            <w:gridSpan w:val="2"/>
          </w:tcPr>
          <w:p w14:paraId="4EA349CD" w14:textId="77777777" w:rsidR="00D06E85" w:rsidRDefault="00000000">
            <w:pPr>
              <w:keepNext/>
            </w:pPr>
            <w:r>
              <w:rPr>
                <w:b/>
                <w:color w:val="0D5F78"/>
              </w:rPr>
              <w:t>Satul / sectorul</w:t>
            </w:r>
          </w:p>
          <w:p w14:paraId="69531297" w14:textId="77777777" w:rsidR="00D06E85" w:rsidRDefault="00D06E85">
            <w:pPr>
              <w:keepNext/>
            </w:pPr>
          </w:p>
        </w:tc>
      </w:tr>
      <w:tr w:rsidR="00D06E85" w14:paraId="40AD136B" w14:textId="77777777">
        <w:trPr>
          <w:cantSplit/>
          <w:trHeight w:val="510"/>
        </w:trPr>
        <w:tc>
          <w:tcPr>
            <w:tcW w:w="3212" w:type="dxa"/>
            <w:gridSpan w:val="2"/>
          </w:tcPr>
          <w:p w14:paraId="31A3DB93" w14:textId="77777777" w:rsidR="00D06E85" w:rsidRDefault="00000000">
            <w:pPr>
              <w:keepNext/>
            </w:pPr>
            <w:r>
              <w:rPr>
                <w:b/>
                <w:color w:val="0D5F78"/>
              </w:rPr>
              <w:t>Strada</w:t>
            </w:r>
          </w:p>
          <w:p w14:paraId="762B7363" w14:textId="77777777" w:rsidR="00D06E85" w:rsidRDefault="00D06E85">
            <w:pPr>
              <w:keepNext/>
            </w:pPr>
          </w:p>
        </w:tc>
        <w:tc>
          <w:tcPr>
            <w:tcW w:w="803" w:type="dxa"/>
          </w:tcPr>
          <w:p w14:paraId="7BF686C3" w14:textId="77777777" w:rsidR="00D06E85" w:rsidRDefault="00000000">
            <w:pPr>
              <w:keepNext/>
            </w:pPr>
            <w:r>
              <w:rPr>
                <w:b/>
                <w:color w:val="0D5F78"/>
              </w:rPr>
              <w:t>Nr.</w:t>
            </w:r>
          </w:p>
          <w:p w14:paraId="3B9CD2F6" w14:textId="77777777" w:rsidR="00D06E85" w:rsidRDefault="00D06E85">
            <w:pPr>
              <w:keepNext/>
            </w:pPr>
          </w:p>
        </w:tc>
        <w:tc>
          <w:tcPr>
            <w:tcW w:w="803" w:type="dxa"/>
          </w:tcPr>
          <w:p w14:paraId="0A560568" w14:textId="77777777" w:rsidR="00D06E85" w:rsidRDefault="00000000">
            <w:pPr>
              <w:keepNext/>
            </w:pPr>
            <w:r>
              <w:rPr>
                <w:b/>
                <w:color w:val="0D5F78"/>
              </w:rPr>
              <w:t>Sc.</w:t>
            </w:r>
          </w:p>
          <w:p w14:paraId="211A18B0" w14:textId="77777777" w:rsidR="00D06E85" w:rsidRDefault="00D06E85">
            <w:pPr>
              <w:keepNext/>
            </w:pPr>
          </w:p>
        </w:tc>
        <w:tc>
          <w:tcPr>
            <w:tcW w:w="803" w:type="dxa"/>
          </w:tcPr>
          <w:p w14:paraId="0131CA5E" w14:textId="77777777" w:rsidR="00D06E85" w:rsidRDefault="00000000">
            <w:pPr>
              <w:keepNext/>
            </w:pPr>
            <w:r>
              <w:rPr>
                <w:b/>
                <w:color w:val="0D5F78"/>
              </w:rPr>
              <w:t>Et.</w:t>
            </w:r>
          </w:p>
          <w:p w14:paraId="6E2D34FD" w14:textId="77777777" w:rsidR="00D06E85" w:rsidRDefault="00D06E85">
            <w:pPr>
              <w:keepNext/>
            </w:pPr>
          </w:p>
        </w:tc>
        <w:tc>
          <w:tcPr>
            <w:tcW w:w="803" w:type="dxa"/>
          </w:tcPr>
          <w:p w14:paraId="5756BAA2" w14:textId="77777777" w:rsidR="00D06E85" w:rsidRDefault="00000000">
            <w:pPr>
              <w:keepNext/>
            </w:pPr>
            <w:r>
              <w:rPr>
                <w:b/>
                <w:color w:val="0D5F78"/>
              </w:rPr>
              <w:t>Ap.</w:t>
            </w:r>
          </w:p>
          <w:p w14:paraId="3542AD72" w14:textId="77777777" w:rsidR="00D06E85" w:rsidRDefault="00D06E85">
            <w:pPr>
              <w:keepNext/>
            </w:pPr>
          </w:p>
        </w:tc>
        <w:tc>
          <w:tcPr>
            <w:tcW w:w="1606" w:type="dxa"/>
          </w:tcPr>
          <w:p w14:paraId="5A04CB06" w14:textId="77777777" w:rsidR="00D06E85" w:rsidRDefault="00000000">
            <w:pPr>
              <w:keepNext/>
            </w:pPr>
            <w:r>
              <w:rPr>
                <w:b/>
                <w:color w:val="0D5F78"/>
              </w:rPr>
              <w:t>Cod poștal</w:t>
            </w:r>
          </w:p>
          <w:p w14:paraId="04ED9281" w14:textId="77777777" w:rsidR="00D06E85" w:rsidRDefault="00D06E85">
            <w:pPr>
              <w:keepNext/>
            </w:pPr>
          </w:p>
        </w:tc>
        <w:tc>
          <w:tcPr>
            <w:tcW w:w="1606" w:type="dxa"/>
          </w:tcPr>
          <w:p w14:paraId="291A12DE" w14:textId="77777777" w:rsidR="00D06E85" w:rsidRDefault="00000000">
            <w:pPr>
              <w:keepNext/>
            </w:pPr>
            <w:r>
              <w:rPr>
                <w:b/>
                <w:color w:val="0D5F78"/>
              </w:rPr>
              <w:t>Țara</w:t>
            </w:r>
          </w:p>
          <w:p w14:paraId="6852845F" w14:textId="77777777" w:rsidR="00D06E85" w:rsidRDefault="00D06E85">
            <w:pPr>
              <w:keepNext/>
            </w:pPr>
          </w:p>
        </w:tc>
      </w:tr>
      <w:tr w:rsidR="00D06E85" w14:paraId="78C42C4E" w14:textId="77777777">
        <w:trPr>
          <w:cantSplit/>
        </w:trPr>
        <w:tc>
          <w:tcPr>
            <w:tcW w:w="9636" w:type="dxa"/>
            <w:gridSpan w:val="8"/>
            <w:shd w:val="clear" w:color="auto" w:fill="F4F4F4"/>
          </w:tcPr>
          <w:p w14:paraId="4ACEC0B8" w14:textId="77777777" w:rsidR="00D06E85" w:rsidRDefault="00000000">
            <w:pPr>
              <w:keepNext/>
            </w:pPr>
            <w:r>
              <w:rPr>
                <w:sz w:val="16"/>
              </w:rPr>
              <w:t xml:space="preserve"> Date de contact</w:t>
            </w:r>
          </w:p>
        </w:tc>
      </w:tr>
      <w:tr w:rsidR="00D06E85" w14:paraId="2308D8C4" w14:textId="77777777">
        <w:trPr>
          <w:cantSplit/>
          <w:trHeight w:val="510"/>
        </w:trPr>
        <w:tc>
          <w:tcPr>
            <w:tcW w:w="4015" w:type="dxa"/>
            <w:gridSpan w:val="3"/>
          </w:tcPr>
          <w:p w14:paraId="18E4A7E5" w14:textId="77777777" w:rsidR="00D06E85" w:rsidRDefault="00000000">
            <w:pPr>
              <w:keepNext/>
            </w:pPr>
            <w:r>
              <w:rPr>
                <w:b/>
                <w:color w:val="0D5F78"/>
              </w:rPr>
              <w:t>Telefon / fax</w:t>
            </w:r>
          </w:p>
          <w:p w14:paraId="1709C3E7" w14:textId="77777777" w:rsidR="00D06E85" w:rsidRDefault="00D06E85">
            <w:pPr>
              <w:keepNext/>
            </w:pPr>
          </w:p>
        </w:tc>
        <w:tc>
          <w:tcPr>
            <w:tcW w:w="5621" w:type="dxa"/>
            <w:gridSpan w:val="5"/>
          </w:tcPr>
          <w:p w14:paraId="6CAD21DF" w14:textId="77777777" w:rsidR="00D06E85" w:rsidRDefault="00000000">
            <w:pPr>
              <w:keepNext/>
            </w:pPr>
            <w:r>
              <w:rPr>
                <w:b/>
                <w:color w:val="0D5F78"/>
              </w:rPr>
              <w:t>E-mail</w:t>
            </w:r>
          </w:p>
          <w:p w14:paraId="48F9679D" w14:textId="77777777" w:rsidR="00D06E85" w:rsidRDefault="00D06E85">
            <w:pPr>
              <w:keepNext/>
            </w:pPr>
          </w:p>
        </w:tc>
      </w:tr>
      <w:tr w:rsidR="00D06E85" w14:paraId="69B024F1" w14:textId="77777777">
        <w:trPr>
          <w:cantSplit/>
        </w:trPr>
        <w:tc>
          <w:tcPr>
            <w:tcW w:w="9636" w:type="dxa"/>
            <w:gridSpan w:val="8"/>
            <w:shd w:val="clear" w:color="auto" w:fill="F4F4F4"/>
          </w:tcPr>
          <w:p w14:paraId="25708BCE" w14:textId="77777777" w:rsidR="00D06E85" w:rsidRDefault="00000000">
            <w:pPr>
              <w:keepNext/>
            </w:pPr>
            <w:r>
              <w:rPr>
                <w:sz w:val="16"/>
              </w:rPr>
              <w:t xml:space="preserve"> Reprezentare</w:t>
            </w:r>
          </w:p>
        </w:tc>
      </w:tr>
      <w:tr w:rsidR="00D06E85" w14:paraId="2F1B358E" w14:textId="77777777">
        <w:trPr>
          <w:cantSplit/>
          <w:trHeight w:val="510"/>
        </w:trPr>
        <w:tc>
          <w:tcPr>
            <w:tcW w:w="6424" w:type="dxa"/>
            <w:gridSpan w:val="6"/>
          </w:tcPr>
          <w:p w14:paraId="258619DA" w14:textId="77777777" w:rsidR="00D06E85" w:rsidRDefault="00000000">
            <w:r>
              <w:rPr>
                <w:b/>
                <w:color w:val="0D5F78"/>
              </w:rPr>
              <w:t>În calitate de reprezentant al</w:t>
            </w:r>
          </w:p>
          <w:p w14:paraId="249A940B" w14:textId="77777777" w:rsidR="00D06E85" w:rsidRDefault="00D06E85"/>
        </w:tc>
        <w:tc>
          <w:tcPr>
            <w:tcW w:w="3212" w:type="dxa"/>
            <w:gridSpan w:val="2"/>
          </w:tcPr>
          <w:p w14:paraId="592E2749" w14:textId="77777777" w:rsidR="00D06E85" w:rsidRDefault="00000000">
            <w:r>
              <w:rPr>
                <w:b/>
                <w:color w:val="0D5F78"/>
              </w:rPr>
              <w:t>CUI / CIF</w:t>
            </w:r>
          </w:p>
          <w:p w14:paraId="5AA60BB0" w14:textId="77777777" w:rsidR="00D06E85" w:rsidRDefault="00D06E85"/>
        </w:tc>
      </w:tr>
    </w:tbl>
    <w:p w14:paraId="41E26187"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14:paraId="184456C5" w14:textId="77777777">
        <w:trPr>
          <w:cantSplit/>
        </w:trPr>
        <w:tc>
          <w:tcPr>
            <w:tcW w:w="9636" w:type="dxa"/>
            <w:gridSpan w:val="7"/>
            <w:shd w:val="clear" w:color="auto" w:fill="F4F4F4"/>
          </w:tcPr>
          <w:p w14:paraId="24C442D3" w14:textId="77777777" w:rsidR="00D06E85" w:rsidRDefault="00000000">
            <w:pPr>
              <w:keepNext/>
            </w:pPr>
            <w:r>
              <w:rPr>
                <w:b/>
                <w:sz w:val="16"/>
              </w:rPr>
              <w:t xml:space="preserve"> 2. </w:t>
            </w:r>
            <w:r>
              <w:rPr>
                <w:b/>
                <w:color w:val="000000"/>
                <w:sz w:val="18"/>
              </w:rPr>
              <w:t>BENEFICIAR AL</w:t>
            </w:r>
          </w:p>
        </w:tc>
      </w:tr>
      <w:tr w:rsidR="00D06E85" w:rsidRPr="00B23FEC" w14:paraId="4A83FD0A" w14:textId="77777777">
        <w:trPr>
          <w:cantSplit/>
        </w:trPr>
        <w:tc>
          <w:tcPr>
            <w:tcW w:w="9636" w:type="dxa"/>
            <w:gridSpan w:val="7"/>
          </w:tcPr>
          <w:p w14:paraId="10C18D4D" w14:textId="77777777" w:rsidR="00D06E85" w:rsidRDefault="00000000">
            <w:pPr>
              <w:keepNext/>
              <w:rPr>
                <w:sz w:val="16"/>
                <w:lang w:val="fr-FR"/>
              </w:rPr>
            </w:pPr>
            <w:r w:rsidRPr="00F146C8">
              <w:rPr>
                <w:sz w:val="16"/>
                <w:lang w:val="fr-FR"/>
              </w:rPr>
              <w:t xml:space="preserve">☐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amenajare</w:t>
            </w:r>
            <w:proofErr w:type="spellEnd"/>
            <w:r w:rsidRPr="00F146C8">
              <w:rPr>
                <w:sz w:val="16"/>
                <w:lang w:val="fr-FR"/>
              </w:rPr>
              <w:t xml:space="preserve"> a </w:t>
            </w:r>
            <w:proofErr w:type="spellStart"/>
            <w:r w:rsidRPr="00F146C8">
              <w:rPr>
                <w:sz w:val="16"/>
                <w:lang w:val="fr-FR"/>
              </w:rPr>
              <w:t>teritoriului</w:t>
            </w:r>
            <w:proofErr w:type="spellEnd"/>
            <w:r w:rsidRPr="00F146C8">
              <w:rPr>
                <w:sz w:val="16"/>
                <w:lang w:val="fr-FR"/>
              </w:rPr>
              <w:t xml:space="preserve"> /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urbanism</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analizarea</w:t>
            </w:r>
            <w:proofErr w:type="spellEnd"/>
            <w:r w:rsidRPr="00F146C8">
              <w:rPr>
                <w:sz w:val="16"/>
                <w:lang w:val="fr-FR"/>
              </w:rPr>
              <w:t xml:space="preserve"> </w:t>
            </w:r>
            <w:proofErr w:type="spellStart"/>
            <w:r w:rsidRPr="00F146C8">
              <w:rPr>
                <w:sz w:val="16"/>
                <w:lang w:val="fr-FR"/>
              </w:rPr>
              <w:t>și</w:t>
            </w:r>
            <w:proofErr w:type="spellEnd"/>
            <w:r w:rsidRPr="00F146C8">
              <w:rPr>
                <w:sz w:val="16"/>
                <w:lang w:val="fr-FR"/>
              </w:rPr>
              <w:t xml:space="preserve"> </w:t>
            </w:r>
            <w:proofErr w:type="spellStart"/>
            <w:r w:rsidRPr="00F146C8">
              <w:rPr>
                <w:sz w:val="16"/>
                <w:lang w:val="fr-FR"/>
              </w:rPr>
              <w:t>promovarea</w:t>
            </w:r>
            <w:proofErr w:type="spellEnd"/>
            <w:r w:rsidRPr="00F146C8">
              <w:rPr>
                <w:sz w:val="16"/>
                <w:lang w:val="fr-FR"/>
              </w:rPr>
              <w:t xml:space="preserve"> </w:t>
            </w:r>
            <w:proofErr w:type="spellStart"/>
            <w:r w:rsidRPr="00F146C8">
              <w:rPr>
                <w:sz w:val="16"/>
                <w:lang w:val="fr-FR"/>
              </w:rPr>
              <w:t>spre</w:t>
            </w:r>
            <w:proofErr w:type="spellEnd"/>
            <w:r w:rsidRPr="00F146C8">
              <w:rPr>
                <w:sz w:val="16"/>
                <w:lang w:val="fr-FR"/>
              </w:rPr>
              <w:t xml:space="preserve"> </w:t>
            </w:r>
            <w:proofErr w:type="spellStart"/>
            <w:r w:rsidRPr="00F146C8">
              <w:rPr>
                <w:sz w:val="16"/>
                <w:lang w:val="fr-FR"/>
              </w:rPr>
              <w:t>aprobare</w:t>
            </w:r>
            <w:proofErr w:type="spellEnd"/>
            <w:r w:rsidRPr="00F146C8">
              <w:rPr>
                <w:sz w:val="16"/>
                <w:lang w:val="fr-FR"/>
              </w:rPr>
              <w:t xml:space="preserve">, </w:t>
            </w:r>
            <w:proofErr w:type="spellStart"/>
            <w:r w:rsidRPr="00F146C8">
              <w:rPr>
                <w:sz w:val="16"/>
                <w:lang w:val="fr-FR"/>
              </w:rPr>
              <w:t>având</w:t>
            </w:r>
            <w:proofErr w:type="spellEnd"/>
            <w:r w:rsidRPr="00F146C8">
              <w:rPr>
                <w:sz w:val="16"/>
                <w:lang w:val="fr-FR"/>
              </w:rPr>
              <w:t xml:space="preserve"> </w:t>
            </w:r>
            <w:proofErr w:type="spellStart"/>
            <w:proofErr w:type="gramStart"/>
            <w:r w:rsidRPr="00F146C8">
              <w:rPr>
                <w:sz w:val="16"/>
                <w:lang w:val="fr-FR"/>
              </w:rPr>
              <w:t>denumirea</w:t>
            </w:r>
            <w:proofErr w:type="spellEnd"/>
            <w:r w:rsidRPr="00F146C8">
              <w:rPr>
                <w:sz w:val="16"/>
                <w:lang w:val="fr-FR"/>
              </w:rPr>
              <w:t>:</w:t>
            </w:r>
            <w:proofErr w:type="gramEnd"/>
          </w:p>
          <w:p w14:paraId="449F8BE8" w14:textId="73254249" w:rsidR="00B23FEC" w:rsidRPr="00F146C8" w:rsidRDefault="00B23FEC">
            <w:pPr>
              <w:keepNext/>
              <w:rPr>
                <w:lang w:val="fr-FR"/>
              </w:rPr>
            </w:pPr>
            <w:r>
              <w:rPr>
                <w:sz w:val="16"/>
                <w:lang w:val="fr-FR"/>
              </w:rPr>
              <w:t>……………………………………………………………………………………………………………………………………………………….</w:t>
            </w:r>
          </w:p>
          <w:p w14:paraId="6C566C41" w14:textId="77777777" w:rsidR="00D06E85" w:rsidRPr="00F146C8" w:rsidRDefault="00000000">
            <w:pPr>
              <w:keepNext/>
              <w:rPr>
                <w:lang w:val="fr-FR"/>
              </w:rPr>
            </w:pPr>
            <w:r w:rsidRPr="00F146C8">
              <w:rPr>
                <w:sz w:val="16"/>
                <w:lang w:val="fr-FR"/>
              </w:rPr>
              <w:t xml:space="preserve">☐ </w:t>
            </w:r>
            <w:proofErr w:type="spellStart"/>
            <w:r w:rsidRPr="00F146C8">
              <w:rPr>
                <w:sz w:val="16"/>
                <w:lang w:val="fr-FR"/>
              </w:rPr>
              <w:t>Investiției</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emiterea</w:t>
            </w:r>
            <w:proofErr w:type="spellEnd"/>
            <w:r w:rsidRPr="00F146C8">
              <w:rPr>
                <w:sz w:val="16"/>
                <w:lang w:val="fr-FR"/>
              </w:rPr>
              <w:t xml:space="preserve"> </w:t>
            </w:r>
            <w:proofErr w:type="spellStart"/>
            <w:r w:rsidRPr="00F146C8">
              <w:rPr>
                <w:sz w:val="16"/>
                <w:lang w:val="fr-FR"/>
              </w:rPr>
              <w:t>autorizației</w:t>
            </w:r>
            <w:proofErr w:type="spellEnd"/>
            <w:r w:rsidRPr="00F146C8">
              <w:rPr>
                <w:sz w:val="16"/>
                <w:lang w:val="fr-FR"/>
              </w:rPr>
              <w:t xml:space="preserve"> de construire / </w:t>
            </w:r>
            <w:proofErr w:type="spellStart"/>
            <w:r w:rsidRPr="00F146C8">
              <w:rPr>
                <w:sz w:val="16"/>
                <w:lang w:val="fr-FR"/>
              </w:rPr>
              <w:t>desființare</w:t>
            </w:r>
            <w:proofErr w:type="spellEnd"/>
            <w:r w:rsidRPr="00F146C8">
              <w:rPr>
                <w:sz w:val="16"/>
                <w:lang w:val="fr-FR"/>
              </w:rPr>
              <w:t xml:space="preserve"> / </w:t>
            </w:r>
            <w:proofErr w:type="spellStart"/>
            <w:r w:rsidRPr="00F146C8">
              <w:rPr>
                <w:sz w:val="16"/>
                <w:lang w:val="fr-FR"/>
              </w:rPr>
              <w:t>organizare</w:t>
            </w:r>
            <w:proofErr w:type="spellEnd"/>
            <w:r w:rsidRPr="00F146C8">
              <w:rPr>
                <w:sz w:val="16"/>
                <w:lang w:val="fr-FR"/>
              </w:rPr>
              <w:t xml:space="preserve"> de </w:t>
            </w:r>
            <w:proofErr w:type="spellStart"/>
            <w:r w:rsidRPr="00F146C8">
              <w:rPr>
                <w:sz w:val="16"/>
                <w:lang w:val="fr-FR"/>
              </w:rPr>
              <w:t>șantier</w:t>
            </w:r>
            <w:proofErr w:type="spellEnd"/>
          </w:p>
        </w:tc>
      </w:tr>
      <w:tr w:rsidR="00D06E85" w:rsidRPr="00B23FEC" w14:paraId="038DB130" w14:textId="77777777">
        <w:trPr>
          <w:cantSplit/>
        </w:trPr>
        <w:tc>
          <w:tcPr>
            <w:tcW w:w="9636" w:type="dxa"/>
            <w:gridSpan w:val="7"/>
          </w:tcPr>
          <w:p w14:paraId="448F3330" w14:textId="77777777" w:rsidR="00D06E85" w:rsidRPr="00F146C8" w:rsidRDefault="00D06E85">
            <w:pPr>
              <w:keepNext/>
              <w:pBdr>
                <w:bottom w:val="dotted" w:sz="6" w:space="0" w:color="999999"/>
              </w:pBdr>
              <w:spacing w:after="80"/>
              <w:rPr>
                <w:lang w:val="fr-FR"/>
              </w:rPr>
            </w:pPr>
          </w:p>
          <w:p w14:paraId="44AB8803" w14:textId="77777777" w:rsidR="00D06E85" w:rsidRPr="00F146C8" w:rsidRDefault="00D06E85">
            <w:pPr>
              <w:keepNext/>
              <w:pBdr>
                <w:bottom w:val="dotted" w:sz="6" w:space="0" w:color="999999"/>
              </w:pBdr>
              <w:spacing w:after="80"/>
              <w:rPr>
                <w:lang w:val="fr-FR"/>
              </w:rPr>
            </w:pPr>
          </w:p>
        </w:tc>
      </w:tr>
      <w:tr w:rsidR="00D06E85" w14:paraId="51F68824" w14:textId="77777777">
        <w:trPr>
          <w:cantSplit/>
          <w:trHeight w:val="510"/>
        </w:trPr>
        <w:tc>
          <w:tcPr>
            <w:tcW w:w="3212" w:type="dxa"/>
          </w:tcPr>
          <w:p w14:paraId="6DD32699" w14:textId="77777777" w:rsidR="00D06E85" w:rsidRPr="00F146C8" w:rsidRDefault="00000000">
            <w:pPr>
              <w:keepNext/>
              <w:rPr>
                <w:lang w:val="fr-FR"/>
              </w:rPr>
            </w:pPr>
            <w:proofErr w:type="spellStart"/>
            <w:proofErr w:type="gramStart"/>
            <w:r w:rsidRPr="00F146C8">
              <w:rPr>
                <w:b/>
                <w:color w:val="0D5F78"/>
                <w:lang w:val="fr-FR"/>
              </w:rPr>
              <w:t>în</w:t>
            </w:r>
            <w:proofErr w:type="spellEnd"/>
            <w:proofErr w:type="gramEnd"/>
            <w:r w:rsidRPr="00F146C8">
              <w:rPr>
                <w:b/>
                <w:color w:val="0D5F78"/>
                <w:lang w:val="fr-FR"/>
              </w:rPr>
              <w:t xml:space="preserve"> </w:t>
            </w:r>
            <w:proofErr w:type="spellStart"/>
            <w:r w:rsidRPr="00F146C8">
              <w:rPr>
                <w:b/>
                <w:color w:val="0D5F78"/>
                <w:lang w:val="fr-FR"/>
              </w:rPr>
              <w:t>baza</w:t>
            </w:r>
            <w:proofErr w:type="spellEnd"/>
            <w:r w:rsidRPr="00F146C8">
              <w:rPr>
                <w:b/>
                <w:color w:val="0D5F78"/>
                <w:lang w:val="fr-FR"/>
              </w:rPr>
              <w:t xml:space="preserve"> </w:t>
            </w:r>
            <w:proofErr w:type="spellStart"/>
            <w:r w:rsidRPr="00F146C8">
              <w:rPr>
                <w:b/>
                <w:color w:val="0D5F78"/>
                <w:lang w:val="fr-FR"/>
              </w:rPr>
              <w:t>Certificatului</w:t>
            </w:r>
            <w:proofErr w:type="spellEnd"/>
            <w:r w:rsidRPr="00F146C8">
              <w:rPr>
                <w:b/>
                <w:color w:val="0D5F78"/>
                <w:lang w:val="fr-FR"/>
              </w:rPr>
              <w:t xml:space="preserve"> de </w:t>
            </w:r>
            <w:proofErr w:type="spellStart"/>
            <w:r w:rsidRPr="00F146C8">
              <w:rPr>
                <w:b/>
                <w:color w:val="0D5F78"/>
                <w:lang w:val="fr-FR"/>
              </w:rPr>
              <w:t>urbanism</w:t>
            </w:r>
            <w:proofErr w:type="spellEnd"/>
            <w:r w:rsidRPr="00F146C8">
              <w:rPr>
                <w:b/>
                <w:color w:val="0D5F78"/>
                <w:lang w:val="fr-FR"/>
              </w:rPr>
              <w:t xml:space="preserve"> nr.</w:t>
            </w:r>
          </w:p>
          <w:p w14:paraId="587CA335" w14:textId="77777777" w:rsidR="00D06E85" w:rsidRPr="00F146C8" w:rsidRDefault="00D06E85">
            <w:pPr>
              <w:keepNext/>
              <w:rPr>
                <w:lang w:val="fr-FR"/>
              </w:rPr>
            </w:pPr>
          </w:p>
        </w:tc>
        <w:tc>
          <w:tcPr>
            <w:tcW w:w="2409" w:type="dxa"/>
            <w:gridSpan w:val="3"/>
          </w:tcPr>
          <w:p w14:paraId="408E0A2F" w14:textId="77777777" w:rsidR="00D06E85" w:rsidRDefault="00000000">
            <w:pPr>
              <w:keepNext/>
            </w:pPr>
            <w:r>
              <w:rPr>
                <w:b/>
                <w:color w:val="0D5F78"/>
              </w:rPr>
              <w:t>din data de</w:t>
            </w:r>
          </w:p>
          <w:p w14:paraId="2429966D" w14:textId="77777777" w:rsidR="00D06E85" w:rsidRDefault="00D06E85">
            <w:pPr>
              <w:keepNext/>
            </w:pPr>
          </w:p>
        </w:tc>
        <w:tc>
          <w:tcPr>
            <w:tcW w:w="4015" w:type="dxa"/>
            <w:gridSpan w:val="3"/>
          </w:tcPr>
          <w:p w14:paraId="6A7C95E8" w14:textId="77777777" w:rsidR="00D06E85" w:rsidRDefault="00000000">
            <w:pPr>
              <w:keepNext/>
            </w:pPr>
            <w:r>
              <w:rPr>
                <w:b/>
                <w:color w:val="0D5F78"/>
              </w:rPr>
              <w:t>emis de</w:t>
            </w:r>
          </w:p>
          <w:p w14:paraId="488FDBF8" w14:textId="77777777" w:rsidR="00D06E85" w:rsidRDefault="00D06E85">
            <w:pPr>
              <w:keepNext/>
            </w:pPr>
          </w:p>
        </w:tc>
      </w:tr>
      <w:tr w:rsidR="00D06E85" w14:paraId="14BF2781" w14:textId="77777777">
        <w:trPr>
          <w:cantSplit/>
        </w:trPr>
        <w:tc>
          <w:tcPr>
            <w:tcW w:w="9636" w:type="dxa"/>
            <w:gridSpan w:val="7"/>
            <w:shd w:val="clear" w:color="auto" w:fill="F4F4F4"/>
          </w:tcPr>
          <w:p w14:paraId="42AA27A1" w14:textId="77777777" w:rsidR="00D06E85" w:rsidRDefault="00000000">
            <w:pPr>
              <w:keepNext/>
            </w:pPr>
            <w:r>
              <w:rPr>
                <w:sz w:val="16"/>
              </w:rPr>
              <w:t xml:space="preserve"> având ca amplasament imobilul (teren și/sau construcții), situat în:</w:t>
            </w:r>
          </w:p>
        </w:tc>
      </w:tr>
      <w:tr w:rsidR="00D06E85" w14:paraId="28EC9FF0" w14:textId="77777777">
        <w:trPr>
          <w:cantSplit/>
          <w:trHeight w:val="510"/>
        </w:trPr>
        <w:tc>
          <w:tcPr>
            <w:tcW w:w="3212" w:type="dxa"/>
          </w:tcPr>
          <w:p w14:paraId="045B3571" w14:textId="77777777" w:rsidR="00D06E85" w:rsidRDefault="00000000">
            <w:pPr>
              <w:keepNext/>
            </w:pPr>
            <w:r>
              <w:rPr>
                <w:b/>
                <w:color w:val="0D5F78"/>
              </w:rPr>
              <w:t>Județul</w:t>
            </w:r>
          </w:p>
          <w:p w14:paraId="3A1DDEA8" w14:textId="77777777" w:rsidR="00D06E85" w:rsidRDefault="00D06E85">
            <w:pPr>
              <w:keepNext/>
            </w:pPr>
          </w:p>
        </w:tc>
        <w:tc>
          <w:tcPr>
            <w:tcW w:w="3212" w:type="dxa"/>
            <w:gridSpan w:val="4"/>
          </w:tcPr>
          <w:p w14:paraId="26F3AC1F" w14:textId="77777777" w:rsidR="00D06E85" w:rsidRDefault="00000000">
            <w:pPr>
              <w:keepNext/>
            </w:pPr>
            <w:r>
              <w:rPr>
                <w:b/>
                <w:color w:val="0D5F78"/>
              </w:rPr>
              <w:t>Municipiul / orașul / comuna</w:t>
            </w:r>
          </w:p>
          <w:p w14:paraId="6D1EF9F9" w14:textId="77777777" w:rsidR="00D06E85" w:rsidRDefault="00D06E85">
            <w:pPr>
              <w:keepNext/>
            </w:pPr>
          </w:p>
        </w:tc>
        <w:tc>
          <w:tcPr>
            <w:tcW w:w="3212" w:type="dxa"/>
            <w:gridSpan w:val="2"/>
          </w:tcPr>
          <w:p w14:paraId="5868C80E" w14:textId="77777777" w:rsidR="00D06E85" w:rsidRDefault="00000000">
            <w:pPr>
              <w:keepNext/>
            </w:pPr>
            <w:r>
              <w:rPr>
                <w:b/>
                <w:color w:val="0D5F78"/>
              </w:rPr>
              <w:t>Satul / sectorul</w:t>
            </w:r>
          </w:p>
          <w:p w14:paraId="46CFB201" w14:textId="77777777" w:rsidR="00D06E85" w:rsidRDefault="00D06E85">
            <w:pPr>
              <w:keepNext/>
            </w:pPr>
          </w:p>
        </w:tc>
      </w:tr>
      <w:tr w:rsidR="00D06E85" w14:paraId="4F5E562B" w14:textId="77777777">
        <w:trPr>
          <w:cantSplit/>
          <w:trHeight w:val="510"/>
        </w:trPr>
        <w:tc>
          <w:tcPr>
            <w:tcW w:w="3212" w:type="dxa"/>
          </w:tcPr>
          <w:p w14:paraId="18C09048" w14:textId="77777777" w:rsidR="00D06E85" w:rsidRDefault="00000000">
            <w:pPr>
              <w:keepNext/>
            </w:pPr>
            <w:r>
              <w:rPr>
                <w:b/>
                <w:color w:val="0D5F78"/>
              </w:rPr>
              <w:t>Strada</w:t>
            </w:r>
          </w:p>
          <w:p w14:paraId="2E6BE8AF" w14:textId="77777777" w:rsidR="00D06E85" w:rsidRDefault="00D06E85">
            <w:pPr>
              <w:keepNext/>
            </w:pPr>
          </w:p>
        </w:tc>
        <w:tc>
          <w:tcPr>
            <w:tcW w:w="803" w:type="dxa"/>
          </w:tcPr>
          <w:p w14:paraId="7CCA42D5" w14:textId="77777777" w:rsidR="00D06E85" w:rsidRDefault="00000000">
            <w:pPr>
              <w:keepNext/>
            </w:pPr>
            <w:r>
              <w:rPr>
                <w:b/>
                <w:color w:val="0D5F78"/>
              </w:rPr>
              <w:t>Nr.</w:t>
            </w:r>
          </w:p>
          <w:p w14:paraId="7672ED98" w14:textId="77777777" w:rsidR="00D06E85" w:rsidRDefault="00D06E85">
            <w:pPr>
              <w:keepNext/>
            </w:pPr>
          </w:p>
        </w:tc>
        <w:tc>
          <w:tcPr>
            <w:tcW w:w="803" w:type="dxa"/>
          </w:tcPr>
          <w:p w14:paraId="3211E91D" w14:textId="77777777" w:rsidR="00D06E85" w:rsidRDefault="00000000">
            <w:pPr>
              <w:keepNext/>
            </w:pPr>
            <w:r>
              <w:rPr>
                <w:b/>
                <w:color w:val="0D5F78"/>
              </w:rPr>
              <w:t>Sc.</w:t>
            </w:r>
          </w:p>
          <w:p w14:paraId="7428D1FA" w14:textId="77777777" w:rsidR="00D06E85" w:rsidRDefault="00D06E85">
            <w:pPr>
              <w:keepNext/>
            </w:pPr>
          </w:p>
        </w:tc>
        <w:tc>
          <w:tcPr>
            <w:tcW w:w="803" w:type="dxa"/>
          </w:tcPr>
          <w:p w14:paraId="5D0C58DB" w14:textId="77777777" w:rsidR="00D06E85" w:rsidRDefault="00000000">
            <w:pPr>
              <w:keepNext/>
            </w:pPr>
            <w:r>
              <w:rPr>
                <w:b/>
                <w:color w:val="0D5F78"/>
              </w:rPr>
              <w:t>Et.</w:t>
            </w:r>
          </w:p>
          <w:p w14:paraId="3DB9BF45" w14:textId="77777777" w:rsidR="00D06E85" w:rsidRDefault="00D06E85">
            <w:pPr>
              <w:keepNext/>
            </w:pPr>
          </w:p>
        </w:tc>
        <w:tc>
          <w:tcPr>
            <w:tcW w:w="803" w:type="dxa"/>
          </w:tcPr>
          <w:p w14:paraId="19EBA19F" w14:textId="77777777" w:rsidR="00D06E85" w:rsidRDefault="00000000">
            <w:pPr>
              <w:keepNext/>
            </w:pPr>
            <w:r>
              <w:rPr>
                <w:b/>
                <w:color w:val="0D5F78"/>
              </w:rPr>
              <w:t>Ap.</w:t>
            </w:r>
          </w:p>
          <w:p w14:paraId="7FA40548" w14:textId="77777777" w:rsidR="00D06E85" w:rsidRDefault="00D06E85">
            <w:pPr>
              <w:keepNext/>
            </w:pPr>
          </w:p>
        </w:tc>
        <w:tc>
          <w:tcPr>
            <w:tcW w:w="1606" w:type="dxa"/>
          </w:tcPr>
          <w:p w14:paraId="526BA805" w14:textId="77777777" w:rsidR="00D06E85" w:rsidRDefault="00000000">
            <w:pPr>
              <w:keepNext/>
            </w:pPr>
            <w:r>
              <w:rPr>
                <w:b/>
                <w:color w:val="0D5F78"/>
              </w:rPr>
              <w:t>Cod poștal</w:t>
            </w:r>
          </w:p>
          <w:p w14:paraId="0719B43E" w14:textId="77777777" w:rsidR="00D06E85" w:rsidRDefault="00D06E85">
            <w:pPr>
              <w:keepNext/>
            </w:pPr>
          </w:p>
        </w:tc>
        <w:tc>
          <w:tcPr>
            <w:tcW w:w="1606" w:type="dxa"/>
          </w:tcPr>
          <w:p w14:paraId="00245BA2" w14:textId="77777777" w:rsidR="00D06E85" w:rsidRDefault="00000000">
            <w:pPr>
              <w:keepNext/>
            </w:pPr>
            <w:r>
              <w:rPr>
                <w:b/>
                <w:color w:val="0D5F78"/>
              </w:rPr>
              <w:t>Țara</w:t>
            </w:r>
          </w:p>
          <w:p w14:paraId="0DDC16AB" w14:textId="77777777" w:rsidR="00D06E85" w:rsidRDefault="00D06E85">
            <w:pPr>
              <w:keepNext/>
            </w:pPr>
          </w:p>
        </w:tc>
      </w:tr>
      <w:tr w:rsidR="00D06E85" w14:paraId="710B7BC2" w14:textId="77777777">
        <w:trPr>
          <w:cantSplit/>
          <w:trHeight w:val="510"/>
        </w:trPr>
        <w:tc>
          <w:tcPr>
            <w:tcW w:w="4818" w:type="dxa"/>
            <w:gridSpan w:val="3"/>
          </w:tcPr>
          <w:p w14:paraId="711C92BB" w14:textId="77777777" w:rsidR="00D06E85" w:rsidRDefault="00000000">
            <w:r>
              <w:rPr>
                <w:b/>
                <w:color w:val="0D5F78"/>
              </w:rPr>
              <w:t>Cartea funciară nr.</w:t>
            </w:r>
          </w:p>
          <w:p w14:paraId="7035FD8D" w14:textId="77777777" w:rsidR="00D06E85" w:rsidRDefault="00D06E85"/>
        </w:tc>
        <w:tc>
          <w:tcPr>
            <w:tcW w:w="4818" w:type="dxa"/>
            <w:gridSpan w:val="4"/>
          </w:tcPr>
          <w:p w14:paraId="624D0088" w14:textId="77777777" w:rsidR="00D06E85" w:rsidRDefault="00000000">
            <w:r>
              <w:rPr>
                <w:b/>
                <w:color w:val="0D5F78"/>
              </w:rPr>
              <w:t>Nr. cadastral</w:t>
            </w:r>
          </w:p>
          <w:p w14:paraId="3F1A5A6A" w14:textId="77777777" w:rsidR="00D06E85" w:rsidRDefault="00D06E85"/>
        </w:tc>
      </w:tr>
    </w:tbl>
    <w:p w14:paraId="6097A6DA" w14:textId="77777777" w:rsidR="00D06E85" w:rsidRDefault="00D06E85">
      <w:pPr>
        <w:spacing w:line="168" w:lineRule="auto"/>
      </w:pPr>
    </w:p>
    <w:p w14:paraId="34E8F042" w14:textId="53479934" w:rsidR="00D06E85" w:rsidRDefault="00D06E85"/>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646C354C" w14:textId="77777777">
        <w:trPr>
          <w:cantSplit/>
        </w:trPr>
        <w:tc>
          <w:tcPr>
            <w:tcW w:w="9636" w:type="dxa"/>
            <w:shd w:val="clear" w:color="auto" w:fill="F4F4F4"/>
          </w:tcPr>
          <w:p w14:paraId="6755DF81" w14:textId="537513A9" w:rsidR="00D06E85" w:rsidRDefault="00000000">
            <w:pPr>
              <w:keepNext/>
            </w:pPr>
            <w:r>
              <w:rPr>
                <w:b/>
                <w:sz w:val="16"/>
              </w:rPr>
              <w:t xml:space="preserve"> 3. </w:t>
            </w:r>
            <w:r>
              <w:rPr>
                <w:b/>
                <w:color w:val="000000"/>
                <w:sz w:val="18"/>
              </w:rPr>
              <w:t>DECLAR</w:t>
            </w:r>
            <w:r w:rsidR="00F146C8">
              <w:rPr>
                <w:b/>
                <w:color w:val="000000"/>
                <w:sz w:val="18"/>
              </w:rPr>
              <w:t xml:space="preserve"> PE PROPRIE RĂSPUNDERE</w:t>
            </w:r>
          </w:p>
        </w:tc>
      </w:tr>
      <w:tr w:rsidR="00D06E85" w14:paraId="55F951F4" w14:textId="77777777">
        <w:trPr>
          <w:cantSplit/>
        </w:trPr>
        <w:tc>
          <w:tcPr>
            <w:tcW w:w="9636" w:type="dxa"/>
          </w:tcPr>
          <w:p w14:paraId="264591DB" w14:textId="77777777" w:rsidR="00D06E85" w:rsidRDefault="00000000">
            <w:pPr>
              <w:keepNext/>
              <w:spacing w:line="228" w:lineRule="auto"/>
            </w:pPr>
            <w:r>
              <w:rPr>
                <w:i/>
                <w:sz w:val="17"/>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B23FEC" w14:paraId="5350B05D" w14:textId="77777777">
        <w:trPr>
          <w:cantSplit/>
        </w:trPr>
        <w:tc>
          <w:tcPr>
            <w:tcW w:w="9636" w:type="dxa"/>
          </w:tcPr>
          <w:p w14:paraId="58C9DDD9" w14:textId="77777777" w:rsidR="00D06E85" w:rsidRPr="00F146C8" w:rsidRDefault="00000000">
            <w:pPr>
              <w:keepNext/>
              <w:rPr>
                <w:lang w:val="fr-FR"/>
              </w:rPr>
            </w:pPr>
            <w:r>
              <w:rPr>
                <w:sz w:val="16"/>
              </w:rPr>
              <w:t xml:space="preserve"> </w:t>
            </w:r>
            <w:r w:rsidRPr="00F146C8">
              <w:rPr>
                <w:sz w:val="16"/>
                <w:lang w:val="fr-FR"/>
              </w:rPr>
              <w:t xml:space="preserve">☐ </w:t>
            </w:r>
            <w:proofErr w:type="spellStart"/>
            <w:r w:rsidRPr="00F146C8">
              <w:rPr>
                <w:sz w:val="16"/>
                <w:lang w:val="fr-FR"/>
              </w:rPr>
              <w:t>nicio</w:t>
            </w:r>
            <w:proofErr w:type="spellEnd"/>
            <w:r w:rsidRPr="00F146C8">
              <w:rPr>
                <w:sz w:val="16"/>
                <w:lang w:val="fr-FR"/>
              </w:rPr>
              <w:t xml:space="preserve"> </w:t>
            </w:r>
            <w:proofErr w:type="spellStart"/>
            <w:r w:rsidRPr="00F146C8">
              <w:rPr>
                <w:sz w:val="16"/>
                <w:lang w:val="fr-FR"/>
              </w:rPr>
              <w:t>solicitare</w:t>
            </w:r>
            <w:proofErr w:type="spellEnd"/>
            <w:r w:rsidRPr="00F146C8">
              <w:rPr>
                <w:sz w:val="16"/>
                <w:lang w:val="fr-FR"/>
              </w:rPr>
              <w:t xml:space="preserve"> de </w:t>
            </w:r>
            <w:proofErr w:type="spellStart"/>
            <w:r w:rsidRPr="00F146C8">
              <w:rPr>
                <w:sz w:val="16"/>
                <w:lang w:val="fr-FR"/>
              </w:rPr>
              <w:t>clarificare</w:t>
            </w:r>
            <w:proofErr w:type="spellEnd"/>
            <w:r w:rsidRPr="00F146C8">
              <w:rPr>
                <w:sz w:val="16"/>
                <w:lang w:val="fr-FR"/>
              </w:rPr>
              <w:t xml:space="preserve">, </w:t>
            </w:r>
            <w:proofErr w:type="spellStart"/>
            <w:r w:rsidRPr="00F146C8">
              <w:rPr>
                <w:sz w:val="16"/>
                <w:lang w:val="fr-FR"/>
              </w:rPr>
              <w:t>completare</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modificare</w:t>
            </w:r>
            <w:proofErr w:type="spellEnd"/>
          </w:p>
        </w:tc>
      </w:tr>
      <w:tr w:rsidR="00D06E85" w:rsidRPr="00B23FEC" w14:paraId="392E2A3D" w14:textId="77777777">
        <w:trPr>
          <w:cantSplit/>
        </w:trPr>
        <w:tc>
          <w:tcPr>
            <w:tcW w:w="9636" w:type="dxa"/>
          </w:tcPr>
          <w:p w14:paraId="598AB427" w14:textId="77777777" w:rsidR="00D06E85" w:rsidRPr="00F146C8" w:rsidRDefault="00000000">
            <w:pPr>
              <w:keepNext/>
              <w:rPr>
                <w:lang w:val="fr-FR"/>
              </w:rPr>
            </w:pPr>
            <w:r w:rsidRPr="00F146C8">
              <w:rPr>
                <w:sz w:val="16"/>
                <w:lang w:val="fr-FR"/>
              </w:rPr>
              <w:t xml:space="preserve"> ☐ </w:t>
            </w:r>
            <w:proofErr w:type="spellStart"/>
            <w:r w:rsidRPr="00F146C8">
              <w:rPr>
                <w:sz w:val="16"/>
                <w:lang w:val="fr-FR"/>
              </w:rPr>
              <w:t>niciun</w:t>
            </w:r>
            <w:proofErr w:type="spellEnd"/>
            <w:r w:rsidRPr="00F146C8">
              <w:rPr>
                <w:sz w:val="16"/>
                <w:lang w:val="fr-FR"/>
              </w:rPr>
              <w:t xml:space="preserve"> </w:t>
            </w:r>
            <w:proofErr w:type="spellStart"/>
            <w:r w:rsidRPr="00F146C8">
              <w:rPr>
                <w:sz w:val="16"/>
                <w:lang w:val="fr-FR"/>
              </w:rPr>
              <w:t>aviz</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acord</w:t>
            </w:r>
            <w:proofErr w:type="spellEnd"/>
            <w:r w:rsidRPr="00F146C8">
              <w:rPr>
                <w:sz w:val="16"/>
                <w:lang w:val="fr-FR"/>
              </w:rPr>
              <w:t xml:space="preserve"> </w:t>
            </w:r>
            <w:proofErr w:type="spellStart"/>
            <w:r w:rsidRPr="00F146C8">
              <w:rPr>
                <w:sz w:val="16"/>
                <w:lang w:val="fr-FR"/>
              </w:rPr>
              <w:t>cu</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fără</w:t>
            </w:r>
            <w:proofErr w:type="spellEnd"/>
            <w:r w:rsidRPr="00F146C8">
              <w:rPr>
                <w:sz w:val="16"/>
                <w:lang w:val="fr-FR"/>
              </w:rPr>
              <w:t xml:space="preserve"> </w:t>
            </w:r>
            <w:proofErr w:type="spellStart"/>
            <w:r w:rsidRPr="00F146C8">
              <w:rPr>
                <w:sz w:val="16"/>
                <w:lang w:val="fr-FR"/>
              </w:rPr>
              <w:t>condiții</w:t>
            </w:r>
            <w:proofErr w:type="spellEnd"/>
          </w:p>
        </w:tc>
      </w:tr>
      <w:tr w:rsidR="00D06E85" w14:paraId="0504FCED" w14:textId="77777777">
        <w:trPr>
          <w:cantSplit/>
        </w:trPr>
        <w:tc>
          <w:tcPr>
            <w:tcW w:w="9636" w:type="dxa"/>
          </w:tcPr>
          <w:p w14:paraId="3B17397B" w14:textId="77777777" w:rsidR="00D06E85" w:rsidRDefault="00000000">
            <w:pPr>
              <w:keepNext/>
            </w:pPr>
            <w:r w:rsidRPr="00F146C8">
              <w:rPr>
                <w:sz w:val="16"/>
                <w:lang w:val="fr-FR"/>
              </w:rPr>
              <w:t xml:space="preserve"> </w:t>
            </w:r>
            <w:r>
              <w:rPr>
                <w:sz w:val="16"/>
              </w:rPr>
              <w:t xml:space="preserve">☐ </w:t>
            </w:r>
            <w:proofErr w:type="spellStart"/>
            <w:r>
              <w:rPr>
                <w:sz w:val="16"/>
              </w:rPr>
              <w:t>nicio</w:t>
            </w:r>
            <w:proofErr w:type="spellEnd"/>
            <w:r>
              <w:rPr>
                <w:sz w:val="16"/>
              </w:rPr>
              <w:t xml:space="preserve"> </w:t>
            </w:r>
            <w:proofErr w:type="spellStart"/>
            <w:r>
              <w:rPr>
                <w:sz w:val="16"/>
              </w:rPr>
              <w:t>adresă</w:t>
            </w:r>
            <w:proofErr w:type="spellEnd"/>
            <w:r>
              <w:rPr>
                <w:sz w:val="16"/>
              </w:rPr>
              <w:t xml:space="preserve"> de </w:t>
            </w:r>
            <w:proofErr w:type="spellStart"/>
            <w:r>
              <w:rPr>
                <w:sz w:val="16"/>
              </w:rPr>
              <w:t>respingere</w:t>
            </w:r>
            <w:proofErr w:type="spellEnd"/>
          </w:p>
        </w:tc>
      </w:tr>
      <w:tr w:rsidR="00D06E85" w:rsidRPr="00B23FEC" w14:paraId="48B239F6" w14:textId="77777777">
        <w:trPr>
          <w:cantSplit/>
        </w:trPr>
        <w:tc>
          <w:tcPr>
            <w:tcW w:w="9636" w:type="dxa"/>
            <w:shd w:val="clear" w:color="auto" w:fill="F4F4F4"/>
          </w:tcPr>
          <w:p w14:paraId="2B67D063" w14:textId="77777777" w:rsidR="00D06E85" w:rsidRPr="00F146C8" w:rsidRDefault="00000000">
            <w:pPr>
              <w:spacing w:line="228" w:lineRule="auto"/>
              <w:rPr>
                <w:lang w:val="fr-FR"/>
              </w:rPr>
            </w:pPr>
            <w:proofErr w:type="spellStart"/>
            <w:r w:rsidRPr="00F146C8">
              <w:rPr>
                <w:lang w:val="fr-FR"/>
              </w:rPr>
              <w:t>Anexez</w:t>
            </w:r>
            <w:proofErr w:type="spellEnd"/>
            <w:r w:rsidRPr="00F146C8">
              <w:rPr>
                <w:lang w:val="fr-FR"/>
              </w:rPr>
              <w:t xml:space="preserve"> documente </w:t>
            </w:r>
            <w:proofErr w:type="spellStart"/>
            <w:r w:rsidRPr="00F146C8">
              <w:rPr>
                <w:lang w:val="fr-FR"/>
              </w:rPr>
              <w:t>doveditoare</w:t>
            </w:r>
            <w:proofErr w:type="spellEnd"/>
            <w:r w:rsidRPr="00F146C8">
              <w:rPr>
                <w:lang w:val="fr-FR"/>
              </w:rPr>
              <w:t xml:space="preserve"> </w:t>
            </w:r>
            <w:proofErr w:type="spellStart"/>
            <w:r w:rsidRPr="00F146C8">
              <w:rPr>
                <w:lang w:val="fr-FR"/>
              </w:rPr>
              <w:t>pentru</w:t>
            </w:r>
            <w:proofErr w:type="spellEnd"/>
            <w:r w:rsidRPr="00F146C8">
              <w:rPr>
                <w:lang w:val="fr-FR"/>
              </w:rPr>
              <w:t xml:space="preserve"> </w:t>
            </w:r>
            <w:proofErr w:type="spellStart"/>
            <w:r w:rsidRPr="00F146C8">
              <w:rPr>
                <w:lang w:val="fr-FR"/>
              </w:rPr>
              <w:t>fiecare</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solicitat</w:t>
            </w:r>
            <w:proofErr w:type="spellEnd"/>
            <w:r w:rsidRPr="00F146C8">
              <w:rPr>
                <w:lang w:val="fr-FR"/>
              </w:rPr>
              <w:t xml:space="preserve"> </w:t>
            </w:r>
            <w:proofErr w:type="spellStart"/>
            <w:r w:rsidRPr="00F146C8">
              <w:rPr>
                <w:lang w:val="fr-FR"/>
              </w:rPr>
              <w:t>pentru</w:t>
            </w:r>
            <w:proofErr w:type="spellEnd"/>
            <w:r w:rsidRPr="00F146C8">
              <w:rPr>
                <w:lang w:val="fr-FR"/>
              </w:rPr>
              <w:t xml:space="preserve"> care </w:t>
            </w:r>
            <w:proofErr w:type="spellStart"/>
            <w:r w:rsidRPr="00F146C8">
              <w:rPr>
                <w:lang w:val="fr-FR"/>
              </w:rPr>
              <w:t>în</w:t>
            </w:r>
            <w:proofErr w:type="spellEnd"/>
            <w:r w:rsidRPr="00F146C8">
              <w:rPr>
                <w:lang w:val="fr-FR"/>
              </w:rPr>
              <w:t xml:space="preserve"> </w:t>
            </w:r>
            <w:proofErr w:type="spellStart"/>
            <w:r w:rsidRPr="00F146C8">
              <w:rPr>
                <w:lang w:val="fr-FR"/>
              </w:rPr>
              <w:t>termenul</w:t>
            </w:r>
            <w:proofErr w:type="spellEnd"/>
            <w:r w:rsidRPr="00F146C8">
              <w:rPr>
                <w:lang w:val="fr-FR"/>
              </w:rPr>
              <w:t xml:space="preserve"> </w:t>
            </w:r>
            <w:proofErr w:type="spellStart"/>
            <w:r w:rsidRPr="00F146C8">
              <w:rPr>
                <w:lang w:val="fr-FR"/>
              </w:rPr>
              <w:t>legal</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primită</w:t>
            </w:r>
            <w:proofErr w:type="spellEnd"/>
            <w:r w:rsidRPr="00F146C8">
              <w:rPr>
                <w:lang w:val="fr-FR"/>
              </w:rPr>
              <w:t xml:space="preserve"> </w:t>
            </w:r>
            <w:proofErr w:type="spellStart"/>
            <w:r w:rsidRPr="00F146C8">
              <w:rPr>
                <w:lang w:val="fr-FR"/>
              </w:rPr>
              <w:t>solicitarea</w:t>
            </w:r>
            <w:proofErr w:type="spellEnd"/>
            <w:r w:rsidRPr="00F146C8">
              <w:rPr>
                <w:lang w:val="fr-FR"/>
              </w:rPr>
              <w:t xml:space="preserve"> de </w:t>
            </w:r>
            <w:proofErr w:type="spellStart"/>
            <w:r w:rsidRPr="00F146C8">
              <w:rPr>
                <w:lang w:val="fr-FR"/>
              </w:rPr>
              <w:t>clarificare</w:t>
            </w:r>
            <w:proofErr w:type="spellEnd"/>
            <w:r w:rsidRPr="00F146C8">
              <w:rPr>
                <w:lang w:val="fr-FR"/>
              </w:rPr>
              <w:t xml:space="preserve">, </w:t>
            </w:r>
            <w:proofErr w:type="spellStart"/>
            <w:r w:rsidRPr="00F146C8">
              <w:rPr>
                <w:lang w:val="fr-FR"/>
              </w:rPr>
              <w:t>completare</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modificare</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cu</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fără</w:t>
            </w:r>
            <w:proofErr w:type="spellEnd"/>
            <w:r w:rsidRPr="00F146C8">
              <w:rPr>
                <w:lang w:val="fr-FR"/>
              </w:rPr>
              <w:t xml:space="preserve"> </w:t>
            </w:r>
            <w:proofErr w:type="spellStart"/>
            <w:r w:rsidRPr="00F146C8">
              <w:rPr>
                <w:lang w:val="fr-FR"/>
              </w:rPr>
              <w:t>condiții</w:t>
            </w:r>
            <w:proofErr w:type="spellEnd"/>
            <w:r w:rsidRPr="00F146C8">
              <w:rPr>
                <w:lang w:val="fr-FR"/>
              </w:rPr>
              <w:t xml:space="preserve"> </w:t>
            </w:r>
            <w:proofErr w:type="spellStart"/>
            <w:r w:rsidRPr="00F146C8">
              <w:rPr>
                <w:lang w:val="fr-FR"/>
              </w:rPr>
              <w:t>ori</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eliberată</w:t>
            </w:r>
            <w:proofErr w:type="spellEnd"/>
            <w:r w:rsidRPr="00F146C8">
              <w:rPr>
                <w:lang w:val="fr-FR"/>
              </w:rPr>
              <w:t xml:space="preserve"> </w:t>
            </w:r>
            <w:proofErr w:type="spellStart"/>
            <w:r w:rsidRPr="00F146C8">
              <w:rPr>
                <w:lang w:val="fr-FR"/>
              </w:rPr>
              <w:t>adresa</w:t>
            </w:r>
            <w:proofErr w:type="spellEnd"/>
            <w:r w:rsidRPr="00F146C8">
              <w:rPr>
                <w:lang w:val="fr-FR"/>
              </w:rPr>
              <w:t xml:space="preserve"> de </w:t>
            </w:r>
            <w:proofErr w:type="spellStart"/>
            <w:r w:rsidRPr="00F146C8">
              <w:rPr>
                <w:lang w:val="fr-FR"/>
              </w:rPr>
              <w:t>respingere</w:t>
            </w:r>
            <w:proofErr w:type="spellEnd"/>
            <w:r w:rsidRPr="00F146C8">
              <w:rPr>
                <w:lang w:val="fr-FR"/>
              </w:rPr>
              <w:t xml:space="preserve">, </w:t>
            </w:r>
            <w:proofErr w:type="spellStart"/>
            <w:r w:rsidRPr="00F146C8">
              <w:rPr>
                <w:lang w:val="fr-FR"/>
              </w:rPr>
              <w:t>după</w:t>
            </w:r>
            <w:proofErr w:type="spellEnd"/>
            <w:r w:rsidRPr="00F146C8">
              <w:rPr>
                <w:lang w:val="fr-FR"/>
              </w:rPr>
              <w:t xml:space="preserve"> </w:t>
            </w:r>
            <w:proofErr w:type="spellStart"/>
            <w:r w:rsidRPr="00F146C8">
              <w:rPr>
                <w:lang w:val="fr-FR"/>
              </w:rPr>
              <w:t>caz</w:t>
            </w:r>
            <w:proofErr w:type="spellEnd"/>
            <w:r w:rsidRPr="00F146C8">
              <w:rPr>
                <w:lang w:val="fr-FR"/>
              </w:rPr>
              <w:t xml:space="preserve">, </w:t>
            </w:r>
            <w:proofErr w:type="spellStart"/>
            <w:r w:rsidRPr="00F146C8">
              <w:rPr>
                <w:lang w:val="fr-FR"/>
              </w:rPr>
              <w:t>respectiv</w:t>
            </w:r>
            <w:proofErr w:type="spellEnd"/>
            <w:r w:rsidRPr="00F146C8">
              <w:rPr>
                <w:lang w:val="fr-FR"/>
              </w:rPr>
              <w:t xml:space="preserve"> </w:t>
            </w:r>
            <w:proofErr w:type="spellStart"/>
            <w:proofErr w:type="gramStart"/>
            <w:r w:rsidRPr="00F146C8">
              <w:rPr>
                <w:lang w:val="fr-FR"/>
              </w:rPr>
              <w:t>pentru</w:t>
            </w:r>
            <w:proofErr w:type="spellEnd"/>
            <w:r w:rsidRPr="00F146C8">
              <w:rPr>
                <w:lang w:val="fr-FR"/>
              </w:rPr>
              <w:t>:</w:t>
            </w:r>
            <w:proofErr w:type="gramEnd"/>
          </w:p>
        </w:tc>
      </w:tr>
    </w:tbl>
    <w:p w14:paraId="78665D98" w14:textId="77777777" w:rsidR="00D06E85" w:rsidRPr="00F146C8" w:rsidRDefault="00D06E8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14:paraId="410AFAE2" w14:textId="77777777">
        <w:trPr>
          <w:cantSplit/>
        </w:trPr>
        <w:tc>
          <w:tcPr>
            <w:tcW w:w="9636" w:type="dxa"/>
            <w:gridSpan w:val="6"/>
            <w:shd w:val="clear" w:color="auto" w:fill="F4F4F4"/>
          </w:tcPr>
          <w:p w14:paraId="0A217826" w14:textId="77777777" w:rsidR="00D06E85" w:rsidRDefault="00000000">
            <w:pPr>
              <w:keepNext/>
            </w:pPr>
            <w:r w:rsidRPr="00F146C8">
              <w:rPr>
                <w:b/>
                <w:sz w:val="16"/>
                <w:lang w:val="fr-FR"/>
              </w:rPr>
              <w:lastRenderedPageBreak/>
              <w:t xml:space="preserve"> </w:t>
            </w:r>
            <w:r>
              <w:rPr>
                <w:b/>
                <w:sz w:val="16"/>
              </w:rPr>
              <w:t xml:space="preserve">4. </w:t>
            </w:r>
            <w:r>
              <w:rPr>
                <w:b/>
                <w:color w:val="000000"/>
                <w:sz w:val="18"/>
              </w:rPr>
              <w:t>AVIZELE / ACORDURILE PENTRU CARE SE INVOCĂ APROBAREA TACITĂ</w:t>
            </w:r>
          </w:p>
        </w:tc>
      </w:tr>
      <w:tr w:rsidR="00D06E85" w14:paraId="541D569E" w14:textId="77777777">
        <w:trPr>
          <w:cantSplit/>
          <w:trHeight w:val="510"/>
        </w:trPr>
        <w:tc>
          <w:tcPr>
            <w:tcW w:w="803" w:type="dxa"/>
          </w:tcPr>
          <w:p w14:paraId="5D4788F7" w14:textId="77777777" w:rsidR="00D06E85" w:rsidRDefault="00000000">
            <w:pPr>
              <w:keepNext/>
            </w:pPr>
            <w:r>
              <w:rPr>
                <w:b/>
                <w:color w:val="0D5F78"/>
              </w:rPr>
              <w:t>Nr. crt.</w:t>
            </w:r>
          </w:p>
          <w:p w14:paraId="1C5E55E8" w14:textId="77777777" w:rsidR="00D06E85" w:rsidRDefault="00D06E85">
            <w:pPr>
              <w:keepNext/>
            </w:pPr>
          </w:p>
        </w:tc>
        <w:tc>
          <w:tcPr>
            <w:tcW w:w="1606" w:type="dxa"/>
          </w:tcPr>
          <w:p w14:paraId="6A126784" w14:textId="77777777" w:rsidR="00D06E85" w:rsidRDefault="00000000">
            <w:pPr>
              <w:keepNext/>
            </w:pPr>
            <w:r>
              <w:rPr>
                <w:b/>
                <w:color w:val="0D5F78"/>
              </w:rPr>
              <w:t>Avizul / acordul solicitat</w:t>
            </w:r>
          </w:p>
          <w:p w14:paraId="5F1A22AB" w14:textId="77777777" w:rsidR="00D06E85" w:rsidRDefault="00D06E85">
            <w:pPr>
              <w:keepNext/>
            </w:pPr>
          </w:p>
        </w:tc>
        <w:tc>
          <w:tcPr>
            <w:tcW w:w="2409" w:type="dxa"/>
          </w:tcPr>
          <w:p w14:paraId="08B0F3A9" w14:textId="77777777" w:rsidR="00D06E85" w:rsidRPr="00F146C8" w:rsidRDefault="00000000">
            <w:pPr>
              <w:keepNext/>
              <w:rPr>
                <w:lang w:val="fr-FR"/>
              </w:rPr>
            </w:pPr>
            <w:proofErr w:type="spellStart"/>
            <w:r w:rsidRPr="00F146C8">
              <w:rPr>
                <w:b/>
                <w:color w:val="0D5F78"/>
                <w:lang w:val="fr-FR"/>
              </w:rPr>
              <w:t>Instituția</w:t>
            </w:r>
            <w:proofErr w:type="spellEnd"/>
            <w:r w:rsidRPr="00F146C8">
              <w:rPr>
                <w:b/>
                <w:color w:val="0D5F78"/>
                <w:lang w:val="fr-FR"/>
              </w:rPr>
              <w:t xml:space="preserve"> / </w:t>
            </w:r>
            <w:proofErr w:type="spellStart"/>
            <w:r w:rsidRPr="00F146C8">
              <w:rPr>
                <w:b/>
                <w:color w:val="0D5F78"/>
                <w:lang w:val="fr-FR"/>
              </w:rPr>
              <w:t>entitatea</w:t>
            </w:r>
            <w:proofErr w:type="spellEnd"/>
            <w:r w:rsidRPr="00F146C8">
              <w:rPr>
                <w:b/>
                <w:color w:val="0D5F78"/>
                <w:lang w:val="fr-FR"/>
              </w:rPr>
              <w:t xml:space="preserve"> de la care s-a </w:t>
            </w:r>
            <w:proofErr w:type="spellStart"/>
            <w:r w:rsidRPr="00F146C8">
              <w:rPr>
                <w:b/>
                <w:color w:val="0D5F78"/>
                <w:lang w:val="fr-FR"/>
              </w:rPr>
              <w:t>solicitat</w:t>
            </w:r>
            <w:proofErr w:type="spellEnd"/>
          </w:p>
          <w:p w14:paraId="07803F57" w14:textId="77777777" w:rsidR="00D06E85" w:rsidRPr="00F146C8" w:rsidRDefault="00D06E85">
            <w:pPr>
              <w:keepNext/>
              <w:rPr>
                <w:lang w:val="fr-FR"/>
              </w:rPr>
            </w:pPr>
          </w:p>
        </w:tc>
        <w:tc>
          <w:tcPr>
            <w:tcW w:w="1606" w:type="dxa"/>
          </w:tcPr>
          <w:p w14:paraId="5E0A8EC5" w14:textId="77777777" w:rsidR="00D06E85" w:rsidRDefault="00000000">
            <w:pPr>
              <w:keepNext/>
            </w:pPr>
            <w:proofErr w:type="spellStart"/>
            <w:r>
              <w:rPr>
                <w:b/>
                <w:color w:val="0D5F78"/>
              </w:rPr>
              <w:t>Dată</w:t>
            </w:r>
            <w:proofErr w:type="spellEnd"/>
            <w:r>
              <w:rPr>
                <w:b/>
                <w:color w:val="0D5F78"/>
              </w:rPr>
              <w:t xml:space="preserve"> </w:t>
            </w:r>
            <w:proofErr w:type="spellStart"/>
            <w:r>
              <w:rPr>
                <w:b/>
                <w:color w:val="0D5F78"/>
              </w:rPr>
              <w:t>și</w:t>
            </w:r>
            <w:proofErr w:type="spellEnd"/>
            <w:r>
              <w:rPr>
                <w:b/>
                <w:color w:val="0D5F78"/>
              </w:rPr>
              <w:t xml:space="preserve"> nr. înregistrare solicitare</w:t>
            </w:r>
          </w:p>
          <w:p w14:paraId="5614152D" w14:textId="77777777" w:rsidR="00D06E85" w:rsidRDefault="00D06E85">
            <w:pPr>
              <w:keepNext/>
            </w:pPr>
          </w:p>
        </w:tc>
        <w:tc>
          <w:tcPr>
            <w:tcW w:w="1606" w:type="dxa"/>
          </w:tcPr>
          <w:p w14:paraId="5B7D319E" w14:textId="77777777" w:rsidR="00D06E85" w:rsidRPr="00F146C8" w:rsidRDefault="00000000">
            <w:pPr>
              <w:keepNext/>
              <w:rPr>
                <w:lang w:val="fr-FR"/>
              </w:rPr>
            </w:pPr>
            <w:proofErr w:type="spellStart"/>
            <w:r w:rsidRPr="00F146C8">
              <w:rPr>
                <w:b/>
                <w:color w:val="0D5F78"/>
                <w:lang w:val="fr-FR"/>
              </w:rPr>
              <w:t>Dată</w:t>
            </w:r>
            <w:proofErr w:type="spellEnd"/>
            <w:r w:rsidRPr="00F146C8">
              <w:rPr>
                <w:b/>
                <w:color w:val="0D5F78"/>
                <w:lang w:val="fr-FR"/>
              </w:rPr>
              <w:t xml:space="preserve"> </w:t>
            </w:r>
            <w:proofErr w:type="spellStart"/>
            <w:r w:rsidRPr="00F146C8">
              <w:rPr>
                <w:b/>
                <w:color w:val="0D5F78"/>
                <w:lang w:val="fr-FR"/>
              </w:rPr>
              <w:t>și</w:t>
            </w:r>
            <w:proofErr w:type="spellEnd"/>
            <w:r w:rsidRPr="00F146C8">
              <w:rPr>
                <w:b/>
                <w:color w:val="0D5F78"/>
                <w:lang w:val="fr-FR"/>
              </w:rPr>
              <w:t xml:space="preserve"> nr. </w:t>
            </w:r>
            <w:proofErr w:type="spellStart"/>
            <w:proofErr w:type="gramStart"/>
            <w:r w:rsidRPr="00F146C8">
              <w:rPr>
                <w:b/>
                <w:color w:val="0D5F78"/>
                <w:lang w:val="fr-FR"/>
              </w:rPr>
              <w:t>depunere</w:t>
            </w:r>
            <w:proofErr w:type="spellEnd"/>
            <w:proofErr w:type="gramEnd"/>
            <w:r w:rsidRPr="00F146C8">
              <w:rPr>
                <w:b/>
                <w:color w:val="0D5F78"/>
                <w:lang w:val="fr-FR"/>
              </w:rPr>
              <w:t xml:space="preserve"> </w:t>
            </w:r>
            <w:proofErr w:type="spellStart"/>
            <w:r w:rsidRPr="00F146C8">
              <w:rPr>
                <w:b/>
                <w:color w:val="0D5F78"/>
                <w:lang w:val="fr-FR"/>
              </w:rPr>
              <w:t>răspuns</w:t>
            </w:r>
            <w:proofErr w:type="spellEnd"/>
            <w:r w:rsidRPr="00F146C8">
              <w:rPr>
                <w:b/>
                <w:color w:val="0D5F78"/>
                <w:lang w:val="fr-FR"/>
              </w:rPr>
              <w:t xml:space="preserve"> la </w:t>
            </w:r>
            <w:proofErr w:type="spellStart"/>
            <w:r w:rsidRPr="00F146C8">
              <w:rPr>
                <w:b/>
                <w:color w:val="0D5F78"/>
                <w:lang w:val="fr-FR"/>
              </w:rPr>
              <w:t>clarificări</w:t>
            </w:r>
            <w:proofErr w:type="spellEnd"/>
          </w:p>
          <w:p w14:paraId="6CE5652B" w14:textId="77777777" w:rsidR="00D06E85" w:rsidRPr="00F146C8" w:rsidRDefault="00D06E85">
            <w:pPr>
              <w:keepNext/>
              <w:rPr>
                <w:lang w:val="fr-FR"/>
              </w:rPr>
            </w:pPr>
          </w:p>
        </w:tc>
        <w:tc>
          <w:tcPr>
            <w:tcW w:w="1606" w:type="dxa"/>
          </w:tcPr>
          <w:p w14:paraId="37671C9B" w14:textId="77777777" w:rsidR="00D06E85" w:rsidRDefault="00000000">
            <w:pPr>
              <w:keepNext/>
            </w:pPr>
            <w:r>
              <w:rPr>
                <w:b/>
                <w:color w:val="0D5F78"/>
              </w:rPr>
              <w:t xml:space="preserve">Data </w:t>
            </w:r>
            <w:proofErr w:type="spellStart"/>
            <w:r>
              <w:rPr>
                <w:b/>
                <w:color w:val="0D5F78"/>
              </w:rPr>
              <w:t>împlinirii</w:t>
            </w:r>
            <w:proofErr w:type="spellEnd"/>
            <w:r>
              <w:rPr>
                <w:b/>
                <w:color w:val="0D5F78"/>
              </w:rPr>
              <w:t xml:space="preserve"> </w:t>
            </w:r>
            <w:proofErr w:type="spellStart"/>
            <w:r>
              <w:rPr>
                <w:b/>
                <w:color w:val="0D5F78"/>
              </w:rPr>
              <w:t>termenului</w:t>
            </w:r>
            <w:proofErr w:type="spellEnd"/>
          </w:p>
          <w:p w14:paraId="09C13510" w14:textId="77777777" w:rsidR="00D06E85" w:rsidRDefault="00D06E85">
            <w:pPr>
              <w:keepNext/>
            </w:pPr>
          </w:p>
        </w:tc>
      </w:tr>
      <w:tr w:rsidR="00D06E85" w14:paraId="48A100DF" w14:textId="77777777">
        <w:trPr>
          <w:cantSplit/>
          <w:trHeight w:val="510"/>
        </w:trPr>
        <w:tc>
          <w:tcPr>
            <w:tcW w:w="803" w:type="dxa"/>
          </w:tcPr>
          <w:p w14:paraId="0490C0E5" w14:textId="77777777" w:rsidR="00D06E85" w:rsidRDefault="00D06E85">
            <w:pPr>
              <w:keepNext/>
            </w:pPr>
          </w:p>
          <w:p w14:paraId="4044CE55" w14:textId="77777777" w:rsidR="00D06E85" w:rsidRDefault="00000000">
            <w:pPr>
              <w:keepNext/>
            </w:pPr>
            <w:r>
              <w:rPr>
                <w:sz w:val="18"/>
              </w:rPr>
              <w:t>1</w:t>
            </w:r>
          </w:p>
        </w:tc>
        <w:tc>
          <w:tcPr>
            <w:tcW w:w="1606" w:type="dxa"/>
          </w:tcPr>
          <w:p w14:paraId="2AAC751D" w14:textId="77777777" w:rsidR="00D06E85" w:rsidRDefault="00D06E85">
            <w:pPr>
              <w:keepNext/>
            </w:pPr>
          </w:p>
        </w:tc>
        <w:tc>
          <w:tcPr>
            <w:tcW w:w="2409" w:type="dxa"/>
          </w:tcPr>
          <w:p w14:paraId="35159208" w14:textId="77777777" w:rsidR="00D06E85" w:rsidRDefault="00D06E85">
            <w:pPr>
              <w:keepNext/>
            </w:pPr>
          </w:p>
        </w:tc>
        <w:tc>
          <w:tcPr>
            <w:tcW w:w="1606" w:type="dxa"/>
          </w:tcPr>
          <w:p w14:paraId="1790151A" w14:textId="77777777" w:rsidR="00D06E85" w:rsidRDefault="00D06E85">
            <w:pPr>
              <w:keepNext/>
            </w:pPr>
          </w:p>
        </w:tc>
        <w:tc>
          <w:tcPr>
            <w:tcW w:w="1606" w:type="dxa"/>
          </w:tcPr>
          <w:p w14:paraId="0D8631E8" w14:textId="77777777" w:rsidR="00D06E85" w:rsidRDefault="00D06E85">
            <w:pPr>
              <w:keepNext/>
            </w:pPr>
          </w:p>
        </w:tc>
        <w:tc>
          <w:tcPr>
            <w:tcW w:w="1606" w:type="dxa"/>
          </w:tcPr>
          <w:p w14:paraId="7035523E" w14:textId="77777777" w:rsidR="00D06E85" w:rsidRDefault="00D06E85">
            <w:pPr>
              <w:keepNext/>
            </w:pPr>
          </w:p>
        </w:tc>
      </w:tr>
      <w:tr w:rsidR="00D06E85" w14:paraId="1D7536D3" w14:textId="77777777">
        <w:trPr>
          <w:cantSplit/>
          <w:trHeight w:val="510"/>
        </w:trPr>
        <w:tc>
          <w:tcPr>
            <w:tcW w:w="803" w:type="dxa"/>
          </w:tcPr>
          <w:p w14:paraId="63AB37A9" w14:textId="77777777" w:rsidR="00D06E85" w:rsidRDefault="00D06E85">
            <w:pPr>
              <w:keepNext/>
            </w:pPr>
          </w:p>
          <w:p w14:paraId="3A8347A1" w14:textId="77777777" w:rsidR="00D06E85" w:rsidRDefault="00000000">
            <w:pPr>
              <w:keepNext/>
            </w:pPr>
            <w:r>
              <w:rPr>
                <w:sz w:val="18"/>
              </w:rPr>
              <w:t>2</w:t>
            </w:r>
          </w:p>
        </w:tc>
        <w:tc>
          <w:tcPr>
            <w:tcW w:w="1606" w:type="dxa"/>
          </w:tcPr>
          <w:p w14:paraId="595FC148" w14:textId="77777777" w:rsidR="00D06E85" w:rsidRDefault="00D06E85">
            <w:pPr>
              <w:keepNext/>
            </w:pPr>
          </w:p>
        </w:tc>
        <w:tc>
          <w:tcPr>
            <w:tcW w:w="2409" w:type="dxa"/>
          </w:tcPr>
          <w:p w14:paraId="4986C02C" w14:textId="77777777" w:rsidR="00D06E85" w:rsidRDefault="00D06E85">
            <w:pPr>
              <w:keepNext/>
            </w:pPr>
          </w:p>
        </w:tc>
        <w:tc>
          <w:tcPr>
            <w:tcW w:w="1606" w:type="dxa"/>
          </w:tcPr>
          <w:p w14:paraId="518729BB" w14:textId="77777777" w:rsidR="00D06E85" w:rsidRDefault="00D06E85">
            <w:pPr>
              <w:keepNext/>
            </w:pPr>
          </w:p>
        </w:tc>
        <w:tc>
          <w:tcPr>
            <w:tcW w:w="1606" w:type="dxa"/>
          </w:tcPr>
          <w:p w14:paraId="4958CB4B" w14:textId="77777777" w:rsidR="00D06E85" w:rsidRDefault="00D06E85">
            <w:pPr>
              <w:keepNext/>
            </w:pPr>
          </w:p>
        </w:tc>
        <w:tc>
          <w:tcPr>
            <w:tcW w:w="1606" w:type="dxa"/>
          </w:tcPr>
          <w:p w14:paraId="6E7BC659" w14:textId="77777777" w:rsidR="00D06E85" w:rsidRDefault="00D06E85">
            <w:pPr>
              <w:keepNext/>
            </w:pPr>
          </w:p>
        </w:tc>
      </w:tr>
      <w:tr w:rsidR="00D06E85" w14:paraId="66D73194" w14:textId="77777777">
        <w:trPr>
          <w:cantSplit/>
          <w:trHeight w:val="510"/>
        </w:trPr>
        <w:tc>
          <w:tcPr>
            <w:tcW w:w="803" w:type="dxa"/>
          </w:tcPr>
          <w:p w14:paraId="34C5051C" w14:textId="77777777" w:rsidR="00D06E85" w:rsidRDefault="00D06E85">
            <w:pPr>
              <w:keepNext/>
            </w:pPr>
          </w:p>
          <w:p w14:paraId="0561CF74" w14:textId="77777777" w:rsidR="00D06E85" w:rsidRDefault="00000000">
            <w:pPr>
              <w:keepNext/>
            </w:pPr>
            <w:r>
              <w:rPr>
                <w:sz w:val="18"/>
              </w:rPr>
              <w:t>3</w:t>
            </w:r>
          </w:p>
        </w:tc>
        <w:tc>
          <w:tcPr>
            <w:tcW w:w="1606" w:type="dxa"/>
          </w:tcPr>
          <w:p w14:paraId="1460452C" w14:textId="77777777" w:rsidR="00D06E85" w:rsidRDefault="00D06E85">
            <w:pPr>
              <w:keepNext/>
            </w:pPr>
          </w:p>
        </w:tc>
        <w:tc>
          <w:tcPr>
            <w:tcW w:w="2409" w:type="dxa"/>
          </w:tcPr>
          <w:p w14:paraId="4C4A6D05" w14:textId="77777777" w:rsidR="00D06E85" w:rsidRDefault="00D06E85">
            <w:pPr>
              <w:keepNext/>
            </w:pPr>
          </w:p>
        </w:tc>
        <w:tc>
          <w:tcPr>
            <w:tcW w:w="1606" w:type="dxa"/>
          </w:tcPr>
          <w:p w14:paraId="5E452FF5" w14:textId="77777777" w:rsidR="00D06E85" w:rsidRDefault="00D06E85">
            <w:pPr>
              <w:keepNext/>
            </w:pPr>
          </w:p>
        </w:tc>
        <w:tc>
          <w:tcPr>
            <w:tcW w:w="1606" w:type="dxa"/>
          </w:tcPr>
          <w:p w14:paraId="1F4DAD5C" w14:textId="77777777" w:rsidR="00D06E85" w:rsidRDefault="00D06E85">
            <w:pPr>
              <w:keepNext/>
            </w:pPr>
          </w:p>
        </w:tc>
        <w:tc>
          <w:tcPr>
            <w:tcW w:w="1606" w:type="dxa"/>
          </w:tcPr>
          <w:p w14:paraId="020076B8" w14:textId="77777777" w:rsidR="00D06E85" w:rsidRDefault="00D06E85">
            <w:pPr>
              <w:keepNext/>
            </w:pPr>
          </w:p>
        </w:tc>
      </w:tr>
      <w:tr w:rsidR="00D06E85" w14:paraId="25E96DD5" w14:textId="77777777">
        <w:trPr>
          <w:cantSplit/>
          <w:trHeight w:val="510"/>
        </w:trPr>
        <w:tc>
          <w:tcPr>
            <w:tcW w:w="803" w:type="dxa"/>
          </w:tcPr>
          <w:p w14:paraId="6895F892" w14:textId="77777777" w:rsidR="00D06E85" w:rsidRDefault="00D06E85"/>
          <w:p w14:paraId="5C6DE8E8" w14:textId="77777777" w:rsidR="00D06E85" w:rsidRDefault="00000000">
            <w:r>
              <w:rPr>
                <w:sz w:val="18"/>
              </w:rPr>
              <w:t>4</w:t>
            </w:r>
          </w:p>
        </w:tc>
        <w:tc>
          <w:tcPr>
            <w:tcW w:w="1606" w:type="dxa"/>
          </w:tcPr>
          <w:p w14:paraId="7F8CED62" w14:textId="77777777" w:rsidR="00D06E85" w:rsidRDefault="00D06E85"/>
        </w:tc>
        <w:tc>
          <w:tcPr>
            <w:tcW w:w="2409" w:type="dxa"/>
          </w:tcPr>
          <w:p w14:paraId="5C7BD863" w14:textId="77777777" w:rsidR="00D06E85" w:rsidRDefault="00D06E85"/>
        </w:tc>
        <w:tc>
          <w:tcPr>
            <w:tcW w:w="1606" w:type="dxa"/>
          </w:tcPr>
          <w:p w14:paraId="16293DB0" w14:textId="77777777" w:rsidR="00D06E85" w:rsidRDefault="00D06E85"/>
        </w:tc>
        <w:tc>
          <w:tcPr>
            <w:tcW w:w="1606" w:type="dxa"/>
          </w:tcPr>
          <w:p w14:paraId="473035BF" w14:textId="77777777" w:rsidR="00D06E85" w:rsidRDefault="00D06E85"/>
        </w:tc>
        <w:tc>
          <w:tcPr>
            <w:tcW w:w="1606" w:type="dxa"/>
          </w:tcPr>
          <w:p w14:paraId="1F8AABB1" w14:textId="77777777" w:rsidR="00D06E85" w:rsidRDefault="00D06E85"/>
        </w:tc>
      </w:tr>
    </w:tbl>
    <w:p w14:paraId="072757A1"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7FE07876" w14:textId="77777777">
        <w:trPr>
          <w:cantSplit/>
        </w:trPr>
        <w:tc>
          <w:tcPr>
            <w:tcW w:w="9636" w:type="dxa"/>
            <w:shd w:val="clear" w:color="auto" w:fill="F4F4F4"/>
          </w:tcPr>
          <w:p w14:paraId="0B596766" w14:textId="77777777" w:rsidR="00D06E85" w:rsidRDefault="00000000">
            <w:pPr>
              <w:keepNext/>
            </w:pPr>
            <w:r>
              <w:rPr>
                <w:b/>
                <w:sz w:val="16"/>
              </w:rPr>
              <w:t xml:space="preserve"> 5. </w:t>
            </w:r>
            <w:r>
              <w:rPr>
                <w:b/>
                <w:color w:val="000000"/>
                <w:sz w:val="18"/>
              </w:rPr>
              <w:t>ASUMAREA RĂSPUNDERII ȘI CONSIMȚĂMÂNTUL</w:t>
            </w:r>
          </w:p>
        </w:tc>
      </w:tr>
      <w:tr w:rsidR="00D06E85" w14:paraId="2A16B9F2" w14:textId="77777777">
        <w:trPr>
          <w:cantSplit/>
        </w:trPr>
        <w:tc>
          <w:tcPr>
            <w:tcW w:w="9636" w:type="dxa"/>
          </w:tcPr>
          <w:p w14:paraId="617A40D9" w14:textId="77777777" w:rsidR="00D06E85" w:rsidRDefault="00000000">
            <w:pPr>
              <w:keepNext/>
              <w:spacing w:line="228" w:lineRule="auto"/>
            </w:pPr>
            <w:r>
              <w:rPr>
                <w:i/>
                <w:sz w:val="17"/>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D06E85" w14:paraId="1F2EAE20" w14:textId="77777777">
        <w:trPr>
          <w:cantSplit/>
        </w:trPr>
        <w:tc>
          <w:tcPr>
            <w:tcW w:w="9636" w:type="dxa"/>
            <w:shd w:val="clear" w:color="auto" w:fill="F4F4F4"/>
          </w:tcPr>
          <w:p w14:paraId="44E84F15" w14:textId="77777777" w:rsidR="00D06E85" w:rsidRDefault="00000000">
            <w:pPr>
              <w:keepNext/>
              <w:spacing w:line="228" w:lineRule="auto"/>
            </w:pPr>
            <w:r>
              <w:t xml:space="preserve">Sunt de acord ca ……………………………………………………………… să prelucreze datele mele cu caracter personal, în conformitate cu prevederile Regulamentului (UE) nr. 679/2016 privind protecția persoanelor fizice în ceea ce privește prelucrarea datelor cu caracter personal și privind libera circulație </w:t>
            </w:r>
            <w:proofErr w:type="gramStart"/>
            <w:r>
              <w:t>a</w:t>
            </w:r>
            <w:proofErr w:type="gramEnd"/>
            <w:r>
              <w:t xml:space="preserve">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14:paraId="4ED5476F" w14:textId="77777777">
        <w:trPr>
          <w:cantSplit/>
        </w:trPr>
        <w:tc>
          <w:tcPr>
            <w:tcW w:w="9636" w:type="dxa"/>
          </w:tcPr>
          <w:p w14:paraId="5CDABEC4" w14:textId="77777777" w:rsidR="00D06E85" w:rsidRDefault="00000000">
            <w:pPr>
              <w:spacing w:line="228" w:lineRule="auto"/>
            </w:pPr>
            <w:r>
              <w:rPr>
                <w:i/>
                <w:sz w:val="17"/>
              </w:rPr>
              <w:t>Am înțeles această declarație de consimțământ și sunt de acord cu prelucrarea datelor mele cu caracter personal.</w:t>
            </w:r>
          </w:p>
        </w:tc>
      </w:tr>
    </w:tbl>
    <w:p w14:paraId="67224C2E"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14:paraId="650C2586" w14:textId="77777777">
        <w:trPr>
          <w:cantSplit/>
        </w:trPr>
        <w:tc>
          <w:tcPr>
            <w:tcW w:w="9636" w:type="dxa"/>
            <w:gridSpan w:val="3"/>
            <w:shd w:val="clear" w:color="auto" w:fill="F4F4F4"/>
          </w:tcPr>
          <w:p w14:paraId="29D17F44" w14:textId="77777777" w:rsidR="00D06E85" w:rsidRDefault="00000000">
            <w:pPr>
              <w:keepNext/>
            </w:pPr>
            <w:r>
              <w:rPr>
                <w:b/>
                <w:sz w:val="16"/>
              </w:rPr>
              <w:t xml:space="preserve"> 6. </w:t>
            </w:r>
            <w:r>
              <w:rPr>
                <w:b/>
                <w:color w:val="000000"/>
                <w:sz w:val="18"/>
              </w:rPr>
              <w:t>DATA ȘI SEMNĂTURA</w:t>
            </w:r>
          </w:p>
        </w:tc>
      </w:tr>
      <w:tr w:rsidR="00D06E85" w14:paraId="0EF0880A" w14:textId="77777777">
        <w:trPr>
          <w:cantSplit/>
          <w:trHeight w:val="510"/>
        </w:trPr>
        <w:tc>
          <w:tcPr>
            <w:tcW w:w="1606" w:type="dxa"/>
          </w:tcPr>
          <w:p w14:paraId="1E086D02" w14:textId="77777777" w:rsidR="00D06E85" w:rsidRDefault="00000000">
            <w:r>
              <w:rPr>
                <w:b/>
                <w:color w:val="0D5F78"/>
              </w:rPr>
              <w:t>Data</w:t>
            </w:r>
          </w:p>
          <w:p w14:paraId="444AABB6" w14:textId="77777777" w:rsidR="00D06E85" w:rsidRDefault="00D06E85"/>
        </w:tc>
        <w:tc>
          <w:tcPr>
            <w:tcW w:w="4818" w:type="dxa"/>
          </w:tcPr>
          <w:p w14:paraId="7FAA319E" w14:textId="77777777" w:rsidR="00D06E85" w:rsidRDefault="00000000">
            <w:r>
              <w:rPr>
                <w:b/>
                <w:color w:val="0D5F78"/>
              </w:rPr>
              <w:t>Beneficiarul / reprezentantul</w:t>
            </w:r>
          </w:p>
          <w:p w14:paraId="3F3E65B2" w14:textId="77777777" w:rsidR="00D06E85" w:rsidRDefault="00D06E85"/>
        </w:tc>
        <w:tc>
          <w:tcPr>
            <w:tcW w:w="3212" w:type="dxa"/>
          </w:tcPr>
          <w:p w14:paraId="57D03BB3" w14:textId="77777777" w:rsidR="00D06E85" w:rsidRDefault="00000000">
            <w:r>
              <w:rPr>
                <w:b/>
                <w:color w:val="0D5F78"/>
              </w:rPr>
              <w:t>Semnătura</w:t>
            </w:r>
          </w:p>
          <w:p w14:paraId="6A8F1A4A" w14:textId="77777777" w:rsidR="00D06E85" w:rsidRDefault="00D06E85"/>
        </w:tc>
      </w:tr>
    </w:tbl>
    <w:p w14:paraId="3C9FA47A" w14:textId="77777777" w:rsidR="00D06E85" w:rsidRDefault="00D06E85">
      <w:pPr>
        <w:spacing w:line="168" w:lineRule="auto"/>
      </w:pPr>
    </w:p>
    <w:sectPr w:rsidR="00D06E85" w:rsidSect="00034616">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5130A" w14:textId="77777777" w:rsidR="001C543B" w:rsidRDefault="001C543B">
      <w:r>
        <w:separator/>
      </w:r>
    </w:p>
  </w:endnote>
  <w:endnote w:type="continuationSeparator" w:id="0">
    <w:p w14:paraId="592ACCFA" w14:textId="77777777" w:rsidR="001C543B" w:rsidRDefault="001C54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F329" w14:textId="5E0319AE" w:rsidR="00D06E85" w:rsidRDefault="00000000">
    <w:pPr>
      <w:pStyle w:val="Footer"/>
      <w:tabs>
        <w:tab w:val="right" w:pos="9639"/>
      </w:tabs>
    </w:pPr>
    <w:r>
      <w:rPr>
        <w:color w:val="595959"/>
      </w:rPr>
      <w:t xml:space="preserve">F_A_03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F146C8">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F146C8">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38617" w14:textId="77777777" w:rsidR="001C543B" w:rsidRDefault="001C543B">
      <w:r>
        <w:separator/>
      </w:r>
    </w:p>
  </w:footnote>
  <w:footnote w:type="continuationSeparator" w:id="0">
    <w:p w14:paraId="0BF95EFF" w14:textId="77777777" w:rsidR="001C543B" w:rsidRDefault="001C54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7547717">
    <w:abstractNumId w:val="8"/>
  </w:num>
  <w:num w:numId="2" w16cid:durableId="911935782">
    <w:abstractNumId w:val="6"/>
  </w:num>
  <w:num w:numId="3" w16cid:durableId="1029839875">
    <w:abstractNumId w:val="5"/>
  </w:num>
  <w:num w:numId="4" w16cid:durableId="372656535">
    <w:abstractNumId w:val="4"/>
  </w:num>
  <w:num w:numId="5" w16cid:durableId="1195463612">
    <w:abstractNumId w:val="7"/>
  </w:num>
  <w:num w:numId="6" w16cid:durableId="1801192134">
    <w:abstractNumId w:val="3"/>
  </w:num>
  <w:num w:numId="7" w16cid:durableId="1569608713">
    <w:abstractNumId w:val="2"/>
  </w:num>
  <w:num w:numId="8" w16cid:durableId="681276256">
    <w:abstractNumId w:val="1"/>
  </w:num>
  <w:num w:numId="9" w16cid:durableId="212619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543B"/>
    <w:rsid w:val="0029639D"/>
    <w:rsid w:val="00326F90"/>
    <w:rsid w:val="003B6115"/>
    <w:rsid w:val="00424DBA"/>
    <w:rsid w:val="004E679C"/>
    <w:rsid w:val="006C103E"/>
    <w:rsid w:val="00AA1D8D"/>
    <w:rsid w:val="00B23FEC"/>
    <w:rsid w:val="00B47730"/>
    <w:rsid w:val="00CB0664"/>
    <w:rsid w:val="00CB65B2"/>
    <w:rsid w:val="00D06E85"/>
    <w:rsid w:val="00E61A6B"/>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729</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Cristian Bocanet</cp:lastModifiedBy>
  <cp:revision>2</cp:revision>
  <dcterms:created xsi:type="dcterms:W3CDTF">2013-12-23T23:15:00Z</dcterms:created>
  <dcterms:modified xsi:type="dcterms:W3CDTF">2026-09-11T05:59:00Z</dcterms:modified>
  <cp:category/>
</cp:coreProperties>
</file>