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11ECC" w14:paraId="29022712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F64A74C" w14:textId="684EDC58" w:rsidR="00A11ECC" w:rsidRDefault="00E541B4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 wp14:anchorId="3468010C" wp14:editId="5092BF0F">
                  <wp:extent cx="882650" cy="1239520"/>
                  <wp:effectExtent l="0" t="0" r="0" b="0"/>
                  <wp:docPr id="14706460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0646046" name="Picture 147064604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650" cy="1239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7372DF9B" w14:textId="04BB008B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  <w:r w:rsidR="00E541B4">
              <w:rPr>
                <w:b/>
                <w:color w:val="0D5F78"/>
              </w:rPr>
              <w:t xml:space="preserve"> </w:t>
            </w:r>
            <w:r w:rsidR="00E541B4" w:rsidRPr="00E541B4">
              <w:rPr>
                <w:b/>
                <w:color w:val="0D5F78"/>
              </w:rPr>
              <w:t>BACÂU</w:t>
            </w:r>
          </w:p>
          <w:p w14:paraId="18F924B6" w14:textId="77777777" w:rsidR="00A11ECC" w:rsidRDefault="00A11ECC">
            <w:pPr>
              <w:keepNext/>
            </w:pPr>
          </w:p>
        </w:tc>
      </w:tr>
      <w:tr w:rsidR="00A11ECC" w14:paraId="7B17993F" w14:textId="77777777">
        <w:trPr>
          <w:cantSplit/>
          <w:trHeight w:val="510"/>
        </w:trPr>
        <w:tc>
          <w:tcPr>
            <w:tcW w:w="1606" w:type="dxa"/>
            <w:vMerge/>
          </w:tcPr>
          <w:p w14:paraId="52A1A5EB" w14:textId="77777777" w:rsidR="00A11ECC" w:rsidRDefault="00A11ECC"/>
        </w:tc>
        <w:tc>
          <w:tcPr>
            <w:tcW w:w="8030" w:type="dxa"/>
            <w:gridSpan w:val="3"/>
            <w:shd w:val="clear" w:color="auto" w:fill="F0F0F0"/>
          </w:tcPr>
          <w:p w14:paraId="7378C482" w14:textId="000B61DF" w:rsidR="00A11ECC" w:rsidRDefault="00E541B4">
            <w:pPr>
              <w:keepNext/>
            </w:pPr>
            <w:r w:rsidRPr="00E541B4">
              <w:rPr>
                <w:b/>
                <w:color w:val="0D5F78"/>
              </w:rPr>
              <w:t>PRIMĂRIA MUNICIPIULUI ONEȘTI</w:t>
            </w:r>
          </w:p>
        </w:tc>
      </w:tr>
      <w:tr w:rsidR="00A11ECC" w14:paraId="16F835A9" w14:textId="77777777">
        <w:trPr>
          <w:cantSplit/>
          <w:trHeight w:val="510"/>
        </w:trPr>
        <w:tc>
          <w:tcPr>
            <w:tcW w:w="1606" w:type="dxa"/>
            <w:vMerge/>
          </w:tcPr>
          <w:p w14:paraId="535F06FD" w14:textId="77777777" w:rsidR="00A11ECC" w:rsidRDefault="00A11ECC"/>
        </w:tc>
        <w:tc>
          <w:tcPr>
            <w:tcW w:w="2409" w:type="dxa"/>
            <w:shd w:val="clear" w:color="auto" w:fill="F0F0F0"/>
          </w:tcPr>
          <w:p w14:paraId="7F9BF08C" w14:textId="77777777" w:rsidR="00A11ECC" w:rsidRPr="00E6757A" w:rsidRDefault="00000000">
            <w:pPr>
              <w:keepNext/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(CIF)</w:t>
            </w:r>
          </w:p>
          <w:p w14:paraId="1C68267E" w14:textId="1CAE6813" w:rsidR="00A11ECC" w:rsidRPr="00E6757A" w:rsidRDefault="00E541B4">
            <w:pPr>
              <w:keepNext/>
              <w:rPr>
                <w:lang w:val="fr-FR"/>
              </w:rPr>
            </w:pPr>
            <w:r w:rsidRPr="00E541B4">
              <w:rPr>
                <w:lang w:val="fr-FR"/>
              </w:rPr>
              <w:t>4353250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2997E85" w14:textId="77777777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17684A54" w14:textId="077CB76F" w:rsidR="00A11ECC" w:rsidRDefault="00E541B4">
            <w:pPr>
              <w:keepNext/>
            </w:pPr>
            <w:proofErr w:type="spellStart"/>
            <w:r w:rsidRPr="00E541B4">
              <w:rPr>
                <w:i/>
                <w:color w:val="7A7A7A"/>
              </w:rPr>
              <w:t>Bd.Oituz</w:t>
            </w:r>
            <w:proofErr w:type="spellEnd"/>
            <w:r w:rsidRPr="00E541B4">
              <w:rPr>
                <w:i/>
                <w:color w:val="7A7A7A"/>
              </w:rPr>
              <w:t xml:space="preserve">, nr.17, </w:t>
            </w:r>
            <w:proofErr w:type="spellStart"/>
            <w:r w:rsidRPr="00E541B4">
              <w:rPr>
                <w:i/>
                <w:color w:val="7A7A7A"/>
              </w:rPr>
              <w:t>Onețti</w:t>
            </w:r>
            <w:proofErr w:type="spellEnd"/>
            <w:r w:rsidRPr="00E541B4">
              <w:rPr>
                <w:i/>
                <w:color w:val="7A7A7A"/>
              </w:rPr>
              <w:t xml:space="preserve">; </w:t>
            </w:r>
            <w:proofErr w:type="spellStart"/>
            <w:r w:rsidRPr="00E541B4">
              <w:rPr>
                <w:i/>
                <w:color w:val="7A7A7A"/>
              </w:rPr>
              <w:t>telefon</w:t>
            </w:r>
            <w:proofErr w:type="spellEnd"/>
            <w:r w:rsidRPr="00E541B4">
              <w:rPr>
                <w:i/>
                <w:color w:val="7A7A7A"/>
              </w:rPr>
              <w:t>: 0234-324243; e-mail: primarie@onesti.ro</w:t>
            </w:r>
          </w:p>
        </w:tc>
      </w:tr>
      <w:tr w:rsidR="00A11ECC" w14:paraId="4481D1BD" w14:textId="77777777">
        <w:trPr>
          <w:cantSplit/>
          <w:trHeight w:val="510"/>
        </w:trPr>
        <w:tc>
          <w:tcPr>
            <w:tcW w:w="1606" w:type="dxa"/>
            <w:vMerge/>
          </w:tcPr>
          <w:p w14:paraId="4B2F5043" w14:textId="77777777" w:rsidR="00A11ECC" w:rsidRDefault="00A11ECC"/>
        </w:tc>
        <w:tc>
          <w:tcPr>
            <w:tcW w:w="4818" w:type="dxa"/>
            <w:gridSpan w:val="2"/>
            <w:shd w:val="clear" w:color="auto" w:fill="F0F0F0"/>
          </w:tcPr>
          <w:p w14:paraId="7126F93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7F32F1B7" w14:textId="77777777" w:rsidR="00A11ECC" w:rsidRDefault="00A11ECC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606FF1BD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199CE08" w14:textId="77777777" w:rsidR="00A11ECC" w:rsidRDefault="00A11ECC">
            <w:pPr>
              <w:keepNext/>
            </w:pPr>
          </w:p>
        </w:tc>
      </w:tr>
      <w:tr w:rsidR="00A11ECC" w:rsidRPr="00182EDC" w14:paraId="2347B2A9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358086A" w14:textId="77777777" w:rsidR="00A11ECC" w:rsidRPr="00E6757A" w:rsidRDefault="00000000">
            <w:pPr>
              <w:rPr>
                <w:lang w:val="fr-FR"/>
              </w:rPr>
            </w:pPr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E6757A">
              <w:rPr>
                <w:i/>
                <w:color w:val="595959"/>
                <w:lang w:val="fr-FR"/>
              </w:rPr>
              <w:t>se</w:t>
            </w:r>
            <w:proofErr w:type="gram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scrie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în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09DC34E" w14:textId="77777777" w:rsidR="00A11ECC" w:rsidRPr="00E6757A" w:rsidRDefault="00A11ECC">
      <w:pPr>
        <w:spacing w:line="168" w:lineRule="auto"/>
        <w:rPr>
          <w:lang w:val="fr-FR"/>
        </w:rPr>
      </w:pPr>
    </w:p>
    <w:p w14:paraId="0F5A4CDF" w14:textId="77777777" w:rsidR="00A11ECC" w:rsidRPr="00182EDC" w:rsidRDefault="00000000">
      <w:pPr>
        <w:spacing w:before="140" w:after="40"/>
        <w:jc w:val="center"/>
        <w:rPr>
          <w:sz w:val="28"/>
          <w:szCs w:val="28"/>
        </w:rPr>
      </w:pPr>
      <w:r w:rsidRPr="00182EDC">
        <w:rPr>
          <w:b/>
          <w:sz w:val="28"/>
          <w:szCs w:val="28"/>
        </w:rPr>
        <w:t>ÎNȘTIINȚARE</w:t>
      </w:r>
    </w:p>
    <w:p w14:paraId="1643D012" w14:textId="77777777" w:rsidR="00A11ECC" w:rsidRDefault="00000000">
      <w:pPr>
        <w:spacing w:after="120"/>
        <w:jc w:val="center"/>
      </w:pPr>
      <w:r>
        <w:rPr>
          <w:sz w:val="19"/>
        </w:rPr>
        <w:t>privind începerea execuției lucrărilor</w:t>
      </w:r>
    </w:p>
    <w:p w14:paraId="4291F9D6" w14:textId="77777777"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14:paraId="7612C26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2A6287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11ECC" w:rsidRPr="00182EDC" w14:paraId="37740068" w14:textId="77777777">
        <w:trPr>
          <w:cantSplit/>
          <w:trHeight w:val="510"/>
        </w:trPr>
        <w:tc>
          <w:tcPr>
            <w:tcW w:w="9636" w:type="dxa"/>
          </w:tcPr>
          <w:p w14:paraId="48BA2405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804ABDC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E6757A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sector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641DACE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:rsidRPr="00182EDC" w14:paraId="57F07BFF" w14:textId="77777777">
        <w:trPr>
          <w:cantSplit/>
        </w:trPr>
        <w:tc>
          <w:tcPr>
            <w:tcW w:w="9636" w:type="dxa"/>
            <w:shd w:val="clear" w:color="auto" w:fill="F4F4F4"/>
          </w:tcPr>
          <w:p w14:paraId="78405B03" w14:textId="77777777" w:rsidR="00A11ECC" w:rsidRPr="00E6757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E6757A">
              <w:rPr>
                <w:lang w:val="fr-FR"/>
              </w:rPr>
              <w:t>Cererea</w:t>
            </w:r>
            <w:proofErr w:type="spellEnd"/>
            <w:r w:rsidRPr="00E6757A">
              <w:rPr>
                <w:lang w:val="fr-FR"/>
              </w:rPr>
              <w:t xml:space="preserve"> va fi </w:t>
            </w:r>
            <w:proofErr w:type="spellStart"/>
            <w:r w:rsidRPr="00E6757A">
              <w:rPr>
                <w:lang w:val="fr-FR"/>
              </w:rPr>
              <w:t>transmisă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către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președintele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consiliului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județean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general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de </w:t>
            </w:r>
            <w:proofErr w:type="spellStart"/>
            <w:r w:rsidRPr="00E6757A">
              <w:rPr>
                <w:lang w:val="fr-FR"/>
              </w:rPr>
              <w:t>sector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sau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municipiului</w:t>
            </w:r>
            <w:proofErr w:type="spellEnd"/>
            <w:r w:rsidRPr="00E6757A">
              <w:rPr>
                <w:lang w:val="fr-FR"/>
              </w:rPr>
              <w:t xml:space="preserve"> / </w:t>
            </w:r>
            <w:proofErr w:type="spellStart"/>
            <w:r w:rsidRPr="00E6757A">
              <w:rPr>
                <w:lang w:val="fr-FR"/>
              </w:rPr>
              <w:t>orașului</w:t>
            </w:r>
            <w:proofErr w:type="spellEnd"/>
            <w:r w:rsidRPr="00E6757A">
              <w:rPr>
                <w:lang w:val="fr-FR"/>
              </w:rPr>
              <w:t xml:space="preserve"> / </w:t>
            </w:r>
            <w:proofErr w:type="spellStart"/>
            <w:r w:rsidRPr="00E6757A">
              <w:rPr>
                <w:lang w:val="fr-FR"/>
              </w:rPr>
              <w:t>comunei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după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caz</w:t>
            </w:r>
            <w:proofErr w:type="spellEnd"/>
            <w:r w:rsidRPr="00E6757A">
              <w:rPr>
                <w:lang w:val="fr-FR"/>
              </w:rPr>
              <w:t>.</w:t>
            </w:r>
          </w:p>
        </w:tc>
      </w:tr>
    </w:tbl>
    <w:p w14:paraId="3FD1D3DB" w14:textId="77777777" w:rsidR="00A11ECC" w:rsidRPr="00E6757A" w:rsidRDefault="00A11ECC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11ECC" w14:paraId="34B777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B959D0" w14:textId="77777777" w:rsidR="00A11ECC" w:rsidRDefault="00000000">
            <w:pPr>
              <w:keepNext/>
            </w:pPr>
            <w:r w:rsidRPr="00E6757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11ECC" w14:paraId="5E841B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D80803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45C36B89" w14:textId="77777777" w:rsidR="00A11ECC" w:rsidRDefault="00A11ECC">
            <w:pPr>
              <w:keepNext/>
            </w:pPr>
          </w:p>
        </w:tc>
        <w:tc>
          <w:tcPr>
            <w:tcW w:w="4015" w:type="dxa"/>
            <w:gridSpan w:val="3"/>
          </w:tcPr>
          <w:p w14:paraId="75015164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4E9C5560" w14:textId="77777777" w:rsidR="00A11ECC" w:rsidRDefault="00A11ECC">
            <w:pPr>
              <w:keepNext/>
            </w:pPr>
          </w:p>
        </w:tc>
      </w:tr>
      <w:tr w:rsidR="00A11ECC" w14:paraId="5222187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0D4BD0" w14:textId="77777777" w:rsidR="00A11ECC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11ECC" w14:paraId="7E1FD110" w14:textId="77777777">
        <w:trPr>
          <w:cantSplit/>
          <w:trHeight w:val="510"/>
        </w:trPr>
        <w:tc>
          <w:tcPr>
            <w:tcW w:w="1606" w:type="dxa"/>
          </w:tcPr>
          <w:p w14:paraId="011280E1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DE6E8D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5E7E72C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6A505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5"/>
          </w:tcPr>
          <w:p w14:paraId="7DF5916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0D7D510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0315ACF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1986321" w14:textId="77777777" w:rsidR="00A11ECC" w:rsidRDefault="00A11ECC">
            <w:pPr>
              <w:keepNext/>
            </w:pPr>
          </w:p>
        </w:tc>
      </w:tr>
      <w:tr w:rsidR="00A11ECC" w14:paraId="2B7C18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A44F1F" w14:textId="77777777" w:rsidR="00A11ECC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11ECC" w14:paraId="7103597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2D50C9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52501A06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4"/>
          </w:tcPr>
          <w:p w14:paraId="660341F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606FFF2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75959E8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07EED8E4" w14:textId="77777777" w:rsidR="00A11ECC" w:rsidRDefault="00A11ECC">
            <w:pPr>
              <w:keepNext/>
            </w:pPr>
          </w:p>
        </w:tc>
      </w:tr>
      <w:tr w:rsidR="00A11ECC" w14:paraId="7BDBDAA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88B7A94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9EA4587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B7A03A3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2EA7BE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489F1D5C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B363C39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AB11C78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79DDF3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E882C1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91097FF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2CA3CE1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2326ABB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1D955C86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060B5581" w14:textId="77777777" w:rsidR="00A11ECC" w:rsidRDefault="00A11ECC">
            <w:pPr>
              <w:keepNext/>
            </w:pPr>
          </w:p>
        </w:tc>
      </w:tr>
      <w:tr w:rsidR="00A11ECC" w14:paraId="4DC3EAC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6019A0" w14:textId="77777777" w:rsidR="00A11ECC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11ECC" w14:paraId="018EC0C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121A4C" w14:textId="77777777" w:rsidR="00A11ECC" w:rsidRDefault="00000000">
            <w:r>
              <w:rPr>
                <w:b/>
                <w:color w:val="0D5F78"/>
              </w:rPr>
              <w:t>Telefon / fax</w:t>
            </w:r>
          </w:p>
          <w:p w14:paraId="0187BF30" w14:textId="77777777" w:rsidR="00A11ECC" w:rsidRDefault="00A11ECC"/>
        </w:tc>
        <w:tc>
          <w:tcPr>
            <w:tcW w:w="5621" w:type="dxa"/>
            <w:gridSpan w:val="5"/>
          </w:tcPr>
          <w:p w14:paraId="4FBE455D" w14:textId="77777777" w:rsidR="00A11ECC" w:rsidRDefault="00000000">
            <w:r>
              <w:rPr>
                <w:b/>
                <w:color w:val="0D5F78"/>
              </w:rPr>
              <w:t>E-mail</w:t>
            </w:r>
          </w:p>
          <w:p w14:paraId="5177F214" w14:textId="77777777" w:rsidR="00A11ECC" w:rsidRDefault="00A11ECC"/>
        </w:tc>
      </w:tr>
    </w:tbl>
    <w:p w14:paraId="5C86987D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11ECC" w:rsidRPr="00182EDC" w14:paraId="1367784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294D977" w14:textId="77777777" w:rsidR="00A11ECC" w:rsidRPr="00E6757A" w:rsidRDefault="00000000">
            <w:pPr>
              <w:keepNext/>
              <w:rPr>
                <w:lang w:val="fr-FR"/>
              </w:rPr>
            </w:pPr>
            <w:r w:rsidRPr="00E6757A">
              <w:rPr>
                <w:b/>
                <w:sz w:val="16"/>
                <w:lang w:val="fr-FR"/>
              </w:rPr>
              <w:t xml:space="preserve"> 3. </w:t>
            </w:r>
            <w:r w:rsidRPr="00E6757A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11ECC" w14:paraId="459283F5" w14:textId="77777777">
        <w:trPr>
          <w:cantSplit/>
          <w:trHeight w:val="510"/>
        </w:trPr>
        <w:tc>
          <w:tcPr>
            <w:tcW w:w="1606" w:type="dxa"/>
          </w:tcPr>
          <w:p w14:paraId="037F2C8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40DB982C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4369B01E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8964A76" w14:textId="77777777" w:rsidR="00A11ECC" w:rsidRDefault="00A11ECC">
            <w:pPr>
              <w:keepNext/>
            </w:pPr>
          </w:p>
        </w:tc>
        <w:tc>
          <w:tcPr>
            <w:tcW w:w="5621" w:type="dxa"/>
          </w:tcPr>
          <w:p w14:paraId="48B3695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25DDB5C1" w14:textId="77777777" w:rsidR="00A11ECC" w:rsidRDefault="00A11ECC">
            <w:pPr>
              <w:keepNext/>
            </w:pPr>
          </w:p>
        </w:tc>
      </w:tr>
      <w:tr w:rsidR="00A11ECC" w14:paraId="5C8E1AD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DD157D" w14:textId="77777777" w:rsidR="00A11ECC" w:rsidRDefault="00000000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11ECC" w:rsidRPr="00182EDC" w14:paraId="3EFBA0A3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2A7F641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și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din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109F0125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14:paraId="795F9BF6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64E6FE5" w14:textId="77777777" w:rsidR="00A11ECC" w:rsidRDefault="00000000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1A278680" w14:textId="77777777" w:rsidR="00A11ECC" w:rsidRDefault="00A11ECC"/>
        </w:tc>
      </w:tr>
    </w:tbl>
    <w:p w14:paraId="63EF26CC" w14:textId="77777777" w:rsidR="00A11ECC" w:rsidRDefault="00A11ECC">
      <w:pPr>
        <w:spacing w:line="168" w:lineRule="auto"/>
      </w:pPr>
    </w:p>
    <w:p w14:paraId="504C3BAB" w14:textId="7646A303" w:rsidR="00A11ECC" w:rsidRPr="00182EDC" w:rsidRDefault="00E6757A" w:rsidP="00E6757A">
      <w:pPr>
        <w:tabs>
          <w:tab w:val="center" w:pos="4819"/>
          <w:tab w:val="left" w:pos="7608"/>
        </w:tabs>
        <w:spacing w:before="140" w:after="40"/>
        <w:rPr>
          <w:sz w:val="28"/>
          <w:szCs w:val="28"/>
        </w:rPr>
      </w:pPr>
      <w:r>
        <w:rPr>
          <w:b/>
          <w:sz w:val="34"/>
        </w:rPr>
        <w:tab/>
      </w:r>
      <w:r w:rsidRPr="00182EDC">
        <w:rPr>
          <w:b/>
          <w:sz w:val="28"/>
          <w:szCs w:val="28"/>
        </w:rPr>
        <w:t>ADUC LA CUNOȘTINȚĂ</w:t>
      </w:r>
      <w:r w:rsidRPr="00182EDC">
        <w:rPr>
          <w:b/>
          <w:sz w:val="28"/>
          <w:szCs w:val="28"/>
        </w:rPr>
        <w:tab/>
      </w:r>
    </w:p>
    <w:p w14:paraId="1799DE9F" w14:textId="77777777"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11ECC" w14:paraId="47D7F709" w14:textId="77777777">
        <w:trPr>
          <w:cantSplit/>
          <w:trHeight w:val="510"/>
        </w:trPr>
        <w:tc>
          <w:tcPr>
            <w:tcW w:w="2409" w:type="dxa"/>
          </w:tcPr>
          <w:p w14:paraId="04FE48E4" w14:textId="77777777" w:rsidR="00A11ECC" w:rsidRDefault="00000000">
            <w:r>
              <w:rPr>
                <w:b/>
                <w:color w:val="0D5F78"/>
              </w:rPr>
              <w:t>Că la data de</w:t>
            </w:r>
          </w:p>
          <w:p w14:paraId="2A3EFF1D" w14:textId="77777777" w:rsidR="00A11ECC" w:rsidRDefault="00A11ECC"/>
        </w:tc>
        <w:tc>
          <w:tcPr>
            <w:tcW w:w="1606" w:type="dxa"/>
          </w:tcPr>
          <w:p w14:paraId="4DCDBC6C" w14:textId="77777777" w:rsidR="00A11ECC" w:rsidRDefault="00000000">
            <w:r>
              <w:rPr>
                <w:b/>
                <w:color w:val="0D5F78"/>
              </w:rPr>
              <w:t>ora</w:t>
            </w:r>
          </w:p>
          <w:p w14:paraId="68C2609C" w14:textId="77777777" w:rsidR="00A11ECC" w:rsidRDefault="00A11ECC"/>
        </w:tc>
        <w:tc>
          <w:tcPr>
            <w:tcW w:w="5621" w:type="dxa"/>
          </w:tcPr>
          <w:p w14:paraId="040137A9" w14:textId="77777777" w:rsidR="00A11ECC" w:rsidRPr="00E6757A" w:rsidRDefault="00000000">
            <w:pPr>
              <w:rPr>
                <w:lang w:val="fr-FR"/>
              </w:rPr>
            </w:pPr>
            <w:proofErr w:type="gramStart"/>
            <w:r w:rsidRPr="00E6757A">
              <w:rPr>
                <w:b/>
                <w:color w:val="0D5F78"/>
                <w:lang w:val="fr-FR"/>
              </w:rPr>
              <w:t>vor</w:t>
            </w:r>
            <w:proofErr w:type="gram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începe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3DC112F4" w14:textId="77777777" w:rsidR="00A11ECC" w:rsidRDefault="00000000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jos</w:t>
            </w:r>
          </w:p>
          <w:p w14:paraId="3300FC33" w14:textId="77777777" w:rsidR="00A11ECC" w:rsidRDefault="00A11ECC"/>
        </w:tc>
      </w:tr>
    </w:tbl>
    <w:p w14:paraId="432CEB30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11ECC" w14:paraId="26100B2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D475EE4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11ECC" w14:paraId="7ACF282A" w14:textId="77777777">
        <w:trPr>
          <w:cantSplit/>
        </w:trPr>
        <w:tc>
          <w:tcPr>
            <w:tcW w:w="9636" w:type="dxa"/>
            <w:gridSpan w:val="6"/>
          </w:tcPr>
          <w:p w14:paraId="50878A3D" w14:textId="77777777" w:rsidR="00A11ECC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11ECC" w14:paraId="049C915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844C39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010FC309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54B9E1A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7A126BAD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2FB9D75E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0787ED05" w14:textId="77777777" w:rsidR="00A11ECC" w:rsidRDefault="00A11ECC">
            <w:pPr>
              <w:keepNext/>
            </w:pPr>
          </w:p>
        </w:tc>
      </w:tr>
      <w:tr w:rsidR="00A11ECC" w14:paraId="36DAE126" w14:textId="77777777">
        <w:trPr>
          <w:cantSplit/>
          <w:trHeight w:val="510"/>
        </w:trPr>
        <w:tc>
          <w:tcPr>
            <w:tcW w:w="1606" w:type="dxa"/>
          </w:tcPr>
          <w:p w14:paraId="057F824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7B4C970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3"/>
          </w:tcPr>
          <w:p w14:paraId="3DA08EA7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38D62A6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20E6D2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E7EF5EB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57AD1668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6416C0C" w14:textId="77777777" w:rsidR="00A11ECC" w:rsidRDefault="00A11ECC">
            <w:pPr>
              <w:keepNext/>
            </w:pPr>
          </w:p>
        </w:tc>
      </w:tr>
      <w:tr w:rsidR="00A11ECC" w14:paraId="4C590D1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5FC5203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Număr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cadastral</w:t>
            </w:r>
          </w:p>
          <w:p w14:paraId="3BE30373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E6757A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e-Terra</w:t>
            </w:r>
          </w:p>
          <w:p w14:paraId="0F081BC3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51DB82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2F2988" w14:textId="77777777" w:rsidR="00A11ECC" w:rsidRDefault="00A11ECC">
            <w:pPr>
              <w:keepNext/>
            </w:pPr>
          </w:p>
        </w:tc>
      </w:tr>
    </w:tbl>
    <w:p w14:paraId="30B8E0EC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11ECC" w14:paraId="031C2B49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F999CAB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11ECC" w14:paraId="70317068" w14:textId="77777777">
        <w:trPr>
          <w:cantSplit/>
          <w:trHeight w:val="510"/>
        </w:trPr>
        <w:tc>
          <w:tcPr>
            <w:tcW w:w="1606" w:type="dxa"/>
          </w:tcPr>
          <w:p w14:paraId="6AB536DB" w14:textId="77777777" w:rsidR="00A11ECC" w:rsidRDefault="00000000">
            <w:r>
              <w:rPr>
                <w:b/>
                <w:color w:val="0D5F78"/>
              </w:rPr>
              <w:t>Data</w:t>
            </w:r>
          </w:p>
          <w:p w14:paraId="45065743" w14:textId="77777777" w:rsidR="00A11ECC" w:rsidRDefault="00A11ECC"/>
        </w:tc>
        <w:tc>
          <w:tcPr>
            <w:tcW w:w="4818" w:type="dxa"/>
          </w:tcPr>
          <w:p w14:paraId="1F4E7ECE" w14:textId="77777777" w:rsidR="00A11ECC" w:rsidRDefault="00000000">
            <w:r>
              <w:rPr>
                <w:b/>
                <w:color w:val="0D5F78"/>
              </w:rPr>
              <w:t>Titularul autorizației</w:t>
            </w:r>
          </w:p>
          <w:p w14:paraId="21637A08" w14:textId="77777777" w:rsidR="00A11ECC" w:rsidRDefault="00A11ECC"/>
        </w:tc>
        <w:tc>
          <w:tcPr>
            <w:tcW w:w="3212" w:type="dxa"/>
          </w:tcPr>
          <w:p w14:paraId="004D4C8B" w14:textId="77777777" w:rsidR="00A11ECC" w:rsidRDefault="00000000">
            <w:r>
              <w:rPr>
                <w:b/>
                <w:color w:val="0D5F78"/>
              </w:rPr>
              <w:t>Semnătura</w:t>
            </w:r>
          </w:p>
          <w:p w14:paraId="307E167C" w14:textId="77777777" w:rsidR="00A11ECC" w:rsidRDefault="00A11ECC"/>
        </w:tc>
      </w:tr>
    </w:tbl>
    <w:p w14:paraId="33B23A72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:rsidRPr="00182EDC" w14:paraId="5723B871" w14:textId="77777777">
        <w:trPr>
          <w:cantSplit/>
        </w:trPr>
        <w:tc>
          <w:tcPr>
            <w:tcW w:w="9636" w:type="dxa"/>
            <w:shd w:val="clear" w:color="auto" w:fill="F4F4F4"/>
          </w:tcPr>
          <w:p w14:paraId="5778FA35" w14:textId="77777777" w:rsidR="00A11ECC" w:rsidRPr="00E6757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E6757A">
              <w:rPr>
                <w:lang w:val="fr-FR"/>
              </w:rPr>
              <w:t>Formularul</w:t>
            </w:r>
            <w:proofErr w:type="spellEnd"/>
            <w:r w:rsidRPr="00E6757A">
              <w:rPr>
                <w:lang w:val="fr-FR"/>
              </w:rPr>
              <w:t xml:space="preserve"> se </w:t>
            </w:r>
            <w:proofErr w:type="spellStart"/>
            <w:r w:rsidRPr="00E6757A">
              <w:rPr>
                <w:lang w:val="fr-FR"/>
              </w:rPr>
              <w:t>anexează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autorizația</w:t>
            </w:r>
            <w:proofErr w:type="spellEnd"/>
            <w:r w:rsidRPr="00E6757A">
              <w:rPr>
                <w:lang w:val="fr-FR"/>
              </w:rPr>
              <w:t xml:space="preserve"> de construire / </w:t>
            </w:r>
            <w:proofErr w:type="spellStart"/>
            <w:r w:rsidRPr="00E6757A">
              <w:rPr>
                <w:lang w:val="fr-FR"/>
              </w:rPr>
              <w:t>desființare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două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exemplare</w:t>
            </w:r>
            <w:proofErr w:type="spellEnd"/>
            <w:r w:rsidRPr="00E6757A">
              <w:rPr>
                <w:lang w:val="fr-FR"/>
              </w:rPr>
              <w:t xml:space="preserve">. </w:t>
            </w:r>
            <w:proofErr w:type="spellStart"/>
            <w:r w:rsidRPr="00E6757A">
              <w:rPr>
                <w:lang w:val="fr-FR"/>
              </w:rPr>
              <w:t>Titularul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autorizației</w:t>
            </w:r>
            <w:proofErr w:type="spellEnd"/>
            <w:r w:rsidRPr="00E6757A">
              <w:rPr>
                <w:lang w:val="fr-FR"/>
              </w:rPr>
              <w:t xml:space="preserve"> este </w:t>
            </w:r>
            <w:proofErr w:type="spellStart"/>
            <w:r w:rsidRPr="00E6757A">
              <w:rPr>
                <w:lang w:val="fr-FR"/>
              </w:rPr>
              <w:t>obligat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să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păstreze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șantier</w:t>
            </w:r>
            <w:proofErr w:type="spellEnd"/>
            <w:r w:rsidRPr="00E6757A">
              <w:rPr>
                <w:lang w:val="fr-FR"/>
              </w:rPr>
              <w:t xml:space="preserve"> un </w:t>
            </w:r>
            <w:proofErr w:type="spellStart"/>
            <w:r w:rsidRPr="00E6757A">
              <w:rPr>
                <w:lang w:val="fr-FR"/>
              </w:rPr>
              <w:t>exemplar</w:t>
            </w:r>
            <w:proofErr w:type="spellEnd"/>
            <w:r w:rsidRPr="00E6757A">
              <w:rPr>
                <w:lang w:val="fr-FR"/>
              </w:rPr>
              <w:t xml:space="preserve"> al </w:t>
            </w:r>
            <w:proofErr w:type="spellStart"/>
            <w:r w:rsidRPr="00E6757A">
              <w:rPr>
                <w:lang w:val="fr-FR"/>
              </w:rPr>
              <w:t>acestei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înștiințări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cu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numărul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și</w:t>
            </w:r>
            <w:proofErr w:type="spellEnd"/>
            <w:r w:rsidRPr="00E6757A">
              <w:rPr>
                <w:lang w:val="fr-FR"/>
              </w:rPr>
              <w:t xml:space="preserve"> data </w:t>
            </w:r>
            <w:proofErr w:type="spellStart"/>
            <w:r w:rsidRPr="00E6757A">
              <w:rPr>
                <w:lang w:val="fr-FR"/>
              </w:rPr>
              <w:t>înregistrării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autoritatea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emitentă</w:t>
            </w:r>
            <w:proofErr w:type="spellEnd"/>
            <w:r w:rsidRPr="00E6757A">
              <w:rPr>
                <w:lang w:val="fr-FR"/>
              </w:rPr>
              <w:t>.</w:t>
            </w:r>
          </w:p>
        </w:tc>
      </w:tr>
    </w:tbl>
    <w:p w14:paraId="1067A431" w14:textId="77777777" w:rsidR="00A11ECC" w:rsidRPr="00E6757A" w:rsidRDefault="00A11ECC">
      <w:pPr>
        <w:spacing w:line="168" w:lineRule="auto"/>
        <w:rPr>
          <w:lang w:val="fr-FR"/>
        </w:rPr>
      </w:pPr>
    </w:p>
    <w:sectPr w:rsidR="00A11ECC" w:rsidRPr="00E6757A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20E99" w14:textId="77777777" w:rsidR="00142EF0" w:rsidRDefault="00142EF0">
      <w:r>
        <w:separator/>
      </w:r>
    </w:p>
  </w:endnote>
  <w:endnote w:type="continuationSeparator" w:id="0">
    <w:p w14:paraId="04C2FD3C" w14:textId="77777777" w:rsidR="00142EF0" w:rsidRDefault="00142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FAD8D" w14:textId="547B7A71" w:rsidR="00A11ECC" w:rsidRDefault="00000000">
    <w:pPr>
      <w:pStyle w:val="Footer"/>
      <w:tabs>
        <w:tab w:val="right" w:pos="9639"/>
      </w:tabs>
    </w:pPr>
    <w:r>
      <w:rPr>
        <w:color w:val="595959"/>
      </w:rPr>
      <w:t>F_A_0</w:t>
    </w:r>
    <w:r w:rsidR="00182EDC">
      <w:rPr>
        <w:color w:val="595959"/>
      </w:rPr>
      <w:t>8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6757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6757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56848" w14:textId="77777777" w:rsidR="00142EF0" w:rsidRDefault="00142EF0">
      <w:r>
        <w:separator/>
      </w:r>
    </w:p>
  </w:footnote>
  <w:footnote w:type="continuationSeparator" w:id="0">
    <w:p w14:paraId="01F30581" w14:textId="77777777" w:rsidR="00142EF0" w:rsidRDefault="00142E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9611888">
    <w:abstractNumId w:val="8"/>
  </w:num>
  <w:num w:numId="2" w16cid:durableId="1429814677">
    <w:abstractNumId w:val="6"/>
  </w:num>
  <w:num w:numId="3" w16cid:durableId="1434588032">
    <w:abstractNumId w:val="5"/>
  </w:num>
  <w:num w:numId="4" w16cid:durableId="862592027">
    <w:abstractNumId w:val="4"/>
  </w:num>
  <w:num w:numId="5" w16cid:durableId="1345128852">
    <w:abstractNumId w:val="7"/>
  </w:num>
  <w:num w:numId="6" w16cid:durableId="629365156">
    <w:abstractNumId w:val="3"/>
  </w:num>
  <w:num w:numId="7" w16cid:durableId="482157275">
    <w:abstractNumId w:val="2"/>
  </w:num>
  <w:num w:numId="8" w16cid:durableId="1442381932">
    <w:abstractNumId w:val="1"/>
  </w:num>
  <w:num w:numId="9" w16cid:durableId="1382054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01C0"/>
    <w:rsid w:val="00123DA8"/>
    <w:rsid w:val="00142EF0"/>
    <w:rsid w:val="0015074B"/>
    <w:rsid w:val="00182EDC"/>
    <w:rsid w:val="001F772B"/>
    <w:rsid w:val="0029639D"/>
    <w:rsid w:val="00326F90"/>
    <w:rsid w:val="006C103E"/>
    <w:rsid w:val="00A11ECC"/>
    <w:rsid w:val="00AA1D8D"/>
    <w:rsid w:val="00B47730"/>
    <w:rsid w:val="00C7065F"/>
    <w:rsid w:val="00CB0664"/>
    <w:rsid w:val="00E541B4"/>
    <w:rsid w:val="00E61A6B"/>
    <w:rsid w:val="00E675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E95A5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265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Cristian Bocanet</cp:lastModifiedBy>
  <cp:revision>2</cp:revision>
  <dcterms:created xsi:type="dcterms:W3CDTF">2013-12-23T23:15:00Z</dcterms:created>
  <dcterms:modified xsi:type="dcterms:W3CDTF">2026-09-11T05:58:00Z</dcterms:modified>
  <cp:category/>
</cp:coreProperties>
</file>