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684EDC58" w:rsidR="00A11ECC" w:rsidRDefault="00E541B4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3468010C" wp14:editId="5092BF0F">
                  <wp:extent cx="882650" cy="1239520"/>
                  <wp:effectExtent l="0" t="0" r="0" b="0"/>
                  <wp:docPr id="14706460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646046" name="Picture 14706460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04BB008B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E541B4">
              <w:rPr>
                <w:b/>
                <w:color w:val="0D5F78"/>
              </w:rPr>
              <w:t xml:space="preserve"> </w:t>
            </w:r>
            <w:r w:rsidR="00E541B4" w:rsidRPr="00E541B4">
              <w:rPr>
                <w:b/>
                <w:color w:val="0D5F78"/>
              </w:rPr>
              <w:t>BACÂU</w:t>
            </w:r>
          </w:p>
          <w:p w14:paraId="18F924B6" w14:textId="77777777" w:rsidR="00A11ECC" w:rsidRDefault="00A11ECC">
            <w:pPr>
              <w:keepNext/>
            </w:pP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7378C482" w14:textId="000B61DF" w:rsidR="00A11ECC" w:rsidRDefault="00E541B4">
            <w:pPr>
              <w:keepNext/>
            </w:pPr>
            <w:r w:rsidRPr="00E541B4">
              <w:rPr>
                <w:b/>
                <w:color w:val="0D5F78"/>
              </w:rPr>
              <w:t>PRIMĂRIA MUNICIPIULUI ONEȘTI</w:t>
            </w: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1CAE6813" w:rsidR="00A11ECC" w:rsidRPr="00E6757A" w:rsidRDefault="00E541B4">
            <w:pPr>
              <w:keepNext/>
              <w:rPr>
                <w:lang w:val="fr-FR"/>
              </w:rPr>
            </w:pPr>
            <w:r w:rsidRPr="00E541B4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7684A54" w14:textId="656EB5F5" w:rsidR="00A11ECC" w:rsidRDefault="00E541B4">
            <w:pPr>
              <w:keepNext/>
            </w:pPr>
            <w:proofErr w:type="spellStart"/>
            <w:proofErr w:type="gramStart"/>
            <w:r w:rsidRPr="00E541B4">
              <w:rPr>
                <w:i/>
                <w:color w:val="7A7A7A"/>
              </w:rPr>
              <w:t>Bd.Oituz</w:t>
            </w:r>
            <w:proofErr w:type="spellEnd"/>
            <w:proofErr w:type="gramEnd"/>
            <w:r w:rsidRPr="00E541B4">
              <w:rPr>
                <w:i/>
                <w:color w:val="7A7A7A"/>
              </w:rPr>
              <w:t xml:space="preserve">, nr.17, </w:t>
            </w:r>
            <w:proofErr w:type="spellStart"/>
            <w:r w:rsidRPr="00E541B4">
              <w:rPr>
                <w:i/>
                <w:color w:val="7A7A7A"/>
              </w:rPr>
              <w:t>One</w:t>
            </w:r>
            <w:r w:rsidR="000C5A7F">
              <w:rPr>
                <w:i/>
                <w:color w:val="7A7A7A"/>
              </w:rPr>
              <w:t>ș</w:t>
            </w:r>
            <w:r w:rsidRPr="00E541B4">
              <w:rPr>
                <w:i/>
                <w:color w:val="7A7A7A"/>
              </w:rPr>
              <w:t>ti</w:t>
            </w:r>
            <w:proofErr w:type="spellEnd"/>
            <w:r w:rsidRPr="00E541B4">
              <w:rPr>
                <w:i/>
                <w:color w:val="7A7A7A"/>
              </w:rPr>
              <w:t xml:space="preserve">; </w:t>
            </w:r>
            <w:proofErr w:type="spellStart"/>
            <w:r w:rsidRPr="00E541B4">
              <w:rPr>
                <w:i/>
                <w:color w:val="7A7A7A"/>
              </w:rPr>
              <w:t>telefon</w:t>
            </w:r>
            <w:proofErr w:type="spellEnd"/>
            <w:r w:rsidRPr="00E541B4">
              <w:rPr>
                <w:i/>
                <w:color w:val="7A7A7A"/>
              </w:rPr>
              <w:t>: 0234-324243; e-mail: primarie@onesti.ro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0C52C" w14:textId="77777777" w:rsidR="00D2147F" w:rsidRDefault="00D2147F">
      <w:r>
        <w:separator/>
      </w:r>
    </w:p>
  </w:endnote>
  <w:endnote w:type="continuationSeparator" w:id="0">
    <w:p w14:paraId="3157F275" w14:textId="77777777" w:rsidR="00D2147F" w:rsidRDefault="00D2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2E9D7" w14:textId="77777777" w:rsidR="00D2147F" w:rsidRDefault="00D2147F">
      <w:r>
        <w:separator/>
      </w:r>
    </w:p>
  </w:footnote>
  <w:footnote w:type="continuationSeparator" w:id="0">
    <w:p w14:paraId="4B3A0A08" w14:textId="77777777" w:rsidR="00D2147F" w:rsidRDefault="00D214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0C5A7F"/>
    <w:rsid w:val="00123DA8"/>
    <w:rsid w:val="00142EF0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7065F"/>
    <w:rsid w:val="00C9590D"/>
    <w:rsid w:val="00CB0664"/>
    <w:rsid w:val="00D2147F"/>
    <w:rsid w:val="00E541B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265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Gheorghe Simion</cp:lastModifiedBy>
  <cp:revision>3</cp:revision>
  <dcterms:created xsi:type="dcterms:W3CDTF">2013-12-23T23:15:00Z</dcterms:created>
  <dcterms:modified xsi:type="dcterms:W3CDTF">2026-09-21T08:46:00Z</dcterms:modified>
  <cp:category/>
</cp:coreProperties>
</file>