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2409"/>
        <w:gridCol w:w="3212"/>
      </w:tblGrid>
      <w:tr w:rsidR="00AD35FD" w14:paraId="23992E51" w14:textId="77777777">
        <w:trPr>
          <w:cantSplit/>
          <w:trHeight w:val="510"/>
        </w:trPr>
        <w:tc>
          <w:tcPr>
            <w:tcW w:w="1606" w:type="dxa"/>
            <w:vMerge w:val="restart"/>
            <w:vAlign w:val="center"/>
          </w:tcPr>
          <w:p w14:paraId="316410E9" w14:textId="6E48A715" w:rsidR="00AD35FD" w:rsidRDefault="003B4ADB">
            <w:pPr>
              <w:keepNext/>
              <w:jc w:val="center"/>
            </w:pPr>
            <w:r>
              <w:rPr>
                <w:noProof/>
              </w:rPr>
              <w:drawing>
                <wp:inline distT="0" distB="0" distL="0" distR="0" wp14:anchorId="743EB70E" wp14:editId="49DA3BC5">
                  <wp:extent cx="882650" cy="1239520"/>
                  <wp:effectExtent l="0" t="0" r="0" b="0"/>
                  <wp:docPr id="543198446" name="Picture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543198446" name="Picture 543198446"/>
                          <pic:cNvPicPr/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882650" cy="123952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8030" w:type="dxa"/>
            <w:gridSpan w:val="3"/>
            <w:shd w:val="clear" w:color="auto" w:fill="F0F0F0"/>
          </w:tcPr>
          <w:p w14:paraId="66E97BC1" w14:textId="4BC49018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Județul</w:t>
            </w:r>
            <w:proofErr w:type="spellEnd"/>
            <w:r w:rsidR="003B4ADB">
              <w:rPr>
                <w:b/>
                <w:color w:val="0D5F78"/>
              </w:rPr>
              <w:t xml:space="preserve"> </w:t>
            </w:r>
            <w:r w:rsidR="003B4ADB" w:rsidRPr="003B4ADB">
              <w:rPr>
                <w:b/>
                <w:color w:val="0D5F78"/>
              </w:rPr>
              <w:t>BACÂU</w:t>
            </w:r>
          </w:p>
          <w:p w14:paraId="263D9566" w14:textId="77777777" w:rsidR="00AD35FD" w:rsidRDefault="00AD35FD">
            <w:pPr>
              <w:keepNext/>
            </w:pPr>
          </w:p>
        </w:tc>
      </w:tr>
      <w:tr w:rsidR="00AD35FD" w14:paraId="4CF39563" w14:textId="77777777">
        <w:trPr>
          <w:cantSplit/>
          <w:trHeight w:val="510"/>
        </w:trPr>
        <w:tc>
          <w:tcPr>
            <w:tcW w:w="1606" w:type="dxa"/>
            <w:vMerge/>
          </w:tcPr>
          <w:p w14:paraId="46929F1C" w14:textId="77777777" w:rsidR="00AD35FD" w:rsidRDefault="00AD35FD"/>
        </w:tc>
        <w:tc>
          <w:tcPr>
            <w:tcW w:w="8030" w:type="dxa"/>
            <w:gridSpan w:val="3"/>
            <w:shd w:val="clear" w:color="auto" w:fill="F0F0F0"/>
          </w:tcPr>
          <w:p w14:paraId="411B3CAD" w14:textId="17906F2D" w:rsidR="00AD35FD" w:rsidRDefault="003B4ADB">
            <w:pPr>
              <w:keepNext/>
            </w:pPr>
            <w:r w:rsidRPr="003B4ADB">
              <w:rPr>
                <w:b/>
                <w:color w:val="0D5F78"/>
              </w:rPr>
              <w:t>PRIMĂRIA MUNICIPIULUI ONEȘTI</w:t>
            </w:r>
          </w:p>
        </w:tc>
      </w:tr>
      <w:tr w:rsidR="00AD35FD" w14:paraId="75D900BC" w14:textId="77777777">
        <w:trPr>
          <w:cantSplit/>
          <w:trHeight w:val="510"/>
        </w:trPr>
        <w:tc>
          <w:tcPr>
            <w:tcW w:w="1606" w:type="dxa"/>
            <w:vMerge/>
          </w:tcPr>
          <w:p w14:paraId="37B6CDF5" w14:textId="77777777" w:rsidR="00AD35FD" w:rsidRDefault="00AD35FD"/>
        </w:tc>
        <w:tc>
          <w:tcPr>
            <w:tcW w:w="2409" w:type="dxa"/>
            <w:shd w:val="clear" w:color="auto" w:fill="F0F0F0"/>
          </w:tcPr>
          <w:p w14:paraId="7B08056B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Cod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identificare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fiscală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(CIF)</w:t>
            </w:r>
          </w:p>
          <w:p w14:paraId="7DC4DCC4" w14:textId="56A0CA80" w:rsidR="00AD35FD" w:rsidRPr="007050CD" w:rsidRDefault="003B4ADB">
            <w:pPr>
              <w:keepNext/>
              <w:rPr>
                <w:lang w:val="fr-FR"/>
              </w:rPr>
            </w:pPr>
            <w:r w:rsidRPr="003B4ADB">
              <w:rPr>
                <w:lang w:val="fr-FR"/>
              </w:rPr>
              <w:t>4353250</w:t>
            </w:r>
          </w:p>
        </w:tc>
        <w:tc>
          <w:tcPr>
            <w:tcW w:w="5621" w:type="dxa"/>
            <w:gridSpan w:val="2"/>
            <w:shd w:val="clear" w:color="auto" w:fill="F0F0F0"/>
          </w:tcPr>
          <w:p w14:paraId="045657FF" w14:textId="77777777" w:rsidR="00AD35FD" w:rsidRDefault="00000000">
            <w:pPr>
              <w:keepNext/>
            </w:pPr>
            <w:proofErr w:type="spellStart"/>
            <w:r>
              <w:rPr>
                <w:b/>
                <w:color w:val="0D5F78"/>
              </w:rPr>
              <w:t>Adresa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oficială</w:t>
            </w:r>
            <w:proofErr w:type="spellEnd"/>
          </w:p>
          <w:p w14:paraId="1C11E709" w14:textId="7411CA61" w:rsidR="00AD35FD" w:rsidRDefault="003B4ADB">
            <w:pPr>
              <w:keepNext/>
            </w:pPr>
            <w:proofErr w:type="spellStart"/>
            <w:r w:rsidRPr="003B4ADB">
              <w:rPr>
                <w:i/>
                <w:color w:val="7A7A7A"/>
              </w:rPr>
              <w:t>Bd.Oituz</w:t>
            </w:r>
            <w:proofErr w:type="spellEnd"/>
            <w:r w:rsidRPr="003B4ADB">
              <w:rPr>
                <w:i/>
                <w:color w:val="7A7A7A"/>
              </w:rPr>
              <w:t xml:space="preserve">, nr.17, </w:t>
            </w:r>
            <w:proofErr w:type="spellStart"/>
            <w:r w:rsidRPr="003B4ADB">
              <w:rPr>
                <w:i/>
                <w:color w:val="7A7A7A"/>
              </w:rPr>
              <w:t>Onețti</w:t>
            </w:r>
            <w:proofErr w:type="spellEnd"/>
            <w:r w:rsidRPr="003B4ADB">
              <w:rPr>
                <w:i/>
                <w:color w:val="7A7A7A"/>
              </w:rPr>
              <w:t xml:space="preserve">; </w:t>
            </w:r>
            <w:proofErr w:type="spellStart"/>
            <w:r w:rsidRPr="003B4ADB">
              <w:rPr>
                <w:i/>
                <w:color w:val="7A7A7A"/>
              </w:rPr>
              <w:t>telefon</w:t>
            </w:r>
            <w:proofErr w:type="spellEnd"/>
            <w:r w:rsidRPr="003B4ADB">
              <w:rPr>
                <w:i/>
                <w:color w:val="7A7A7A"/>
              </w:rPr>
              <w:t>: 0234-324243; e-mail: primarie@onesti.ro</w:t>
            </w:r>
          </w:p>
        </w:tc>
      </w:tr>
      <w:tr w:rsidR="00AD35FD" w14:paraId="20852B2C" w14:textId="77777777">
        <w:trPr>
          <w:cantSplit/>
          <w:trHeight w:val="510"/>
        </w:trPr>
        <w:tc>
          <w:tcPr>
            <w:tcW w:w="1606" w:type="dxa"/>
            <w:vMerge/>
          </w:tcPr>
          <w:p w14:paraId="20FE1C8B" w14:textId="77777777" w:rsidR="00AD35FD" w:rsidRDefault="00AD35FD"/>
        </w:tc>
        <w:tc>
          <w:tcPr>
            <w:tcW w:w="4818" w:type="dxa"/>
            <w:gridSpan w:val="2"/>
            <w:shd w:val="clear" w:color="auto" w:fill="F0F0F0"/>
          </w:tcPr>
          <w:p w14:paraId="4F99B7D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 de înregistrare</w:t>
            </w:r>
          </w:p>
          <w:p w14:paraId="572FA267" w14:textId="77777777" w:rsidR="00AD35FD" w:rsidRDefault="00AD35FD">
            <w:pPr>
              <w:keepNext/>
            </w:pPr>
          </w:p>
        </w:tc>
        <w:tc>
          <w:tcPr>
            <w:tcW w:w="3212" w:type="dxa"/>
            <w:shd w:val="clear" w:color="auto" w:fill="F0F0F0"/>
          </w:tcPr>
          <w:p w14:paraId="597632B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Data</w:t>
            </w:r>
          </w:p>
          <w:p w14:paraId="26839202" w14:textId="77777777" w:rsidR="00AD35FD" w:rsidRDefault="00AD35FD">
            <w:pPr>
              <w:keepNext/>
            </w:pPr>
          </w:p>
        </w:tc>
      </w:tr>
      <w:tr w:rsidR="00AD35FD" w:rsidRPr="005E6036" w14:paraId="40A3F398" w14:textId="77777777">
        <w:trPr>
          <w:cantSplit/>
        </w:trPr>
        <w:tc>
          <w:tcPr>
            <w:tcW w:w="9636" w:type="dxa"/>
            <w:gridSpan w:val="4"/>
            <w:shd w:val="clear" w:color="auto" w:fill="F0F0F0"/>
          </w:tcPr>
          <w:p w14:paraId="2FD605A9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gramStart"/>
            <w:r w:rsidRPr="007050CD">
              <w:rPr>
                <w:i/>
                <w:color w:val="595959"/>
                <w:lang w:val="fr-FR"/>
              </w:rPr>
              <w:t>se</w:t>
            </w:r>
            <w:proofErr w:type="gram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completează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de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autoritate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—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solicitantul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nu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scrie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în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această</w:t>
            </w:r>
            <w:proofErr w:type="spellEnd"/>
            <w:r w:rsidRPr="007050CD">
              <w:rPr>
                <w:i/>
                <w:color w:val="595959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595959"/>
                <w:lang w:val="fr-FR"/>
              </w:rPr>
              <w:t>zonă</w:t>
            </w:r>
            <w:proofErr w:type="spellEnd"/>
          </w:p>
        </w:tc>
      </w:tr>
    </w:tbl>
    <w:p w14:paraId="58FEB982" w14:textId="77777777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ÎNȘTIINȚARE</w:t>
      </w:r>
    </w:p>
    <w:p w14:paraId="3F1F960E" w14:textId="77777777" w:rsidR="00AD35FD" w:rsidRDefault="00000000">
      <w:pPr>
        <w:spacing w:after="120"/>
        <w:jc w:val="center"/>
      </w:pPr>
      <w:r>
        <w:rPr>
          <w:sz w:val="19"/>
        </w:rPr>
        <w:t>privind încheierea execuției lucrărilor</w:t>
      </w:r>
    </w:p>
    <w:p w14:paraId="39CC6B28" w14:textId="77777777" w:rsidR="00AD35FD" w:rsidRDefault="00AD35FD">
      <w:pPr>
        <w:spacing w:after="60"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9636"/>
      </w:tblGrid>
      <w:tr w:rsidR="00AD35FD" w14:paraId="5D5D5660" w14:textId="77777777">
        <w:trPr>
          <w:cantSplit/>
        </w:trPr>
        <w:tc>
          <w:tcPr>
            <w:tcW w:w="9636" w:type="dxa"/>
            <w:shd w:val="clear" w:color="auto" w:fill="F4F4F4"/>
          </w:tcPr>
          <w:p w14:paraId="7237AFB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1. </w:t>
            </w:r>
            <w:r>
              <w:rPr>
                <w:b/>
                <w:color w:val="000000"/>
                <w:sz w:val="18"/>
              </w:rPr>
              <w:t>CĂTRE</w:t>
            </w:r>
          </w:p>
        </w:tc>
      </w:tr>
      <w:tr w:rsidR="00AD35FD" w:rsidRPr="007050CD" w14:paraId="6E6DD37F" w14:textId="77777777">
        <w:trPr>
          <w:cantSplit/>
          <w:trHeight w:val="510"/>
        </w:trPr>
        <w:tc>
          <w:tcPr>
            <w:tcW w:w="9636" w:type="dxa"/>
          </w:tcPr>
          <w:p w14:paraId="29E26C9F" w14:textId="77777777" w:rsidR="00AD35FD" w:rsidRPr="007050CD" w:rsidRDefault="00AD35FD" w:rsidP="007050CD">
            <w:pPr>
              <w:keepNext/>
              <w:rPr>
                <w:lang w:val="fr-FR"/>
              </w:rPr>
            </w:pPr>
          </w:p>
        </w:tc>
      </w:tr>
      <w:tr w:rsidR="00AD35FD" w:rsidRPr="007050CD" w14:paraId="6859A31D" w14:textId="77777777">
        <w:trPr>
          <w:cantSplit/>
        </w:trPr>
        <w:tc>
          <w:tcPr>
            <w:tcW w:w="9636" w:type="dxa"/>
            <w:shd w:val="clear" w:color="auto" w:fill="F4F4F4"/>
          </w:tcPr>
          <w:p w14:paraId="065790C6" w14:textId="169ECA0F" w:rsidR="00AD35FD" w:rsidRPr="005E6036" w:rsidRDefault="00000000">
            <w:pPr>
              <w:spacing w:line="228" w:lineRule="auto"/>
            </w:pPr>
            <w:proofErr w:type="spellStart"/>
            <w:r w:rsidRPr="005E6036">
              <w:t>Cererea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va</w:t>
            </w:r>
            <w:proofErr w:type="spellEnd"/>
            <w:r w:rsidRPr="005E6036">
              <w:t xml:space="preserve"> fi</w:t>
            </w:r>
            <w:r w:rsidR="007050CD" w:rsidRPr="005E6036">
              <w:t xml:space="preserve"> </w:t>
            </w:r>
            <w:proofErr w:type="spellStart"/>
            <w:r w:rsidR="007050CD" w:rsidRPr="005E6036">
              <w:t>adresată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către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președintele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consiliului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județean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general,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de sector </w:t>
            </w:r>
            <w:proofErr w:type="spellStart"/>
            <w:r w:rsidRPr="005E6036">
              <w:t>sau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primarul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municipiului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orașului</w:t>
            </w:r>
            <w:proofErr w:type="spellEnd"/>
            <w:r w:rsidRPr="005E6036">
              <w:t xml:space="preserve"> / </w:t>
            </w:r>
            <w:proofErr w:type="spellStart"/>
            <w:r w:rsidRPr="005E6036">
              <w:t>comunei</w:t>
            </w:r>
            <w:proofErr w:type="spellEnd"/>
            <w:r w:rsidRPr="005E6036">
              <w:t xml:space="preserve">, </w:t>
            </w:r>
            <w:proofErr w:type="spellStart"/>
            <w:r w:rsidRPr="005E6036">
              <w:t>după</w:t>
            </w:r>
            <w:proofErr w:type="spellEnd"/>
            <w:r w:rsidRPr="005E6036">
              <w:t xml:space="preserve"> </w:t>
            </w:r>
            <w:proofErr w:type="spellStart"/>
            <w:r w:rsidRPr="005E6036">
              <w:t>caz</w:t>
            </w:r>
            <w:proofErr w:type="spellEnd"/>
            <w:r w:rsidRPr="005E6036">
              <w:t>.</w:t>
            </w:r>
          </w:p>
        </w:tc>
      </w:tr>
    </w:tbl>
    <w:p w14:paraId="51D38FA9" w14:textId="77777777" w:rsidR="00AD35FD" w:rsidRPr="005E6036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803"/>
        <w:gridCol w:w="803"/>
        <w:gridCol w:w="803"/>
        <w:gridCol w:w="803"/>
        <w:gridCol w:w="1606"/>
        <w:gridCol w:w="1606"/>
      </w:tblGrid>
      <w:tr w:rsidR="00AD35FD" w14:paraId="46CB8761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3C3B3776" w14:textId="77777777" w:rsidR="00AD35FD" w:rsidRDefault="00000000">
            <w:pPr>
              <w:keepNext/>
            </w:pPr>
            <w:r w:rsidRPr="005E6036">
              <w:rPr>
                <w:b/>
                <w:sz w:val="16"/>
              </w:rPr>
              <w:t xml:space="preserve"> </w:t>
            </w:r>
            <w:r>
              <w:rPr>
                <w:b/>
                <w:sz w:val="16"/>
              </w:rPr>
              <w:t xml:space="preserve">2. </w:t>
            </w:r>
            <w:r>
              <w:rPr>
                <w:b/>
                <w:color w:val="000000"/>
                <w:sz w:val="18"/>
              </w:rPr>
              <w:t>SOLICITANTUL</w:t>
            </w:r>
          </w:p>
        </w:tc>
      </w:tr>
      <w:tr w:rsidR="00AD35FD" w14:paraId="32169DFD" w14:textId="77777777">
        <w:trPr>
          <w:cantSplit/>
          <w:trHeight w:val="510"/>
        </w:trPr>
        <w:tc>
          <w:tcPr>
            <w:tcW w:w="5621" w:type="dxa"/>
            <w:gridSpan w:val="5"/>
          </w:tcPr>
          <w:p w14:paraId="0915621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Nume și prenume</w:t>
            </w:r>
          </w:p>
          <w:p w14:paraId="1460DBA2" w14:textId="77777777" w:rsidR="00AD35FD" w:rsidRDefault="00AD35FD">
            <w:pPr>
              <w:keepNext/>
            </w:pPr>
          </w:p>
        </w:tc>
        <w:tc>
          <w:tcPr>
            <w:tcW w:w="4015" w:type="dxa"/>
            <w:gridSpan w:val="3"/>
          </w:tcPr>
          <w:p w14:paraId="62D69012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CNP</w:t>
            </w:r>
          </w:p>
          <w:p w14:paraId="5C61E18C" w14:textId="77777777" w:rsidR="00AD35FD" w:rsidRDefault="00AD35FD">
            <w:pPr>
              <w:keepNext/>
            </w:pPr>
          </w:p>
        </w:tc>
      </w:tr>
      <w:tr w:rsidR="00AD35FD" w14:paraId="2BC6EF7D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8B7BC7E" w14:textId="77777777" w:rsidR="00AD35FD" w:rsidRDefault="00000000">
            <w:pPr>
              <w:keepNext/>
            </w:pPr>
            <w:r>
              <w:rPr>
                <w:sz w:val="16"/>
              </w:rPr>
              <w:t xml:space="preserve"> Act de identitate</w:t>
            </w:r>
          </w:p>
        </w:tc>
      </w:tr>
      <w:tr w:rsidR="00AD35FD" w14:paraId="1EDA1342" w14:textId="77777777">
        <w:trPr>
          <w:cantSplit/>
          <w:trHeight w:val="510"/>
        </w:trPr>
        <w:tc>
          <w:tcPr>
            <w:tcW w:w="1606" w:type="dxa"/>
          </w:tcPr>
          <w:p w14:paraId="09DE4D5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Seria</w:t>
            </w:r>
          </w:p>
          <w:p w14:paraId="304A3F5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2B6D286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Numărul</w:t>
            </w:r>
          </w:p>
          <w:p w14:paraId="15B2CC0F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5"/>
          </w:tcPr>
          <w:p w14:paraId="074B257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Eliberat de</w:t>
            </w:r>
          </w:p>
          <w:p w14:paraId="68E9A4D7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6665BF0B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La data</w:t>
            </w:r>
          </w:p>
          <w:p w14:paraId="685EFB42" w14:textId="77777777" w:rsidR="00AD35FD" w:rsidRDefault="00AD35FD">
            <w:pPr>
              <w:keepNext/>
            </w:pPr>
          </w:p>
        </w:tc>
      </w:tr>
      <w:tr w:rsidR="00AD35FD" w14:paraId="32CEFBE2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2F217D41" w14:textId="77777777" w:rsidR="00AD35FD" w:rsidRDefault="00000000">
            <w:pPr>
              <w:keepNext/>
            </w:pPr>
            <w:r>
              <w:rPr>
                <w:sz w:val="16"/>
              </w:rPr>
              <w:t xml:space="preserve"> Domiciliul</w:t>
            </w:r>
          </w:p>
        </w:tc>
      </w:tr>
      <w:tr w:rsidR="00AD35FD" w14:paraId="5155AE8F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49A1DBB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Județul</w:t>
            </w:r>
          </w:p>
          <w:p w14:paraId="6176509F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4"/>
          </w:tcPr>
          <w:p w14:paraId="12FFC18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Municipiul / orașul / comuna</w:t>
            </w:r>
          </w:p>
          <w:p w14:paraId="78AF07E4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DCE9F1A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Satul / sectorul</w:t>
            </w:r>
          </w:p>
          <w:p w14:paraId="2ABA8A3A" w14:textId="77777777" w:rsidR="00AD35FD" w:rsidRDefault="00AD35FD">
            <w:pPr>
              <w:keepNext/>
            </w:pPr>
          </w:p>
        </w:tc>
      </w:tr>
      <w:tr w:rsidR="00AD35FD" w14:paraId="40628C12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F16757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BA56E68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1489889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B4ABA2F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7CD5A464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Sc.</w:t>
            </w:r>
          </w:p>
          <w:p w14:paraId="2B109255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35CA800D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Et.</w:t>
            </w:r>
          </w:p>
          <w:p w14:paraId="349F3CE7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5BF03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Ap.</w:t>
            </w:r>
          </w:p>
          <w:p w14:paraId="2A6186CA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7A7CC008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1EDFEC25" w14:textId="77777777" w:rsidR="00AD35FD" w:rsidRDefault="00AD35FD">
            <w:pPr>
              <w:keepNext/>
            </w:pPr>
          </w:p>
        </w:tc>
        <w:tc>
          <w:tcPr>
            <w:tcW w:w="1606" w:type="dxa"/>
          </w:tcPr>
          <w:p w14:paraId="0F72F70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Țara</w:t>
            </w:r>
          </w:p>
          <w:p w14:paraId="487B61C5" w14:textId="77777777" w:rsidR="00AD35FD" w:rsidRDefault="00AD35FD">
            <w:pPr>
              <w:keepNext/>
            </w:pPr>
          </w:p>
        </w:tc>
      </w:tr>
      <w:tr w:rsidR="00AD35FD" w14:paraId="025BF65F" w14:textId="77777777">
        <w:trPr>
          <w:cantSplit/>
        </w:trPr>
        <w:tc>
          <w:tcPr>
            <w:tcW w:w="9636" w:type="dxa"/>
            <w:gridSpan w:val="8"/>
            <w:shd w:val="clear" w:color="auto" w:fill="F4F4F4"/>
          </w:tcPr>
          <w:p w14:paraId="1FA46FA6" w14:textId="77777777" w:rsidR="00AD35FD" w:rsidRDefault="00000000">
            <w:pPr>
              <w:keepNext/>
            </w:pPr>
            <w:r>
              <w:rPr>
                <w:sz w:val="16"/>
              </w:rPr>
              <w:t xml:space="preserve"> Date de contact</w:t>
            </w:r>
          </w:p>
        </w:tc>
      </w:tr>
      <w:tr w:rsidR="00AD35FD" w14:paraId="3F62D549" w14:textId="77777777">
        <w:trPr>
          <w:cantSplit/>
          <w:trHeight w:val="510"/>
        </w:trPr>
        <w:tc>
          <w:tcPr>
            <w:tcW w:w="4015" w:type="dxa"/>
            <w:gridSpan w:val="3"/>
          </w:tcPr>
          <w:p w14:paraId="1D073D6E" w14:textId="77777777" w:rsidR="00AD35FD" w:rsidRDefault="00000000">
            <w:r>
              <w:rPr>
                <w:b/>
                <w:color w:val="0D5F78"/>
              </w:rPr>
              <w:t>Telefon / fax</w:t>
            </w:r>
          </w:p>
          <w:p w14:paraId="39CC712B" w14:textId="77777777" w:rsidR="00AD35FD" w:rsidRDefault="00AD35FD"/>
        </w:tc>
        <w:tc>
          <w:tcPr>
            <w:tcW w:w="5621" w:type="dxa"/>
            <w:gridSpan w:val="5"/>
          </w:tcPr>
          <w:p w14:paraId="731E3EAF" w14:textId="77777777" w:rsidR="00AD35FD" w:rsidRDefault="00000000">
            <w:r>
              <w:rPr>
                <w:b/>
                <w:color w:val="0D5F78"/>
              </w:rPr>
              <w:t>E-mail</w:t>
            </w:r>
          </w:p>
          <w:p w14:paraId="6A57A506" w14:textId="77777777" w:rsidR="00AD35FD" w:rsidRDefault="00AD35FD"/>
        </w:tc>
      </w:tr>
    </w:tbl>
    <w:p w14:paraId="4D9D1FE5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2409"/>
        <w:gridCol w:w="5621"/>
      </w:tblGrid>
      <w:tr w:rsidR="00AD35FD" w:rsidRPr="005E6036" w14:paraId="0CCD3AD7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FDD6DE2" w14:textId="77777777" w:rsidR="00AD35FD" w:rsidRPr="007050CD" w:rsidRDefault="00000000">
            <w:pPr>
              <w:keepNext/>
              <w:rPr>
                <w:lang w:val="fr-FR"/>
              </w:rPr>
            </w:pPr>
            <w:r w:rsidRPr="007050CD">
              <w:rPr>
                <w:b/>
                <w:sz w:val="16"/>
                <w:lang w:val="fr-FR"/>
              </w:rPr>
              <w:t xml:space="preserve"> 3. </w:t>
            </w:r>
            <w:r w:rsidRPr="007050CD">
              <w:rPr>
                <w:b/>
                <w:color w:val="000000"/>
                <w:sz w:val="18"/>
                <w:lang w:val="fr-FR"/>
              </w:rPr>
              <w:t>TITULAR AL AUTORIZAȚIEI DE CONSTRUIRE / DESFIINȚARE</w:t>
            </w:r>
          </w:p>
        </w:tc>
      </w:tr>
      <w:tr w:rsidR="00AD35FD" w14:paraId="587E3C10" w14:textId="77777777">
        <w:trPr>
          <w:cantSplit/>
          <w:trHeight w:val="510"/>
        </w:trPr>
        <w:tc>
          <w:tcPr>
            <w:tcW w:w="1606" w:type="dxa"/>
          </w:tcPr>
          <w:p w14:paraId="38570560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7D760159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331EAC7E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Din data</w:t>
            </w:r>
          </w:p>
          <w:p w14:paraId="3ACC2CAC" w14:textId="77777777" w:rsidR="00AD35FD" w:rsidRDefault="00AD35FD">
            <w:pPr>
              <w:keepNext/>
            </w:pPr>
          </w:p>
        </w:tc>
        <w:tc>
          <w:tcPr>
            <w:tcW w:w="5621" w:type="dxa"/>
          </w:tcPr>
          <w:p w14:paraId="45DAA69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Emisă de</w:t>
            </w:r>
          </w:p>
          <w:p w14:paraId="7035BC1B" w14:textId="77777777" w:rsidR="00AD35FD" w:rsidRDefault="00AD35FD">
            <w:pPr>
              <w:keepNext/>
            </w:pPr>
          </w:p>
        </w:tc>
      </w:tr>
      <w:tr w:rsidR="00AD35FD" w14:paraId="24AC54C1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7DD30D26" w14:textId="77777777" w:rsidR="00AD35FD" w:rsidRDefault="00000000">
            <w:pPr>
              <w:keepNext/>
            </w:pPr>
            <w:r>
              <w:rPr>
                <w:sz w:val="16"/>
              </w:rPr>
              <w:t xml:space="preserve"> emisă pentru executarea lucrărilor de construcții privind construirea / desființarea construcțiilor și amenajărilor</w:t>
            </w:r>
          </w:p>
        </w:tc>
      </w:tr>
      <w:tr w:rsidR="00AD35FD" w:rsidRPr="005E6036" w14:paraId="14CEAA34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023C43F6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Denumirea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,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capacitatea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și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categoria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din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autorizație</w:t>
            </w:r>
            <w:proofErr w:type="spellEnd"/>
          </w:p>
          <w:p w14:paraId="5D07F1A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</w:tr>
      <w:tr w:rsidR="00AD35FD" w14:paraId="0BCFAFD1" w14:textId="77777777">
        <w:trPr>
          <w:cantSplit/>
          <w:trHeight w:val="510"/>
        </w:trPr>
        <w:tc>
          <w:tcPr>
            <w:tcW w:w="9636" w:type="dxa"/>
            <w:gridSpan w:val="3"/>
          </w:tcPr>
          <w:p w14:paraId="57645425" w14:textId="77777777" w:rsidR="00AD35FD" w:rsidRDefault="00000000">
            <w:proofErr w:type="spellStart"/>
            <w:r>
              <w:rPr>
                <w:b/>
                <w:color w:val="0D5F78"/>
              </w:rPr>
              <w:t>în</w:t>
            </w:r>
            <w:proofErr w:type="spellEnd"/>
            <w:r>
              <w:rPr>
                <w:b/>
                <w:color w:val="0D5F78"/>
              </w:rPr>
              <w:t xml:space="preserve"> </w:t>
            </w:r>
            <w:proofErr w:type="spellStart"/>
            <w:r>
              <w:rPr>
                <w:b/>
                <w:color w:val="0D5F78"/>
              </w:rPr>
              <w:t>valoare</w:t>
            </w:r>
            <w:proofErr w:type="spellEnd"/>
            <w:r>
              <w:rPr>
                <w:b/>
                <w:color w:val="0D5F78"/>
              </w:rPr>
              <w:t xml:space="preserve"> de (lei)</w:t>
            </w:r>
          </w:p>
          <w:p w14:paraId="3EFD05AE" w14:textId="77777777" w:rsidR="00AD35FD" w:rsidRDefault="00AD35FD"/>
        </w:tc>
      </w:tr>
    </w:tbl>
    <w:p w14:paraId="6F25DA33" w14:textId="48CBC554" w:rsidR="00AD35FD" w:rsidRPr="005E6036" w:rsidRDefault="00000000" w:rsidP="007050CD">
      <w:pPr>
        <w:spacing w:before="140" w:after="40"/>
        <w:jc w:val="center"/>
        <w:rPr>
          <w:sz w:val="28"/>
          <w:szCs w:val="28"/>
        </w:rPr>
      </w:pPr>
      <w:r w:rsidRPr="005E6036">
        <w:rPr>
          <w:b/>
          <w:sz w:val="28"/>
          <w:szCs w:val="28"/>
        </w:rPr>
        <w:t>ADUC LA CUNOȘTINȚĂ</w:t>
      </w: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2409"/>
        <w:gridCol w:w="1606"/>
        <w:gridCol w:w="5621"/>
      </w:tblGrid>
      <w:tr w:rsidR="00AD35FD" w14:paraId="43F9191F" w14:textId="77777777">
        <w:trPr>
          <w:cantSplit/>
          <w:trHeight w:val="510"/>
        </w:trPr>
        <w:tc>
          <w:tcPr>
            <w:tcW w:w="2409" w:type="dxa"/>
          </w:tcPr>
          <w:p w14:paraId="1A30CAD2" w14:textId="77777777" w:rsidR="00AD35FD" w:rsidRDefault="00000000">
            <w:r>
              <w:rPr>
                <w:b/>
                <w:color w:val="0D5F78"/>
              </w:rPr>
              <w:t>Că la data de</w:t>
            </w:r>
          </w:p>
          <w:p w14:paraId="5CE18A2B" w14:textId="77777777" w:rsidR="00AD35FD" w:rsidRDefault="00AD35FD"/>
        </w:tc>
        <w:tc>
          <w:tcPr>
            <w:tcW w:w="1606" w:type="dxa"/>
          </w:tcPr>
          <w:p w14:paraId="537E7015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349EB503" w14:textId="77777777" w:rsidR="00AD35FD" w:rsidRDefault="00AD35FD"/>
        </w:tc>
        <w:tc>
          <w:tcPr>
            <w:tcW w:w="5621" w:type="dxa"/>
          </w:tcPr>
          <w:p w14:paraId="479316B2" w14:textId="77777777" w:rsidR="00AD35FD" w:rsidRPr="007050CD" w:rsidRDefault="00000000">
            <w:pPr>
              <w:rPr>
                <w:lang w:val="fr-FR"/>
              </w:rPr>
            </w:pPr>
            <w:proofErr w:type="gramStart"/>
            <w:r w:rsidRPr="007050CD">
              <w:rPr>
                <w:b/>
                <w:color w:val="0D5F78"/>
                <w:lang w:val="fr-FR"/>
              </w:rPr>
              <w:t>au</w:t>
            </w:r>
            <w:proofErr w:type="gram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fost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finalizate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construcții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autorizate</w:t>
            </w:r>
            <w:proofErr w:type="spellEnd"/>
          </w:p>
          <w:p w14:paraId="70DA8600" w14:textId="77777777" w:rsidR="00AD35FD" w:rsidRDefault="00000000">
            <w:proofErr w:type="spellStart"/>
            <w:r>
              <w:rPr>
                <w:i/>
                <w:color w:val="7A7A7A"/>
              </w:rPr>
              <w:t>pentru</w:t>
            </w:r>
            <w:proofErr w:type="spellEnd"/>
            <w:r>
              <w:rPr>
                <w:i/>
                <w:color w:val="7A7A7A"/>
              </w:rPr>
              <w:t xml:space="preserve"> </w:t>
            </w:r>
            <w:proofErr w:type="spellStart"/>
            <w:r>
              <w:rPr>
                <w:i/>
                <w:color w:val="7A7A7A"/>
              </w:rPr>
              <w:t>imobilul</w:t>
            </w:r>
            <w:proofErr w:type="spellEnd"/>
            <w:r>
              <w:rPr>
                <w:i/>
                <w:color w:val="7A7A7A"/>
              </w:rPr>
              <w:t xml:space="preserve"> de </w:t>
            </w:r>
            <w:proofErr w:type="spellStart"/>
            <w:r>
              <w:rPr>
                <w:i/>
                <w:color w:val="7A7A7A"/>
              </w:rPr>
              <w:t>mai</w:t>
            </w:r>
            <w:proofErr w:type="spellEnd"/>
            <w:r>
              <w:rPr>
                <w:i/>
                <w:color w:val="7A7A7A"/>
              </w:rPr>
              <w:t xml:space="preserve"> jos</w:t>
            </w:r>
          </w:p>
          <w:p w14:paraId="0A5397F4" w14:textId="77777777" w:rsidR="00AD35FD" w:rsidRDefault="00AD35FD"/>
        </w:tc>
      </w:tr>
    </w:tbl>
    <w:p w14:paraId="46459DEB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1606"/>
        <w:gridCol w:w="2409"/>
        <w:gridCol w:w="803"/>
        <w:gridCol w:w="803"/>
        <w:gridCol w:w="2409"/>
      </w:tblGrid>
      <w:tr w:rsidR="00AD35FD" w14:paraId="503B36F7" w14:textId="77777777">
        <w:trPr>
          <w:cantSplit/>
        </w:trPr>
        <w:tc>
          <w:tcPr>
            <w:tcW w:w="9636" w:type="dxa"/>
            <w:gridSpan w:val="6"/>
            <w:shd w:val="clear" w:color="auto" w:fill="F4F4F4"/>
          </w:tcPr>
          <w:p w14:paraId="77C80A2C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4. </w:t>
            </w:r>
            <w:r>
              <w:rPr>
                <w:b/>
                <w:color w:val="000000"/>
                <w:sz w:val="18"/>
              </w:rPr>
              <w:t>IMOBILUL</w:t>
            </w:r>
          </w:p>
        </w:tc>
      </w:tr>
      <w:tr w:rsidR="00AD35FD" w14:paraId="6246E343" w14:textId="77777777">
        <w:trPr>
          <w:cantSplit/>
        </w:trPr>
        <w:tc>
          <w:tcPr>
            <w:tcW w:w="9636" w:type="dxa"/>
            <w:gridSpan w:val="6"/>
          </w:tcPr>
          <w:p w14:paraId="0AB87AAD" w14:textId="77777777" w:rsidR="00AD35FD" w:rsidRDefault="00000000">
            <w:pPr>
              <w:keepNext/>
            </w:pPr>
            <w:r>
              <w:rPr>
                <w:sz w:val="16"/>
              </w:rPr>
              <w:t xml:space="preserve"> ☐ teren     ☐ construcții</w:t>
            </w:r>
          </w:p>
        </w:tc>
      </w:tr>
      <w:tr w:rsidR="00AD35FD" w14:paraId="53BDC58A" w14:textId="77777777">
        <w:trPr>
          <w:cantSplit/>
          <w:trHeight w:val="510"/>
        </w:trPr>
        <w:tc>
          <w:tcPr>
            <w:tcW w:w="3212" w:type="dxa"/>
            <w:gridSpan w:val="2"/>
          </w:tcPr>
          <w:p w14:paraId="548965D1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Județ</w:t>
            </w:r>
          </w:p>
          <w:p w14:paraId="3613F305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365ED67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Municipiu / oraș / comună</w:t>
            </w:r>
          </w:p>
          <w:p w14:paraId="6F56704A" w14:textId="77777777" w:rsidR="00AD35FD" w:rsidRDefault="00AD35FD">
            <w:pPr>
              <w:keepNext/>
            </w:pPr>
          </w:p>
        </w:tc>
        <w:tc>
          <w:tcPr>
            <w:tcW w:w="3212" w:type="dxa"/>
            <w:gridSpan w:val="2"/>
          </w:tcPr>
          <w:p w14:paraId="621EB7A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Sat / sector</w:t>
            </w:r>
          </w:p>
          <w:p w14:paraId="4F784361" w14:textId="77777777" w:rsidR="00AD35FD" w:rsidRDefault="00AD35FD">
            <w:pPr>
              <w:keepNext/>
            </w:pPr>
          </w:p>
        </w:tc>
      </w:tr>
      <w:tr w:rsidR="00AD35FD" w14:paraId="2BC39562" w14:textId="77777777">
        <w:trPr>
          <w:cantSplit/>
          <w:trHeight w:val="510"/>
        </w:trPr>
        <w:tc>
          <w:tcPr>
            <w:tcW w:w="1606" w:type="dxa"/>
          </w:tcPr>
          <w:p w14:paraId="32502F27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Cod poștal</w:t>
            </w:r>
          </w:p>
          <w:p w14:paraId="492DB3D9" w14:textId="77777777" w:rsidR="00AD35FD" w:rsidRDefault="00AD35FD">
            <w:pPr>
              <w:keepNext/>
            </w:pPr>
          </w:p>
        </w:tc>
        <w:tc>
          <w:tcPr>
            <w:tcW w:w="4818" w:type="dxa"/>
            <w:gridSpan w:val="3"/>
          </w:tcPr>
          <w:p w14:paraId="79596D03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Strada</w:t>
            </w:r>
          </w:p>
          <w:p w14:paraId="76B7FC7B" w14:textId="77777777" w:rsidR="00AD35FD" w:rsidRDefault="00AD35FD">
            <w:pPr>
              <w:keepNext/>
            </w:pPr>
          </w:p>
        </w:tc>
        <w:tc>
          <w:tcPr>
            <w:tcW w:w="803" w:type="dxa"/>
          </w:tcPr>
          <w:p w14:paraId="0B5DE63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Nr.</w:t>
            </w:r>
          </w:p>
          <w:p w14:paraId="2C554BE8" w14:textId="77777777" w:rsidR="00AD35FD" w:rsidRDefault="00AD35FD">
            <w:pPr>
              <w:keepNext/>
            </w:pPr>
          </w:p>
        </w:tc>
        <w:tc>
          <w:tcPr>
            <w:tcW w:w="2409" w:type="dxa"/>
          </w:tcPr>
          <w:p w14:paraId="5F4DD626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>Bl. / sc. / et. / ap.</w:t>
            </w:r>
          </w:p>
          <w:p w14:paraId="481D6BF6" w14:textId="77777777" w:rsidR="00AD35FD" w:rsidRDefault="00AD35FD">
            <w:pPr>
              <w:keepNext/>
            </w:pPr>
          </w:p>
        </w:tc>
      </w:tr>
      <w:tr w:rsidR="00AD35FD" w14:paraId="45E2EB9D" w14:textId="77777777">
        <w:trPr>
          <w:cantSplit/>
          <w:trHeight w:val="510"/>
        </w:trPr>
        <w:tc>
          <w:tcPr>
            <w:tcW w:w="5621" w:type="dxa"/>
            <w:gridSpan w:val="3"/>
          </w:tcPr>
          <w:p w14:paraId="0946A25A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r w:rsidRPr="007050CD">
              <w:rPr>
                <w:b/>
                <w:color w:val="0D5F78"/>
                <w:lang w:val="fr-FR"/>
              </w:rPr>
              <w:t>Număr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cadastral</w:t>
            </w:r>
          </w:p>
          <w:p w14:paraId="75CF10B0" w14:textId="77777777" w:rsidR="00AD35FD" w:rsidRPr="007050CD" w:rsidRDefault="00000000">
            <w:pPr>
              <w:keepNext/>
              <w:rPr>
                <w:lang w:val="fr-FR"/>
              </w:rPr>
            </w:pPr>
            <w:proofErr w:type="spellStart"/>
            <w:proofErr w:type="gramStart"/>
            <w:r w:rsidRPr="007050CD">
              <w:rPr>
                <w:i/>
                <w:color w:val="7A7A7A"/>
                <w:lang w:val="fr-FR"/>
              </w:rPr>
              <w:t>dacă</w:t>
            </w:r>
            <w:proofErr w:type="spellEnd"/>
            <w:proofErr w:type="gram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imobilul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înscris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</w:t>
            </w:r>
            <w:proofErr w:type="spellStart"/>
            <w:r w:rsidRPr="007050CD">
              <w:rPr>
                <w:i/>
                <w:color w:val="7A7A7A"/>
                <w:lang w:val="fr-FR"/>
              </w:rPr>
              <w:t>în</w:t>
            </w:r>
            <w:proofErr w:type="spellEnd"/>
            <w:r w:rsidRPr="007050CD">
              <w:rPr>
                <w:i/>
                <w:color w:val="7A7A7A"/>
                <w:lang w:val="fr-FR"/>
              </w:rPr>
              <w:t xml:space="preserve"> e-Terra</w:t>
            </w:r>
          </w:p>
          <w:p w14:paraId="23C02068" w14:textId="77777777" w:rsidR="00AD35FD" w:rsidRPr="007050CD" w:rsidRDefault="00AD35FD">
            <w:pPr>
              <w:keepNext/>
              <w:rPr>
                <w:lang w:val="fr-FR"/>
              </w:rPr>
            </w:pPr>
          </w:p>
        </w:tc>
        <w:tc>
          <w:tcPr>
            <w:tcW w:w="4015" w:type="dxa"/>
            <w:gridSpan w:val="3"/>
          </w:tcPr>
          <w:p w14:paraId="1CA801FC" w14:textId="77777777" w:rsidR="00AD35FD" w:rsidRDefault="00000000">
            <w:pPr>
              <w:keepNext/>
            </w:pPr>
            <w:r>
              <w:rPr>
                <w:b/>
                <w:color w:val="0D5F78"/>
              </w:rPr>
              <w:t xml:space="preserve">Carte </w:t>
            </w:r>
            <w:proofErr w:type="spellStart"/>
            <w:r>
              <w:rPr>
                <w:b/>
                <w:color w:val="0D5F78"/>
              </w:rPr>
              <w:t>funciară</w:t>
            </w:r>
            <w:proofErr w:type="spellEnd"/>
            <w:r>
              <w:rPr>
                <w:b/>
                <w:color w:val="0D5F78"/>
              </w:rPr>
              <w:t xml:space="preserve"> nr.</w:t>
            </w:r>
          </w:p>
          <w:p w14:paraId="7460EFF8" w14:textId="77777777" w:rsidR="00AD35FD" w:rsidRDefault="00AD35FD">
            <w:pPr>
              <w:keepNext/>
            </w:pPr>
          </w:p>
        </w:tc>
      </w:tr>
    </w:tbl>
    <w:p w14:paraId="4310081F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7227"/>
        <w:gridCol w:w="2409"/>
      </w:tblGrid>
      <w:tr w:rsidR="00AD35FD" w14:paraId="00876DD1" w14:textId="77777777">
        <w:trPr>
          <w:cantSplit/>
        </w:trPr>
        <w:tc>
          <w:tcPr>
            <w:tcW w:w="9636" w:type="dxa"/>
            <w:gridSpan w:val="2"/>
            <w:shd w:val="clear" w:color="auto" w:fill="F4F4F4"/>
          </w:tcPr>
          <w:p w14:paraId="591472DD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5. </w:t>
            </w:r>
            <w:r>
              <w:rPr>
                <w:b/>
                <w:color w:val="000000"/>
                <w:sz w:val="18"/>
              </w:rPr>
              <w:t>CONVOCAREA COMISIEI DE RECEPȚIE</w:t>
            </w:r>
          </w:p>
        </w:tc>
      </w:tr>
      <w:tr w:rsidR="00AD35FD" w14:paraId="1EE75B4F" w14:textId="77777777">
        <w:trPr>
          <w:cantSplit/>
          <w:trHeight w:val="510"/>
        </w:trPr>
        <w:tc>
          <w:tcPr>
            <w:tcW w:w="7227" w:type="dxa"/>
          </w:tcPr>
          <w:p w14:paraId="668CA31F" w14:textId="77777777" w:rsidR="00AD35FD" w:rsidRPr="007050CD" w:rsidRDefault="00000000">
            <w:pPr>
              <w:rPr>
                <w:lang w:val="fr-FR"/>
              </w:rPr>
            </w:pPr>
            <w:r w:rsidRPr="007050CD">
              <w:rPr>
                <w:b/>
                <w:color w:val="0D5F78"/>
                <w:lang w:val="fr-FR"/>
              </w:rPr>
              <w:t xml:space="preserve">Se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convoacă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comisia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de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recepție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la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terminarea</w:t>
            </w:r>
            <w:proofErr w:type="spellEnd"/>
            <w:r w:rsidRPr="007050CD">
              <w:rPr>
                <w:b/>
                <w:color w:val="0D5F78"/>
                <w:lang w:val="fr-FR"/>
              </w:rPr>
              <w:t xml:space="preserve"> </w:t>
            </w:r>
            <w:proofErr w:type="spellStart"/>
            <w:r w:rsidRPr="007050CD">
              <w:rPr>
                <w:b/>
                <w:color w:val="0D5F78"/>
                <w:lang w:val="fr-FR"/>
              </w:rPr>
              <w:t>lucrărilor</w:t>
            </w:r>
            <w:proofErr w:type="spellEnd"/>
            <w:r w:rsidRPr="007050CD">
              <w:rPr>
                <w:b/>
                <w:color w:val="0D5F78"/>
                <w:lang w:val="fr-FR"/>
              </w:rPr>
              <w:t>, la data</w:t>
            </w:r>
          </w:p>
          <w:p w14:paraId="3C5ABEF2" w14:textId="77777777" w:rsidR="00AD35FD" w:rsidRPr="007050CD" w:rsidRDefault="00AD35FD">
            <w:pPr>
              <w:rPr>
                <w:lang w:val="fr-FR"/>
              </w:rPr>
            </w:pPr>
          </w:p>
        </w:tc>
        <w:tc>
          <w:tcPr>
            <w:tcW w:w="2409" w:type="dxa"/>
          </w:tcPr>
          <w:p w14:paraId="005C1153" w14:textId="77777777" w:rsidR="00AD35FD" w:rsidRDefault="00000000">
            <w:r>
              <w:rPr>
                <w:b/>
                <w:color w:val="0D5F78"/>
              </w:rPr>
              <w:t>ora</w:t>
            </w:r>
          </w:p>
          <w:p w14:paraId="67115499" w14:textId="77777777" w:rsidR="00AD35FD" w:rsidRDefault="00AD35FD"/>
        </w:tc>
      </w:tr>
    </w:tbl>
    <w:p w14:paraId="2CA6B2E0" w14:textId="77777777" w:rsidR="00AD35FD" w:rsidRDefault="00AD35FD">
      <w:pPr>
        <w:spacing w:line="168" w:lineRule="auto"/>
      </w:pPr>
    </w:p>
    <w:tbl>
      <w:tblPr>
        <w:tblStyle w:val="TableGrid"/>
        <w:tblW w:w="0" w:type="auto"/>
        <w:tblBorders>
          <w:top w:val="single" w:sz="4" w:space="0" w:color="767676"/>
          <w:left w:val="single" w:sz="4" w:space="0" w:color="767676"/>
          <w:bottom w:val="single" w:sz="4" w:space="0" w:color="767676"/>
          <w:right w:val="single" w:sz="4" w:space="0" w:color="767676"/>
          <w:insideH w:val="single" w:sz="4" w:space="0" w:color="767676"/>
          <w:insideV w:val="single" w:sz="4" w:space="0" w:color="767676"/>
        </w:tblBorders>
        <w:tblLayout w:type="fixed"/>
        <w:tblLook w:val="04A0" w:firstRow="1" w:lastRow="0" w:firstColumn="1" w:lastColumn="0" w:noHBand="0" w:noVBand="1"/>
      </w:tblPr>
      <w:tblGrid>
        <w:gridCol w:w="1606"/>
        <w:gridCol w:w="4818"/>
        <w:gridCol w:w="3212"/>
      </w:tblGrid>
      <w:tr w:rsidR="00AD35FD" w14:paraId="4DA3EAB4" w14:textId="77777777">
        <w:trPr>
          <w:cantSplit/>
        </w:trPr>
        <w:tc>
          <w:tcPr>
            <w:tcW w:w="9636" w:type="dxa"/>
            <w:gridSpan w:val="3"/>
            <w:shd w:val="clear" w:color="auto" w:fill="F4F4F4"/>
          </w:tcPr>
          <w:p w14:paraId="122918AA" w14:textId="77777777" w:rsidR="00AD35FD" w:rsidRDefault="00000000">
            <w:pPr>
              <w:keepNext/>
            </w:pPr>
            <w:r>
              <w:rPr>
                <w:b/>
                <w:sz w:val="16"/>
              </w:rPr>
              <w:t xml:space="preserve"> 6. </w:t>
            </w:r>
            <w:r>
              <w:rPr>
                <w:b/>
                <w:color w:val="000000"/>
                <w:sz w:val="18"/>
              </w:rPr>
              <w:t>DATA ȘI SEMNĂTURA</w:t>
            </w:r>
          </w:p>
        </w:tc>
      </w:tr>
      <w:tr w:rsidR="00AD35FD" w14:paraId="70E41EEA" w14:textId="77777777">
        <w:trPr>
          <w:cantSplit/>
          <w:trHeight w:val="510"/>
        </w:trPr>
        <w:tc>
          <w:tcPr>
            <w:tcW w:w="1606" w:type="dxa"/>
          </w:tcPr>
          <w:p w14:paraId="246FD708" w14:textId="77777777" w:rsidR="00AD35FD" w:rsidRDefault="00000000">
            <w:r>
              <w:rPr>
                <w:b/>
                <w:color w:val="0D5F78"/>
              </w:rPr>
              <w:t>Data</w:t>
            </w:r>
          </w:p>
          <w:p w14:paraId="71990700" w14:textId="77777777" w:rsidR="00AD35FD" w:rsidRDefault="00AD35FD"/>
        </w:tc>
        <w:tc>
          <w:tcPr>
            <w:tcW w:w="4818" w:type="dxa"/>
          </w:tcPr>
          <w:p w14:paraId="16AE7494" w14:textId="77777777" w:rsidR="00AD35FD" w:rsidRDefault="00000000">
            <w:r>
              <w:rPr>
                <w:b/>
                <w:color w:val="0D5F78"/>
              </w:rPr>
              <w:t>Titularul autorizației</w:t>
            </w:r>
          </w:p>
          <w:p w14:paraId="3DBB02B2" w14:textId="77777777" w:rsidR="00AD35FD" w:rsidRDefault="00AD35FD"/>
        </w:tc>
        <w:tc>
          <w:tcPr>
            <w:tcW w:w="3212" w:type="dxa"/>
          </w:tcPr>
          <w:p w14:paraId="4A633198" w14:textId="77777777" w:rsidR="00AD35FD" w:rsidRDefault="00000000">
            <w:r>
              <w:rPr>
                <w:b/>
                <w:color w:val="0D5F78"/>
              </w:rPr>
              <w:t>Semnătura</w:t>
            </w:r>
          </w:p>
          <w:p w14:paraId="5A726045" w14:textId="77777777" w:rsidR="00AD35FD" w:rsidRDefault="00AD35FD"/>
        </w:tc>
      </w:tr>
    </w:tbl>
    <w:p w14:paraId="7A82EDC4" w14:textId="77777777" w:rsidR="00AD35FD" w:rsidRDefault="00AD35FD">
      <w:pPr>
        <w:spacing w:line="168" w:lineRule="auto"/>
      </w:pPr>
    </w:p>
    <w:sectPr w:rsidR="00AD35FD" w:rsidSect="00034616">
      <w:footerReference w:type="default" r:id="rId9"/>
      <w:pgSz w:w="11906" w:h="16838"/>
      <w:pgMar w:top="567" w:right="1134" w:bottom="454" w:left="1134" w:header="720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045A0CF" w14:textId="77777777" w:rsidR="00B379C6" w:rsidRDefault="00B379C6">
      <w:r>
        <w:separator/>
      </w:r>
    </w:p>
  </w:endnote>
  <w:endnote w:type="continuationSeparator" w:id="0">
    <w:p w14:paraId="70B9B121" w14:textId="77777777" w:rsidR="00B379C6" w:rsidRDefault="00B379C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409020205020404"/>
    <w:charset w:val="00"/>
    <w:family w:val="auto"/>
    <w:pitch w:val="variable"/>
    <w:sig w:usb0="00000003" w:usb1="00000000" w:usb2="0000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36F1F6F" w14:textId="7C30F0FC" w:rsidR="00AD35FD" w:rsidRDefault="00000000">
    <w:pPr>
      <w:pStyle w:val="Footer"/>
      <w:tabs>
        <w:tab w:val="right" w:pos="9639"/>
      </w:tabs>
    </w:pPr>
    <w:r>
      <w:rPr>
        <w:color w:val="595959"/>
      </w:rPr>
      <w:t>F_A_</w:t>
    </w:r>
    <w:r w:rsidR="005E6036">
      <w:rPr>
        <w:color w:val="595959"/>
      </w:rPr>
      <w:t>10</w:t>
    </w:r>
    <w:r>
      <w:rPr>
        <w:color w:val="595959"/>
      </w:rPr>
      <w:t xml:space="preserve"> · </w:t>
    </w:r>
    <w:proofErr w:type="spellStart"/>
    <w:r>
      <w:rPr>
        <w:color w:val="595959"/>
      </w:rPr>
      <w:t>versiunea</w:t>
    </w:r>
    <w:proofErr w:type="spellEnd"/>
    <w:r>
      <w:rPr>
        <w:color w:val="595959"/>
      </w:rPr>
      <w:t xml:space="preserve"> 1.0</w:t>
    </w:r>
    <w:r>
      <w:rPr>
        <w:color w:val="595959"/>
      </w:rPr>
      <w:tab/>
    </w:r>
    <w:proofErr w:type="spellStart"/>
    <w:r>
      <w:rPr>
        <w:color w:val="595959"/>
      </w:rPr>
      <w:t>pagina</w:t>
    </w:r>
    <w:proofErr w:type="spellEnd"/>
    <w:r>
      <w:rPr>
        <w:color w:val="595959"/>
      </w:rPr>
      <w:t xml:space="preserve"> </w:t>
    </w:r>
    <w:r>
      <w:rPr>
        <w:color w:val="595959"/>
      </w:rPr>
      <w:fldChar w:fldCharType="begin"/>
    </w:r>
    <w:r>
      <w:rPr>
        <w:color w:val="595959"/>
      </w:rPr>
      <w:instrText xml:space="preserve"> PAGE </w:instrText>
    </w:r>
    <w:r>
      <w:rPr>
        <w:color w:val="595959"/>
      </w:rPr>
      <w:fldChar w:fldCharType="separate"/>
    </w:r>
    <w:r w:rsidR="007050CD">
      <w:rPr>
        <w:noProof/>
        <w:color w:val="595959"/>
      </w:rPr>
      <w:t>1</w:t>
    </w:r>
    <w:r>
      <w:rPr>
        <w:color w:val="595959"/>
      </w:rPr>
      <w:fldChar w:fldCharType="end"/>
    </w:r>
    <w:r>
      <w:rPr>
        <w:color w:val="595959"/>
      </w:rPr>
      <w:t xml:space="preserve"> din </w:t>
    </w:r>
    <w:r>
      <w:rPr>
        <w:color w:val="595959"/>
      </w:rPr>
      <w:fldChar w:fldCharType="begin"/>
    </w:r>
    <w:r>
      <w:rPr>
        <w:color w:val="595959"/>
      </w:rPr>
      <w:instrText xml:space="preserve"> NUMPAGES </w:instrText>
    </w:r>
    <w:r>
      <w:rPr>
        <w:color w:val="595959"/>
      </w:rPr>
      <w:fldChar w:fldCharType="separate"/>
    </w:r>
    <w:r w:rsidR="007050CD">
      <w:rPr>
        <w:noProof/>
        <w:color w:val="595959"/>
      </w:rPr>
      <w:t>2</w:t>
    </w:r>
    <w:r>
      <w:rPr>
        <w:color w:val="595959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3D622F1" w14:textId="77777777" w:rsidR="00B379C6" w:rsidRDefault="00B379C6">
      <w:r>
        <w:separator/>
      </w:r>
    </w:p>
  </w:footnote>
  <w:footnote w:type="continuationSeparator" w:id="0">
    <w:p w14:paraId="2ACFA3CC" w14:textId="77777777" w:rsidR="00B379C6" w:rsidRDefault="00B379C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413549725">
    <w:abstractNumId w:val="8"/>
  </w:num>
  <w:num w:numId="2" w16cid:durableId="1043405023">
    <w:abstractNumId w:val="6"/>
  </w:num>
  <w:num w:numId="3" w16cid:durableId="2058121501">
    <w:abstractNumId w:val="5"/>
  </w:num>
  <w:num w:numId="4" w16cid:durableId="822626475">
    <w:abstractNumId w:val="4"/>
  </w:num>
  <w:num w:numId="5" w16cid:durableId="729963553">
    <w:abstractNumId w:val="7"/>
  </w:num>
  <w:num w:numId="6" w16cid:durableId="1701200132">
    <w:abstractNumId w:val="3"/>
  </w:num>
  <w:num w:numId="7" w16cid:durableId="1146553551">
    <w:abstractNumId w:val="2"/>
  </w:num>
  <w:num w:numId="8" w16cid:durableId="224266935">
    <w:abstractNumId w:val="1"/>
  </w:num>
  <w:num w:numId="9" w16cid:durableId="187892834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60"/>
  <w:proofState w:spelling="clean" w:grammar="clean"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5074B"/>
    <w:rsid w:val="001D6E6F"/>
    <w:rsid w:val="0029639D"/>
    <w:rsid w:val="00326F90"/>
    <w:rsid w:val="003B4ADB"/>
    <w:rsid w:val="005E6036"/>
    <w:rsid w:val="006C103E"/>
    <w:rsid w:val="007050CD"/>
    <w:rsid w:val="008E3393"/>
    <w:rsid w:val="00AA1D8D"/>
    <w:rsid w:val="00AD35FD"/>
    <w:rsid w:val="00B379C6"/>
    <w:rsid w:val="00B47730"/>
    <w:rsid w:val="00B769B5"/>
    <w:rsid w:val="00CB0664"/>
    <w:rsid w:val="00E37094"/>
    <w:rsid w:val="00E61A6B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ocId w14:val="77E384F2"/>
  <w14:defaultImageDpi w14:val="300"/>
  <w15:docId w15:val="{4A0E0516-4648-4975-808B-68AC65BFDB9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C693F"/>
    <w:pPr>
      <w:spacing w:after="0" w:line="240" w:lineRule="auto"/>
    </w:pPr>
    <w:rPr>
      <w:rFonts w:ascii="Times New Roman" w:hAnsi="Times New Roman"/>
      <w:sz w:val="15"/>
    </w:rPr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</Pages>
  <Words>233</Words>
  <Characters>1352</Characters>
  <Application>Microsoft Office Word</Application>
  <DocSecurity>0</DocSecurity>
  <Lines>11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1582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cp:keywords/>
  <cp:lastModifiedBy>Cristian Bocanet</cp:lastModifiedBy>
  <cp:revision>2</cp:revision>
  <dcterms:created xsi:type="dcterms:W3CDTF">2013-12-23T23:15:00Z</dcterms:created>
  <dcterms:modified xsi:type="dcterms:W3CDTF">2026-09-11T05:57:00Z</dcterms:modified>
  <cp:category/>
</cp:coreProperties>
</file>