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6E48A715" w:rsidR="00AD35FD" w:rsidRDefault="003B4ADB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743EB70E" wp14:editId="49DA3BC5">
                  <wp:extent cx="882650" cy="1239520"/>
                  <wp:effectExtent l="0" t="0" r="0" b="0"/>
                  <wp:docPr id="5431984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198446" name="Picture 5431984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4BC49018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3B4ADB">
              <w:rPr>
                <w:b/>
                <w:color w:val="0D5F78"/>
              </w:rPr>
              <w:t xml:space="preserve"> </w:t>
            </w:r>
            <w:r w:rsidR="003B4ADB" w:rsidRPr="003B4ADB">
              <w:rPr>
                <w:b/>
                <w:color w:val="0D5F78"/>
              </w:rPr>
              <w:t>BACÂU</w:t>
            </w:r>
          </w:p>
          <w:p w14:paraId="263D9566" w14:textId="77777777" w:rsidR="00AD35FD" w:rsidRDefault="00AD35FD">
            <w:pPr>
              <w:keepNext/>
            </w:pP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411B3CAD" w14:textId="17906F2D" w:rsidR="00AD35FD" w:rsidRDefault="003B4ADB">
            <w:pPr>
              <w:keepNext/>
            </w:pPr>
            <w:r w:rsidRPr="003B4ADB">
              <w:rPr>
                <w:b/>
                <w:color w:val="0D5F78"/>
              </w:rPr>
              <w:t>PRIMĂRIA MUNICIPIULUI ONEȘTI</w:t>
            </w: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56A0CA80" w:rsidR="00AD35FD" w:rsidRPr="007050CD" w:rsidRDefault="003B4ADB">
            <w:pPr>
              <w:keepNext/>
              <w:rPr>
                <w:lang w:val="fr-FR"/>
              </w:rPr>
            </w:pPr>
            <w:r w:rsidRPr="003B4ADB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C11E709" w14:textId="0DE3805E" w:rsidR="00AD35FD" w:rsidRDefault="003B4ADB">
            <w:pPr>
              <w:keepNext/>
            </w:pPr>
            <w:proofErr w:type="spellStart"/>
            <w:proofErr w:type="gramStart"/>
            <w:r w:rsidRPr="003B4ADB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3B4ADB">
              <w:rPr>
                <w:i/>
                <w:color w:val="7A7A7A"/>
              </w:rPr>
              <w:t xml:space="preserve">, nr.17, </w:t>
            </w:r>
            <w:proofErr w:type="spellStart"/>
            <w:r w:rsidRPr="003B4ADB">
              <w:rPr>
                <w:i/>
                <w:color w:val="7A7A7A"/>
              </w:rPr>
              <w:t>One</w:t>
            </w:r>
            <w:r w:rsidR="00FC41B5">
              <w:rPr>
                <w:i/>
                <w:color w:val="7A7A7A"/>
              </w:rPr>
              <w:t>ș</w:t>
            </w:r>
            <w:r w:rsidRPr="003B4ADB">
              <w:rPr>
                <w:i/>
                <w:color w:val="7A7A7A"/>
              </w:rPr>
              <w:t>ti</w:t>
            </w:r>
            <w:proofErr w:type="spellEnd"/>
            <w:r w:rsidRPr="003B4ADB">
              <w:rPr>
                <w:i/>
                <w:color w:val="7A7A7A"/>
              </w:rPr>
              <w:t xml:space="preserve">; </w:t>
            </w:r>
            <w:proofErr w:type="spellStart"/>
            <w:r w:rsidRPr="003B4ADB">
              <w:rPr>
                <w:i/>
                <w:color w:val="7A7A7A"/>
              </w:rPr>
              <w:t>telefon</w:t>
            </w:r>
            <w:proofErr w:type="spellEnd"/>
            <w:r w:rsidRPr="003B4ADB">
              <w:rPr>
                <w:i/>
                <w:color w:val="7A7A7A"/>
              </w:rPr>
              <w:t>: 0234-324243; e-mail: primarie@onesti.ro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805B0" w14:textId="77777777" w:rsidR="001C1BDE" w:rsidRDefault="001C1BDE">
      <w:r>
        <w:separator/>
      </w:r>
    </w:p>
  </w:endnote>
  <w:endnote w:type="continuationSeparator" w:id="0">
    <w:p w14:paraId="07FE2E2C" w14:textId="77777777" w:rsidR="001C1BDE" w:rsidRDefault="001C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D75C8" w14:textId="77777777" w:rsidR="001C1BDE" w:rsidRDefault="001C1BDE">
      <w:r>
        <w:separator/>
      </w:r>
    </w:p>
  </w:footnote>
  <w:footnote w:type="continuationSeparator" w:id="0">
    <w:p w14:paraId="4F54A06C" w14:textId="77777777" w:rsidR="001C1BDE" w:rsidRDefault="001C1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1BDE"/>
    <w:rsid w:val="001D6E6F"/>
    <w:rsid w:val="0029639D"/>
    <w:rsid w:val="00326F90"/>
    <w:rsid w:val="003B4ADB"/>
    <w:rsid w:val="005E6036"/>
    <w:rsid w:val="006A0D68"/>
    <w:rsid w:val="006C103E"/>
    <w:rsid w:val="007050CD"/>
    <w:rsid w:val="008E3393"/>
    <w:rsid w:val="00AA1D8D"/>
    <w:rsid w:val="00AD35FD"/>
    <w:rsid w:val="00B379C6"/>
    <w:rsid w:val="00B47730"/>
    <w:rsid w:val="00B769B5"/>
    <w:rsid w:val="00CB0664"/>
    <w:rsid w:val="00E37094"/>
    <w:rsid w:val="00E61A6B"/>
    <w:rsid w:val="00FC41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Gheorghe Simion</cp:lastModifiedBy>
  <cp:revision>3</cp:revision>
  <dcterms:created xsi:type="dcterms:W3CDTF">2013-12-23T23:15:00Z</dcterms:created>
  <dcterms:modified xsi:type="dcterms:W3CDTF">2026-09-21T08:47:00Z</dcterms:modified>
  <cp:category/>
</cp:coreProperties>
</file>