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65E113A" w:rsidR="00E25052" w:rsidRDefault="007E5781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11C7C83F" wp14:editId="750F913E">
                  <wp:extent cx="882650" cy="1239520"/>
                  <wp:effectExtent l="0" t="0" r="0" b="0"/>
                  <wp:docPr id="15073767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7376776" name="Picture 150737677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E1B69D1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7E5781">
              <w:rPr>
                <w:b/>
                <w:color w:val="0D5F78"/>
              </w:rPr>
              <w:t xml:space="preserve"> </w:t>
            </w:r>
            <w:r w:rsidR="007E5781" w:rsidRPr="007E5781">
              <w:rPr>
                <w:b/>
                <w:color w:val="0D5F78"/>
              </w:rPr>
              <w:t>BACÂU</w:t>
            </w:r>
          </w:p>
          <w:p w14:paraId="1F74738E" w14:textId="77777777" w:rsidR="00E25052" w:rsidRDefault="00E25052">
            <w:pPr>
              <w:keepNext/>
            </w:pP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1F71C78E" w14:textId="450FCA37" w:rsidR="00E25052" w:rsidRDefault="007E5781">
            <w:pPr>
              <w:keepNext/>
            </w:pPr>
            <w:r w:rsidRPr="007E5781">
              <w:rPr>
                <w:b/>
                <w:color w:val="0D5F78"/>
              </w:rPr>
              <w:t>PRIMĂRIA MUNICIPIULUI ONEȘTI</w:t>
            </w: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25A1DF65" w:rsidR="00E25052" w:rsidRPr="00F801F2" w:rsidRDefault="007E5781">
            <w:pPr>
              <w:keepNext/>
              <w:rPr>
                <w:lang w:val="fr-FR"/>
              </w:rPr>
            </w:pPr>
            <w:r w:rsidRPr="007E5781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8A52A4D" w14:textId="78A42A4B" w:rsidR="00E25052" w:rsidRDefault="007E5781">
            <w:pPr>
              <w:keepNext/>
            </w:pPr>
            <w:proofErr w:type="spellStart"/>
            <w:r w:rsidRPr="007E5781">
              <w:rPr>
                <w:i/>
                <w:color w:val="7A7A7A"/>
              </w:rPr>
              <w:t>Bd.Oituz</w:t>
            </w:r>
            <w:proofErr w:type="spellEnd"/>
            <w:r w:rsidRPr="007E5781">
              <w:rPr>
                <w:i/>
                <w:color w:val="7A7A7A"/>
              </w:rPr>
              <w:t xml:space="preserve">, nr.17, </w:t>
            </w:r>
            <w:proofErr w:type="spellStart"/>
            <w:r w:rsidRPr="007E5781">
              <w:rPr>
                <w:i/>
                <w:color w:val="7A7A7A"/>
              </w:rPr>
              <w:t>Onețti</w:t>
            </w:r>
            <w:proofErr w:type="spellEnd"/>
            <w:r w:rsidRPr="007E5781">
              <w:rPr>
                <w:i/>
                <w:color w:val="7A7A7A"/>
              </w:rPr>
              <w:t xml:space="preserve">; </w:t>
            </w:r>
            <w:proofErr w:type="spellStart"/>
            <w:r w:rsidRPr="007E5781">
              <w:rPr>
                <w:i/>
                <w:color w:val="7A7A7A"/>
              </w:rPr>
              <w:t>telefon</w:t>
            </w:r>
            <w:proofErr w:type="spellEnd"/>
            <w:r w:rsidRPr="007E5781">
              <w:rPr>
                <w:i/>
                <w:color w:val="7A7A7A"/>
              </w:rPr>
              <w:t>: 0234-324243; e-mail: primarie@onesti.ro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prin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39B4" w14:textId="77777777" w:rsidR="007E3A72" w:rsidRDefault="007E3A72">
      <w:r>
        <w:separator/>
      </w:r>
    </w:p>
  </w:endnote>
  <w:endnote w:type="continuationSeparator" w:id="0">
    <w:p w14:paraId="760A93E0" w14:textId="77777777" w:rsidR="007E3A72" w:rsidRDefault="007E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31131" w14:textId="77777777" w:rsidR="007E3A72" w:rsidRDefault="007E3A72">
      <w:r>
        <w:separator/>
      </w:r>
    </w:p>
  </w:footnote>
  <w:footnote w:type="continuationSeparator" w:id="0">
    <w:p w14:paraId="2901B3B7" w14:textId="77777777" w:rsidR="007E3A72" w:rsidRDefault="007E3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B83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7E3A72"/>
    <w:rsid w:val="007E5781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252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2026-09-11T05:52:00Z</dcterms:modified>
  <cp:category/>
</cp:coreProperties>
</file>