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5558E250" w:rsidR="001E1635" w:rsidRDefault="00C529D8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4DEEED9B" wp14:editId="59539F30">
                  <wp:extent cx="882650" cy="1239520"/>
                  <wp:effectExtent l="0" t="0" r="0" b="0"/>
                  <wp:docPr id="1381727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72757" name="Picture 13817275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6A0FA06" w14:textId="6CCF878F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C529D8">
              <w:rPr>
                <w:b/>
                <w:color w:val="0D5F78"/>
              </w:rPr>
              <w:t xml:space="preserve"> </w:t>
            </w:r>
            <w:r w:rsidR="00C529D8" w:rsidRPr="00C529D8">
              <w:rPr>
                <w:b/>
                <w:color w:val="0D5F78"/>
              </w:rPr>
              <w:t>BACÂU</w:t>
            </w:r>
          </w:p>
          <w:p w14:paraId="28A49159" w14:textId="77777777" w:rsidR="001E1635" w:rsidRDefault="001E1635">
            <w:pPr>
              <w:keepNext/>
            </w:pPr>
          </w:p>
        </w:tc>
      </w:tr>
      <w:tr w:rsidR="001E1635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1E1635" w:rsidRDefault="001E1635"/>
        </w:tc>
        <w:tc>
          <w:tcPr>
            <w:tcW w:w="8030" w:type="dxa"/>
            <w:gridSpan w:val="3"/>
            <w:shd w:val="clear" w:color="auto" w:fill="F0F0F0"/>
          </w:tcPr>
          <w:p w14:paraId="04E7F576" w14:textId="05EEE1A5" w:rsidR="001E1635" w:rsidRDefault="00C529D8">
            <w:pPr>
              <w:keepNext/>
            </w:pPr>
            <w:r w:rsidRPr="00C529D8">
              <w:rPr>
                <w:b/>
                <w:color w:val="0D5F78"/>
              </w:rPr>
              <w:t>PRIMĂRIA MUNICIPIULUI ONEȘTI</w:t>
            </w:r>
          </w:p>
        </w:tc>
      </w:tr>
      <w:tr w:rsidR="001E1635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1E1635" w:rsidRDefault="001E1635"/>
        </w:tc>
        <w:tc>
          <w:tcPr>
            <w:tcW w:w="2409" w:type="dxa"/>
            <w:shd w:val="clear" w:color="auto" w:fill="F0F0F0"/>
          </w:tcPr>
          <w:p w14:paraId="24729E83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(CIF)</w:t>
            </w:r>
          </w:p>
          <w:p w14:paraId="5C37BD63" w14:textId="5F507DF8" w:rsidR="001E1635" w:rsidRPr="006257CA" w:rsidRDefault="00C529D8">
            <w:pPr>
              <w:keepNext/>
              <w:rPr>
                <w:lang w:val="fr-FR"/>
              </w:rPr>
            </w:pPr>
            <w:r w:rsidRPr="00C529D8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6968D6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0EA9E139" w14:textId="638C30F0" w:rsidR="001E1635" w:rsidRDefault="00C529D8">
            <w:pPr>
              <w:keepNext/>
            </w:pPr>
            <w:proofErr w:type="spellStart"/>
            <w:proofErr w:type="gramStart"/>
            <w:r w:rsidRPr="00C529D8">
              <w:rPr>
                <w:i/>
                <w:color w:val="7A7A7A"/>
              </w:rPr>
              <w:t>Bd.Oituz</w:t>
            </w:r>
            <w:proofErr w:type="spellEnd"/>
            <w:proofErr w:type="gramEnd"/>
            <w:r w:rsidRPr="00C529D8">
              <w:rPr>
                <w:i/>
                <w:color w:val="7A7A7A"/>
              </w:rPr>
              <w:t xml:space="preserve">, nr.17, </w:t>
            </w:r>
            <w:proofErr w:type="spellStart"/>
            <w:r w:rsidRPr="00C529D8">
              <w:rPr>
                <w:i/>
                <w:color w:val="7A7A7A"/>
              </w:rPr>
              <w:t>Onețti</w:t>
            </w:r>
            <w:proofErr w:type="spellEnd"/>
            <w:r w:rsidRPr="00C529D8">
              <w:rPr>
                <w:i/>
                <w:color w:val="7A7A7A"/>
              </w:rPr>
              <w:t xml:space="preserve">; </w:t>
            </w:r>
            <w:proofErr w:type="spellStart"/>
            <w:r w:rsidRPr="00C529D8">
              <w:rPr>
                <w:i/>
                <w:color w:val="7A7A7A"/>
              </w:rPr>
              <w:t>telefon</w:t>
            </w:r>
            <w:proofErr w:type="spellEnd"/>
            <w:r w:rsidRPr="00C529D8">
              <w:rPr>
                <w:i/>
                <w:color w:val="7A7A7A"/>
              </w:rPr>
              <w:t>: 0234-324243; e-mail: primarie@onesti.ro</w:t>
            </w:r>
          </w:p>
        </w:tc>
      </w:tr>
      <w:tr w:rsidR="001E1635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  <w:tr w:rsidR="001E1635" w:rsidRPr="00A37FAC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6257CA">
              <w:rPr>
                <w:i/>
                <w:color w:val="595959"/>
                <w:lang w:val="fr-FR"/>
              </w:rPr>
              <w:t>se</w:t>
            </w:r>
            <w:proofErr w:type="gram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scrie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în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prin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C7CD2" w14:textId="77777777" w:rsidR="001E22B4" w:rsidRDefault="001E22B4">
      <w:r>
        <w:separator/>
      </w:r>
    </w:p>
  </w:endnote>
  <w:endnote w:type="continuationSeparator" w:id="0">
    <w:p w14:paraId="3FC47DB9" w14:textId="77777777" w:rsidR="001E22B4" w:rsidRDefault="001E2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Footer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6923C" w14:textId="77777777" w:rsidR="001E22B4" w:rsidRDefault="001E22B4">
      <w:r>
        <w:separator/>
      </w:r>
    </w:p>
  </w:footnote>
  <w:footnote w:type="continuationSeparator" w:id="0">
    <w:p w14:paraId="4F18F9C3" w14:textId="77777777" w:rsidR="001E22B4" w:rsidRDefault="001E2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1E22B4"/>
    <w:rsid w:val="0029639D"/>
    <w:rsid w:val="00326F90"/>
    <w:rsid w:val="00576D3F"/>
    <w:rsid w:val="006257CA"/>
    <w:rsid w:val="006C103E"/>
    <w:rsid w:val="009D782F"/>
    <w:rsid w:val="00A37FAC"/>
    <w:rsid w:val="00AA1D8D"/>
    <w:rsid w:val="00AC5F99"/>
    <w:rsid w:val="00B47730"/>
    <w:rsid w:val="00C529D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316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Cristian Bocanet</cp:lastModifiedBy>
  <cp:revision>2</cp:revision>
  <dcterms:created xsi:type="dcterms:W3CDTF">2013-12-23T23:15:00Z</dcterms:created>
  <dcterms:modified xsi:type="dcterms:W3CDTF">2026-09-11T05:51:00Z</dcterms:modified>
  <cp:category/>
</cp:coreProperties>
</file>