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377113" w14:paraId="4AB1771D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4FC198B8" w14:textId="3AC9E537" w:rsidR="00377113" w:rsidRDefault="00DC0D75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6E6B38C8" wp14:editId="6A74AC4F">
                  <wp:extent cx="882650" cy="1239520"/>
                  <wp:effectExtent l="0" t="0" r="0" b="0"/>
                  <wp:docPr id="6978682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7868276" name="Picture 69786827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510CB53E" w14:textId="470C7E31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DC0D75">
              <w:rPr>
                <w:b/>
                <w:color w:val="0D5F78"/>
              </w:rPr>
              <w:t xml:space="preserve"> </w:t>
            </w:r>
            <w:r w:rsidR="00DC0D75" w:rsidRPr="00DC0D75">
              <w:rPr>
                <w:b/>
                <w:color w:val="0D5F78"/>
              </w:rPr>
              <w:t>BACÂU</w:t>
            </w:r>
          </w:p>
          <w:p w14:paraId="6F91E2AA" w14:textId="77777777" w:rsidR="00377113" w:rsidRDefault="00377113">
            <w:pPr>
              <w:keepNext/>
            </w:pPr>
          </w:p>
        </w:tc>
      </w:tr>
      <w:tr w:rsidR="00377113" w14:paraId="264ACFF4" w14:textId="77777777">
        <w:trPr>
          <w:cantSplit/>
          <w:trHeight w:val="510"/>
        </w:trPr>
        <w:tc>
          <w:tcPr>
            <w:tcW w:w="1606" w:type="dxa"/>
            <w:vMerge/>
          </w:tcPr>
          <w:p w14:paraId="153367FB" w14:textId="77777777" w:rsidR="00377113" w:rsidRDefault="00377113"/>
        </w:tc>
        <w:tc>
          <w:tcPr>
            <w:tcW w:w="8030" w:type="dxa"/>
            <w:gridSpan w:val="3"/>
            <w:shd w:val="clear" w:color="auto" w:fill="F0F0F0"/>
          </w:tcPr>
          <w:p w14:paraId="69C7851E" w14:textId="002466A6" w:rsidR="00377113" w:rsidRDefault="00DC0D75">
            <w:pPr>
              <w:keepNext/>
            </w:pPr>
            <w:r w:rsidRPr="00DC0D75">
              <w:rPr>
                <w:b/>
                <w:color w:val="0D5F78"/>
              </w:rPr>
              <w:t>PRIMĂRIA MUNICIPIULUI ONEȘTI</w:t>
            </w:r>
          </w:p>
        </w:tc>
      </w:tr>
      <w:tr w:rsidR="00377113" w14:paraId="352BEBB2" w14:textId="77777777">
        <w:trPr>
          <w:cantSplit/>
          <w:trHeight w:val="510"/>
        </w:trPr>
        <w:tc>
          <w:tcPr>
            <w:tcW w:w="1606" w:type="dxa"/>
            <w:vMerge/>
          </w:tcPr>
          <w:p w14:paraId="1F188761" w14:textId="77777777" w:rsidR="00377113" w:rsidRDefault="00377113"/>
        </w:tc>
        <w:tc>
          <w:tcPr>
            <w:tcW w:w="2409" w:type="dxa"/>
            <w:shd w:val="clear" w:color="auto" w:fill="F0F0F0"/>
          </w:tcPr>
          <w:p w14:paraId="0B0E4F83" w14:textId="77777777" w:rsidR="00377113" w:rsidRPr="00343BBA" w:rsidRDefault="00000000">
            <w:pPr>
              <w:keepNext/>
              <w:rPr>
                <w:lang w:val="fr-FR"/>
              </w:rPr>
            </w:pPr>
            <w:r w:rsidRPr="00343BBA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343BBA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(CIF)</w:t>
            </w:r>
          </w:p>
          <w:p w14:paraId="3F0CFBB4" w14:textId="720C9284" w:rsidR="00377113" w:rsidRPr="00343BBA" w:rsidRDefault="00DC0D75">
            <w:pPr>
              <w:keepNext/>
              <w:rPr>
                <w:lang w:val="fr-FR"/>
              </w:rPr>
            </w:pPr>
            <w:r w:rsidRPr="00DC0D75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7020FB2F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18EFA7B" w14:textId="5BBD947D" w:rsidR="00377113" w:rsidRDefault="00DC0D75">
            <w:pPr>
              <w:keepNext/>
            </w:pPr>
            <w:proofErr w:type="spellStart"/>
            <w:r w:rsidRPr="00DC0D75">
              <w:rPr>
                <w:i/>
                <w:color w:val="7A7A7A"/>
              </w:rPr>
              <w:t>Bd.Oituz</w:t>
            </w:r>
            <w:proofErr w:type="spellEnd"/>
            <w:r w:rsidRPr="00DC0D75">
              <w:rPr>
                <w:i/>
                <w:color w:val="7A7A7A"/>
              </w:rPr>
              <w:t xml:space="preserve">, nr.17, </w:t>
            </w:r>
            <w:proofErr w:type="spellStart"/>
            <w:r w:rsidRPr="00DC0D75">
              <w:rPr>
                <w:i/>
                <w:color w:val="7A7A7A"/>
              </w:rPr>
              <w:t>Onețti</w:t>
            </w:r>
            <w:proofErr w:type="spellEnd"/>
            <w:r w:rsidRPr="00DC0D75">
              <w:rPr>
                <w:i/>
                <w:color w:val="7A7A7A"/>
              </w:rPr>
              <w:t xml:space="preserve">; </w:t>
            </w:r>
            <w:proofErr w:type="spellStart"/>
            <w:r w:rsidRPr="00DC0D75">
              <w:rPr>
                <w:i/>
                <w:color w:val="7A7A7A"/>
              </w:rPr>
              <w:t>telefon</w:t>
            </w:r>
            <w:proofErr w:type="spellEnd"/>
            <w:r w:rsidRPr="00DC0D75">
              <w:rPr>
                <w:i/>
                <w:color w:val="7A7A7A"/>
              </w:rPr>
              <w:t>: 0234-324243; e-mail: primarie@onesti.ro</w:t>
            </w:r>
          </w:p>
        </w:tc>
      </w:tr>
      <w:tr w:rsidR="00377113" w14:paraId="44A91E8A" w14:textId="77777777">
        <w:trPr>
          <w:cantSplit/>
          <w:trHeight w:val="510"/>
        </w:trPr>
        <w:tc>
          <w:tcPr>
            <w:tcW w:w="1606" w:type="dxa"/>
            <w:vMerge/>
          </w:tcPr>
          <w:p w14:paraId="70FDC92D" w14:textId="77777777" w:rsidR="00377113" w:rsidRDefault="00377113"/>
        </w:tc>
        <w:tc>
          <w:tcPr>
            <w:tcW w:w="4818" w:type="dxa"/>
            <w:gridSpan w:val="2"/>
            <w:shd w:val="clear" w:color="auto" w:fill="F0F0F0"/>
          </w:tcPr>
          <w:p w14:paraId="531BC86B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</w:t>
            </w:r>
            <w:proofErr w:type="spellEnd"/>
            <w:r>
              <w:rPr>
                <w:b/>
                <w:color w:val="0D5F78"/>
              </w:rPr>
              <w:t xml:space="preserve"> de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6BE4A17C" w14:textId="77777777" w:rsidR="00377113" w:rsidRDefault="00377113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3D14127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461592AF" w14:textId="77777777" w:rsidR="00377113" w:rsidRDefault="00377113">
            <w:pPr>
              <w:keepNext/>
            </w:pPr>
          </w:p>
        </w:tc>
      </w:tr>
      <w:tr w:rsidR="00377113" w:rsidRPr="00004412" w14:paraId="138A1B77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7055B3E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343BBA">
              <w:rPr>
                <w:i/>
                <w:color w:val="595959"/>
                <w:lang w:val="fr-FR"/>
              </w:rPr>
              <w:t>se</w:t>
            </w:r>
            <w:proofErr w:type="gram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scrie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în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343BBA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344C51B7" w14:textId="77777777" w:rsidR="00377113" w:rsidRPr="00343BBA" w:rsidRDefault="00377113">
      <w:pPr>
        <w:spacing w:line="168" w:lineRule="auto"/>
        <w:rPr>
          <w:lang w:val="fr-FR"/>
        </w:rPr>
      </w:pPr>
    </w:p>
    <w:p w14:paraId="6EE796C5" w14:textId="77777777" w:rsidR="00377113" w:rsidRPr="00004412" w:rsidRDefault="00000000">
      <w:pPr>
        <w:spacing w:before="140" w:after="40"/>
        <w:jc w:val="center"/>
        <w:rPr>
          <w:sz w:val="28"/>
          <w:szCs w:val="28"/>
        </w:rPr>
      </w:pPr>
      <w:r w:rsidRPr="00004412">
        <w:rPr>
          <w:b/>
          <w:sz w:val="28"/>
          <w:szCs w:val="28"/>
        </w:rPr>
        <w:t>CERERE</w:t>
      </w:r>
    </w:p>
    <w:p w14:paraId="458FF3BC" w14:textId="77777777" w:rsidR="00377113" w:rsidRDefault="00377113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0D14ED2" w14:textId="77777777">
        <w:trPr>
          <w:cantSplit/>
        </w:trPr>
        <w:tc>
          <w:tcPr>
            <w:tcW w:w="9636" w:type="dxa"/>
            <w:shd w:val="clear" w:color="auto" w:fill="F4F4F4"/>
          </w:tcPr>
          <w:p w14:paraId="3E8649F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377113" w:rsidRPr="00004412" w14:paraId="505A1856" w14:textId="77777777">
        <w:trPr>
          <w:cantSplit/>
          <w:trHeight w:val="510"/>
        </w:trPr>
        <w:tc>
          <w:tcPr>
            <w:tcW w:w="9636" w:type="dxa"/>
          </w:tcPr>
          <w:p w14:paraId="38C994F2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Instituția</w:t>
            </w:r>
            <w:proofErr w:type="spellEnd"/>
          </w:p>
          <w:p w14:paraId="2863ECC5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municipiului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orașului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comunei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primăria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de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sector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·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consiliul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județean</w:t>
            </w:r>
            <w:proofErr w:type="spellEnd"/>
          </w:p>
          <w:p w14:paraId="1C7F07C7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</w:tr>
      <w:tr w:rsidR="00377113" w:rsidRPr="00004412" w14:paraId="48AFEF82" w14:textId="77777777">
        <w:trPr>
          <w:cantSplit/>
        </w:trPr>
        <w:tc>
          <w:tcPr>
            <w:tcW w:w="9636" w:type="dxa"/>
            <w:shd w:val="clear" w:color="auto" w:fill="F4F4F4"/>
          </w:tcPr>
          <w:p w14:paraId="2B647A2E" w14:textId="77777777" w:rsidR="00377113" w:rsidRPr="00343BBA" w:rsidRDefault="00000000">
            <w:pPr>
              <w:spacing w:line="228" w:lineRule="auto"/>
              <w:rPr>
                <w:lang w:val="fr-FR"/>
              </w:rPr>
            </w:pPr>
            <w:proofErr w:type="spellStart"/>
            <w:r w:rsidRPr="00343BBA">
              <w:rPr>
                <w:lang w:val="fr-FR"/>
              </w:rPr>
              <w:t>Cererea</w:t>
            </w:r>
            <w:proofErr w:type="spellEnd"/>
            <w:r w:rsidRPr="00343BBA">
              <w:rPr>
                <w:lang w:val="fr-FR"/>
              </w:rPr>
              <w:t xml:space="preserve"> va fi </w:t>
            </w:r>
            <w:proofErr w:type="spellStart"/>
            <w:r w:rsidRPr="00343BBA">
              <w:rPr>
                <w:lang w:val="fr-FR"/>
              </w:rPr>
              <w:t>transmisă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către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președintele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consiliului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județean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general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de </w:t>
            </w:r>
            <w:proofErr w:type="spellStart"/>
            <w:r w:rsidRPr="00343BBA">
              <w:rPr>
                <w:lang w:val="fr-FR"/>
              </w:rPr>
              <w:t>sector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sau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primarul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municipiului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orașului</w:t>
            </w:r>
            <w:proofErr w:type="spellEnd"/>
            <w:r w:rsidRPr="00343BBA">
              <w:rPr>
                <w:lang w:val="fr-FR"/>
              </w:rPr>
              <w:t xml:space="preserve"> / </w:t>
            </w:r>
            <w:proofErr w:type="spellStart"/>
            <w:r w:rsidRPr="00343BBA">
              <w:rPr>
                <w:lang w:val="fr-FR"/>
              </w:rPr>
              <w:t>comunei</w:t>
            </w:r>
            <w:proofErr w:type="spellEnd"/>
            <w:r w:rsidRPr="00343BBA">
              <w:rPr>
                <w:lang w:val="fr-FR"/>
              </w:rPr>
              <w:t xml:space="preserve">, </w:t>
            </w:r>
            <w:proofErr w:type="spellStart"/>
            <w:r w:rsidRPr="00343BBA">
              <w:rPr>
                <w:lang w:val="fr-FR"/>
              </w:rPr>
              <w:t>după</w:t>
            </w:r>
            <w:proofErr w:type="spellEnd"/>
            <w:r w:rsidRPr="00343BBA">
              <w:rPr>
                <w:lang w:val="fr-FR"/>
              </w:rPr>
              <w:t xml:space="preserve"> </w:t>
            </w:r>
            <w:proofErr w:type="spellStart"/>
            <w:r w:rsidRPr="00343BBA">
              <w:rPr>
                <w:lang w:val="fr-FR"/>
              </w:rPr>
              <w:t>caz</w:t>
            </w:r>
            <w:proofErr w:type="spellEnd"/>
            <w:r w:rsidRPr="00343BBA">
              <w:rPr>
                <w:lang w:val="fr-FR"/>
              </w:rPr>
              <w:t>.</w:t>
            </w:r>
          </w:p>
        </w:tc>
      </w:tr>
    </w:tbl>
    <w:p w14:paraId="20841BEE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377113" w14:paraId="604C8CE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07303ACD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377113" w14:paraId="7CFFB225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73C78B15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Nume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și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prenume</w:t>
            </w:r>
            <w:proofErr w:type="spellEnd"/>
          </w:p>
          <w:p w14:paraId="492F91CD" w14:textId="77777777" w:rsidR="00377113" w:rsidRDefault="00377113">
            <w:pPr>
              <w:keepNext/>
            </w:pPr>
          </w:p>
        </w:tc>
        <w:tc>
          <w:tcPr>
            <w:tcW w:w="4015" w:type="dxa"/>
            <w:gridSpan w:val="3"/>
          </w:tcPr>
          <w:p w14:paraId="40F931F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32FF08C1" w14:textId="77777777" w:rsidR="00377113" w:rsidRDefault="00377113">
            <w:pPr>
              <w:keepNext/>
            </w:pPr>
          </w:p>
        </w:tc>
      </w:tr>
      <w:tr w:rsidR="00377113" w14:paraId="6A746F7A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78623411" w14:textId="77777777" w:rsidR="00377113" w:rsidRDefault="00000000">
            <w:pPr>
              <w:keepNext/>
            </w:pPr>
            <w:r>
              <w:rPr>
                <w:sz w:val="16"/>
              </w:rPr>
              <w:t xml:space="preserve"> Act de </w:t>
            </w:r>
            <w:proofErr w:type="spellStart"/>
            <w:r>
              <w:rPr>
                <w:sz w:val="16"/>
              </w:rPr>
              <w:t>identitate</w:t>
            </w:r>
            <w:proofErr w:type="spellEnd"/>
          </w:p>
        </w:tc>
      </w:tr>
      <w:tr w:rsidR="00377113" w14:paraId="34135F0A" w14:textId="77777777">
        <w:trPr>
          <w:cantSplit/>
          <w:trHeight w:val="510"/>
        </w:trPr>
        <w:tc>
          <w:tcPr>
            <w:tcW w:w="1606" w:type="dxa"/>
          </w:tcPr>
          <w:p w14:paraId="0FE58C8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744D4F3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4E4DCF4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Numărul</w:t>
            </w:r>
            <w:proofErr w:type="spellEnd"/>
          </w:p>
          <w:p w14:paraId="6AFD4CBD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5"/>
          </w:tcPr>
          <w:p w14:paraId="1275CF2C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Eliberat</w:t>
            </w:r>
            <w:proofErr w:type="spellEnd"/>
            <w:r>
              <w:rPr>
                <w:b/>
                <w:color w:val="0D5F78"/>
              </w:rPr>
              <w:t xml:space="preserve"> de</w:t>
            </w:r>
          </w:p>
          <w:p w14:paraId="4C997CA9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375049A5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1E260826" w14:textId="77777777" w:rsidR="00377113" w:rsidRDefault="00377113">
            <w:pPr>
              <w:keepNext/>
            </w:pPr>
          </w:p>
        </w:tc>
      </w:tr>
      <w:tr w:rsidR="00377113" w14:paraId="20F26A7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631D62D" w14:textId="77777777" w:rsidR="00377113" w:rsidRDefault="00000000">
            <w:pPr>
              <w:keepNext/>
            </w:pPr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Domiciliul</w:t>
            </w:r>
            <w:proofErr w:type="spellEnd"/>
          </w:p>
        </w:tc>
      </w:tr>
      <w:tr w:rsidR="00377113" w14:paraId="14021D8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0EEC3E11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1815C0EF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4"/>
          </w:tcPr>
          <w:p w14:paraId="1597517E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comuna</w:t>
            </w:r>
            <w:proofErr w:type="spellEnd"/>
          </w:p>
          <w:p w14:paraId="691DF8E2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3DE1D317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Satul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sectorul</w:t>
            </w:r>
            <w:proofErr w:type="spellEnd"/>
          </w:p>
          <w:p w14:paraId="1B6BDCCB" w14:textId="77777777" w:rsidR="00377113" w:rsidRDefault="00377113">
            <w:pPr>
              <w:keepNext/>
            </w:pPr>
          </w:p>
        </w:tc>
      </w:tr>
      <w:tr w:rsidR="00377113" w14:paraId="35FE036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3032BBD3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55C5EF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B36D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570AD44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7EB3F9F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598896A6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8084122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1FB7A599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635895CD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5877D4A7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0825FC30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34487808" w14:textId="77777777" w:rsidR="00377113" w:rsidRDefault="00377113">
            <w:pPr>
              <w:keepNext/>
            </w:pPr>
          </w:p>
        </w:tc>
        <w:tc>
          <w:tcPr>
            <w:tcW w:w="1606" w:type="dxa"/>
          </w:tcPr>
          <w:p w14:paraId="5B31A664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Țara</w:t>
            </w:r>
            <w:proofErr w:type="spellEnd"/>
          </w:p>
          <w:p w14:paraId="1AC94237" w14:textId="77777777" w:rsidR="00377113" w:rsidRDefault="00377113">
            <w:pPr>
              <w:keepNext/>
            </w:pPr>
          </w:p>
        </w:tc>
      </w:tr>
      <w:tr w:rsidR="00377113" w14:paraId="7E5729B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6CD68FCA" w14:textId="77777777" w:rsidR="00377113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377113" w14:paraId="66B951DB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70E97DD8" w14:textId="77777777" w:rsidR="00377113" w:rsidRDefault="00000000">
            <w:proofErr w:type="spellStart"/>
            <w:r>
              <w:rPr>
                <w:b/>
                <w:color w:val="0D5F78"/>
              </w:rPr>
              <w:t>Telefon</w:t>
            </w:r>
            <w:proofErr w:type="spellEnd"/>
            <w:r>
              <w:rPr>
                <w:b/>
                <w:color w:val="0D5F78"/>
              </w:rPr>
              <w:t xml:space="preserve"> / fax</w:t>
            </w:r>
          </w:p>
          <w:p w14:paraId="488DB23E" w14:textId="77777777" w:rsidR="00377113" w:rsidRDefault="00377113"/>
        </w:tc>
        <w:tc>
          <w:tcPr>
            <w:tcW w:w="5621" w:type="dxa"/>
            <w:gridSpan w:val="5"/>
          </w:tcPr>
          <w:p w14:paraId="7EFBC837" w14:textId="77777777" w:rsidR="00377113" w:rsidRDefault="00000000">
            <w:r>
              <w:rPr>
                <w:b/>
                <w:color w:val="0D5F78"/>
              </w:rPr>
              <w:t>E-mail</w:t>
            </w:r>
          </w:p>
          <w:p w14:paraId="1C3CE210" w14:textId="77777777" w:rsidR="00377113" w:rsidRDefault="00377113"/>
        </w:tc>
      </w:tr>
    </w:tbl>
    <w:p w14:paraId="6E863ACA" w14:textId="77777777" w:rsidR="00377113" w:rsidRDefault="00377113">
      <w:pPr>
        <w:spacing w:line="168" w:lineRule="auto"/>
      </w:pPr>
    </w:p>
    <w:p w14:paraId="2E8A375E" w14:textId="77777777" w:rsidR="00377113" w:rsidRDefault="00000000">
      <w:pPr>
        <w:spacing w:before="80" w:after="60"/>
        <w:jc w:val="center"/>
      </w:pPr>
      <w:proofErr w:type="spellStart"/>
      <w:r>
        <w:rPr>
          <w:sz w:val="18"/>
        </w:rPr>
        <w:t>în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temeiul</w:t>
      </w:r>
      <w:proofErr w:type="spellEnd"/>
      <w:r>
        <w:rPr>
          <w:sz w:val="18"/>
        </w:rPr>
        <w:t xml:space="preserve"> art. 257 </w:t>
      </w:r>
      <w:proofErr w:type="spellStart"/>
      <w:r>
        <w:rPr>
          <w:sz w:val="18"/>
        </w:rPr>
        <w:t>alin</w:t>
      </w:r>
      <w:proofErr w:type="spellEnd"/>
      <w:r>
        <w:rPr>
          <w:sz w:val="18"/>
        </w:rPr>
        <w:t xml:space="preserve">. (17) din Legea nr. 169/2026 </w:t>
      </w:r>
      <w:proofErr w:type="spellStart"/>
      <w:r>
        <w:rPr>
          <w:sz w:val="18"/>
        </w:rPr>
        <w:t>privind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Codul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amenajării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teritoriului</w:t>
      </w:r>
      <w:proofErr w:type="spellEnd"/>
      <w:r>
        <w:rPr>
          <w:sz w:val="18"/>
        </w:rPr>
        <w:t xml:space="preserve">, </w:t>
      </w:r>
      <w:proofErr w:type="spellStart"/>
      <w:r>
        <w:rPr>
          <w:sz w:val="18"/>
        </w:rPr>
        <w:t>urbanismului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și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construcțiilor</w:t>
      </w:r>
      <w:proofErr w:type="spellEnd"/>
      <w:r>
        <w:rPr>
          <w:sz w:val="18"/>
        </w:rPr>
        <w:t>,</w:t>
      </w:r>
    </w:p>
    <w:p w14:paraId="21143514" w14:textId="77777777" w:rsidR="00004412" w:rsidRDefault="00000000">
      <w:pPr>
        <w:spacing w:before="80" w:after="60"/>
        <w:jc w:val="center"/>
        <w:rPr>
          <w:b/>
          <w:color w:val="000000"/>
          <w:sz w:val="18"/>
          <w:lang w:val="fr-FR"/>
        </w:rPr>
      </w:pPr>
      <w:proofErr w:type="spellStart"/>
      <w:proofErr w:type="gramStart"/>
      <w:r w:rsidRPr="00004412">
        <w:rPr>
          <w:sz w:val="18"/>
          <w:lang w:val="fr-FR"/>
        </w:rPr>
        <w:t>solicit</w:t>
      </w:r>
      <w:proofErr w:type="spellEnd"/>
      <w:proofErr w:type="gram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prelungirea</w:t>
      </w:r>
      <w:proofErr w:type="spellEnd"/>
      <w:r w:rsidRPr="00004412">
        <w:rPr>
          <w:sz w:val="18"/>
          <w:lang w:val="fr-FR"/>
        </w:rPr>
        <w:t xml:space="preserve"> </w:t>
      </w:r>
      <w:proofErr w:type="spellStart"/>
      <w:r w:rsidRPr="00004412">
        <w:rPr>
          <w:sz w:val="18"/>
          <w:lang w:val="fr-FR"/>
        </w:rPr>
        <w:t>valabilității</w:t>
      </w:r>
      <w:proofErr w:type="spellEnd"/>
      <w:r w:rsidR="00004412" w:rsidRPr="00004412">
        <w:rPr>
          <w:b/>
          <w:color w:val="000000"/>
          <w:sz w:val="18"/>
          <w:lang w:val="fr-FR"/>
        </w:rPr>
        <w:t xml:space="preserve"> </w:t>
      </w:r>
    </w:p>
    <w:p w14:paraId="077ADEDA" w14:textId="5045CE9D" w:rsidR="00377113" w:rsidRPr="00004412" w:rsidRDefault="00004412">
      <w:pPr>
        <w:spacing w:before="80" w:after="60"/>
        <w:jc w:val="center"/>
        <w:rPr>
          <w:sz w:val="20"/>
          <w:szCs w:val="20"/>
          <w:lang w:val="fr-FR"/>
        </w:rPr>
      </w:pPr>
      <w:r w:rsidRPr="00004412">
        <w:rPr>
          <w:b/>
          <w:color w:val="000000"/>
          <w:sz w:val="20"/>
          <w:szCs w:val="20"/>
          <w:lang w:val="fr-FR"/>
        </w:rPr>
        <w:t>CERTIFICATULUI DE URBANISM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803"/>
        <w:gridCol w:w="4818"/>
      </w:tblGrid>
      <w:tr w:rsidR="00377113" w14:paraId="62A1223F" w14:textId="77777777">
        <w:trPr>
          <w:cantSplit/>
          <w:trHeight w:val="510"/>
        </w:trPr>
        <w:tc>
          <w:tcPr>
            <w:tcW w:w="1606" w:type="dxa"/>
          </w:tcPr>
          <w:p w14:paraId="7765B9B1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91A8A0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32FEB634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70A0A594" w14:textId="77777777" w:rsidR="00377113" w:rsidRDefault="00377113">
            <w:pPr>
              <w:keepNext/>
            </w:pPr>
          </w:p>
        </w:tc>
        <w:tc>
          <w:tcPr>
            <w:tcW w:w="5621" w:type="dxa"/>
            <w:gridSpan w:val="2"/>
          </w:tcPr>
          <w:p w14:paraId="5DFD23E9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Emis de</w:t>
            </w:r>
          </w:p>
          <w:p w14:paraId="5357994E" w14:textId="77777777" w:rsidR="00377113" w:rsidRDefault="00377113">
            <w:pPr>
              <w:keepNext/>
            </w:pPr>
          </w:p>
        </w:tc>
      </w:tr>
      <w:tr w:rsidR="00377113" w14:paraId="356194D4" w14:textId="77777777">
        <w:trPr>
          <w:cantSplit/>
          <w:trHeight w:val="510"/>
        </w:trPr>
        <w:tc>
          <w:tcPr>
            <w:tcW w:w="4818" w:type="dxa"/>
            <w:gridSpan w:val="3"/>
          </w:tcPr>
          <w:p w14:paraId="5AABADB7" w14:textId="77777777" w:rsidR="00377113" w:rsidRDefault="00000000">
            <w:proofErr w:type="spellStart"/>
            <w:r>
              <w:rPr>
                <w:b/>
                <w:color w:val="0D5F78"/>
              </w:rPr>
              <w:t>Prelungirea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solicitată</w:t>
            </w:r>
            <w:proofErr w:type="spellEnd"/>
            <w:r>
              <w:rPr>
                <w:b/>
                <w:color w:val="0D5F78"/>
              </w:rPr>
              <w:t xml:space="preserve"> — de la data</w:t>
            </w:r>
          </w:p>
          <w:p w14:paraId="073435BA" w14:textId="77777777" w:rsidR="00377113" w:rsidRDefault="00377113"/>
        </w:tc>
        <w:tc>
          <w:tcPr>
            <w:tcW w:w="4818" w:type="dxa"/>
          </w:tcPr>
          <w:p w14:paraId="78FDD7CA" w14:textId="77777777" w:rsidR="00377113" w:rsidRDefault="00000000">
            <w:proofErr w:type="spellStart"/>
            <w:r>
              <w:rPr>
                <w:b/>
                <w:color w:val="0D5F78"/>
              </w:rPr>
              <w:t>până</w:t>
            </w:r>
            <w:proofErr w:type="spellEnd"/>
            <w:r>
              <w:rPr>
                <w:b/>
                <w:color w:val="0D5F78"/>
              </w:rPr>
              <w:t xml:space="preserve"> la data</w:t>
            </w:r>
          </w:p>
          <w:p w14:paraId="3D4C5B91" w14:textId="77777777" w:rsidR="00377113" w:rsidRDefault="00377113"/>
        </w:tc>
      </w:tr>
    </w:tbl>
    <w:p w14:paraId="7B9769F8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377113" w14:paraId="18332584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AC950F1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377113" w14:paraId="248B564F" w14:textId="77777777">
        <w:trPr>
          <w:cantSplit/>
        </w:trPr>
        <w:tc>
          <w:tcPr>
            <w:tcW w:w="9636" w:type="dxa"/>
            <w:gridSpan w:val="6"/>
          </w:tcPr>
          <w:p w14:paraId="7D32E515" w14:textId="77777777" w:rsidR="00377113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377113" w14:paraId="533C4D6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107ADBF6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545515E0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5F352457" w14:textId="77777777" w:rsidR="00377113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14C00203" w14:textId="77777777" w:rsidR="00377113" w:rsidRDefault="00377113">
            <w:pPr>
              <w:keepNext/>
            </w:pPr>
          </w:p>
        </w:tc>
        <w:tc>
          <w:tcPr>
            <w:tcW w:w="3212" w:type="dxa"/>
            <w:gridSpan w:val="2"/>
          </w:tcPr>
          <w:p w14:paraId="2519EFDA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6F1351F6" w14:textId="77777777" w:rsidR="00377113" w:rsidRDefault="00377113">
            <w:pPr>
              <w:keepNext/>
            </w:pPr>
          </w:p>
        </w:tc>
      </w:tr>
      <w:tr w:rsidR="00377113" w14:paraId="2D9B8DB3" w14:textId="77777777">
        <w:trPr>
          <w:cantSplit/>
          <w:trHeight w:val="510"/>
        </w:trPr>
        <w:tc>
          <w:tcPr>
            <w:tcW w:w="1606" w:type="dxa"/>
          </w:tcPr>
          <w:p w14:paraId="4B72CFDF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0E9D7B3A" w14:textId="77777777" w:rsidR="00377113" w:rsidRDefault="00377113">
            <w:pPr>
              <w:keepNext/>
            </w:pPr>
          </w:p>
        </w:tc>
        <w:tc>
          <w:tcPr>
            <w:tcW w:w="4818" w:type="dxa"/>
            <w:gridSpan w:val="3"/>
          </w:tcPr>
          <w:p w14:paraId="4A8D120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20FA361F" w14:textId="77777777" w:rsidR="00377113" w:rsidRDefault="00377113">
            <w:pPr>
              <w:keepNext/>
            </w:pPr>
          </w:p>
        </w:tc>
        <w:tc>
          <w:tcPr>
            <w:tcW w:w="803" w:type="dxa"/>
          </w:tcPr>
          <w:p w14:paraId="39FAFBFC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6CA1B947" w14:textId="77777777" w:rsidR="00377113" w:rsidRDefault="00377113">
            <w:pPr>
              <w:keepNext/>
            </w:pPr>
          </w:p>
        </w:tc>
        <w:tc>
          <w:tcPr>
            <w:tcW w:w="2409" w:type="dxa"/>
          </w:tcPr>
          <w:p w14:paraId="134DC49E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297CA390" w14:textId="77777777" w:rsidR="00377113" w:rsidRDefault="00377113">
            <w:pPr>
              <w:keepNext/>
            </w:pPr>
          </w:p>
        </w:tc>
      </w:tr>
      <w:tr w:rsidR="00377113" w14:paraId="7B19E8B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4397E352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r w:rsidRPr="00343BBA">
              <w:rPr>
                <w:b/>
                <w:color w:val="0D5F78"/>
                <w:lang w:val="fr-FR"/>
              </w:rPr>
              <w:t>Număr</w:t>
            </w:r>
            <w:proofErr w:type="spellEnd"/>
            <w:r w:rsidRPr="00343BBA">
              <w:rPr>
                <w:b/>
                <w:color w:val="0D5F78"/>
                <w:lang w:val="fr-FR"/>
              </w:rPr>
              <w:t xml:space="preserve"> cadastral</w:t>
            </w:r>
          </w:p>
          <w:p w14:paraId="34F88BB8" w14:textId="77777777" w:rsidR="00377113" w:rsidRPr="00343BBA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343BBA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343BBA">
              <w:rPr>
                <w:i/>
                <w:color w:val="7A7A7A"/>
                <w:lang w:val="fr-FR"/>
              </w:rPr>
              <w:t>în</w:t>
            </w:r>
            <w:proofErr w:type="spellEnd"/>
            <w:r w:rsidRPr="00343BBA">
              <w:rPr>
                <w:i/>
                <w:color w:val="7A7A7A"/>
                <w:lang w:val="fr-FR"/>
              </w:rPr>
              <w:t xml:space="preserve"> e-Terra</w:t>
            </w:r>
          </w:p>
          <w:p w14:paraId="3E14DDE5" w14:textId="77777777" w:rsidR="00377113" w:rsidRPr="00343BBA" w:rsidRDefault="00377113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4191820B" w14:textId="77777777" w:rsidR="00377113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0636B066" w14:textId="77777777" w:rsidR="00377113" w:rsidRDefault="00377113">
            <w:pPr>
              <w:keepNext/>
            </w:pPr>
          </w:p>
        </w:tc>
      </w:tr>
    </w:tbl>
    <w:p w14:paraId="2A5FFFCA" w14:textId="77777777" w:rsidR="00377113" w:rsidRDefault="00377113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377113" w14:paraId="416CCAE3" w14:textId="77777777">
        <w:trPr>
          <w:cantSplit/>
        </w:trPr>
        <w:tc>
          <w:tcPr>
            <w:tcW w:w="9636" w:type="dxa"/>
            <w:shd w:val="clear" w:color="auto" w:fill="F4F4F4"/>
          </w:tcPr>
          <w:p w14:paraId="3FE4A3CD" w14:textId="77777777" w:rsidR="00377113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SE ANEXEAZĂ</w:t>
            </w:r>
          </w:p>
        </w:tc>
      </w:tr>
      <w:tr w:rsidR="00377113" w:rsidRPr="00004412" w14:paraId="53555C64" w14:textId="77777777">
        <w:trPr>
          <w:cantSplit/>
        </w:trPr>
        <w:tc>
          <w:tcPr>
            <w:tcW w:w="9636" w:type="dxa"/>
          </w:tcPr>
          <w:p w14:paraId="05B03106" w14:textId="77777777" w:rsidR="00377113" w:rsidRPr="00343BBA" w:rsidRDefault="00000000">
            <w:pPr>
              <w:rPr>
                <w:lang w:val="fr-FR"/>
              </w:rPr>
            </w:pPr>
            <w:r w:rsidRPr="00343BBA">
              <w:rPr>
                <w:sz w:val="16"/>
                <w:lang w:val="fr-FR"/>
              </w:rPr>
              <w:t xml:space="preserve"> ☐ </w:t>
            </w:r>
            <w:proofErr w:type="spellStart"/>
            <w:r w:rsidRPr="00343BBA">
              <w:rPr>
                <w:sz w:val="16"/>
                <w:lang w:val="fr-FR"/>
              </w:rPr>
              <w:t>certificatul</w:t>
            </w:r>
            <w:proofErr w:type="spellEnd"/>
            <w:r w:rsidRPr="00343BBA">
              <w:rPr>
                <w:sz w:val="16"/>
                <w:lang w:val="fr-FR"/>
              </w:rPr>
              <w:t xml:space="preserve"> de </w:t>
            </w:r>
            <w:proofErr w:type="spellStart"/>
            <w:r w:rsidRPr="00343BBA">
              <w:rPr>
                <w:sz w:val="16"/>
                <w:lang w:val="fr-FR"/>
              </w:rPr>
              <w:t>urbanism</w:t>
            </w:r>
            <w:proofErr w:type="spellEnd"/>
            <w:r w:rsidRPr="00343BBA">
              <w:rPr>
                <w:sz w:val="16"/>
                <w:lang w:val="fr-FR"/>
              </w:rPr>
              <w:t xml:space="preserve"> (</w:t>
            </w:r>
            <w:proofErr w:type="spellStart"/>
            <w:r w:rsidRPr="00343BBA">
              <w:rPr>
                <w:sz w:val="16"/>
                <w:lang w:val="fr-FR"/>
              </w:rPr>
              <w:t>în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gramStart"/>
            <w:r w:rsidRPr="00343BBA">
              <w:rPr>
                <w:sz w:val="16"/>
                <w:lang w:val="fr-FR"/>
              </w:rPr>
              <w:t xml:space="preserve">original)   </w:t>
            </w:r>
            <w:proofErr w:type="gramEnd"/>
            <w:r w:rsidRPr="00343BBA">
              <w:rPr>
                <w:sz w:val="16"/>
                <w:lang w:val="fr-FR"/>
              </w:rPr>
              <w:t xml:space="preserve">  ☐ </w:t>
            </w:r>
            <w:proofErr w:type="spellStart"/>
            <w:r w:rsidRPr="00343BBA">
              <w:rPr>
                <w:sz w:val="16"/>
                <w:lang w:val="fr-FR"/>
              </w:rPr>
              <w:t>documentul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privind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achitarea</w:t>
            </w:r>
            <w:proofErr w:type="spellEnd"/>
            <w:r w:rsidRPr="00343BBA">
              <w:rPr>
                <w:sz w:val="16"/>
                <w:lang w:val="fr-FR"/>
              </w:rPr>
              <w:t xml:space="preserve"> </w:t>
            </w:r>
            <w:proofErr w:type="spellStart"/>
            <w:r w:rsidRPr="00343BBA">
              <w:rPr>
                <w:sz w:val="16"/>
                <w:lang w:val="fr-FR"/>
              </w:rPr>
              <w:t>taxei</w:t>
            </w:r>
            <w:proofErr w:type="spellEnd"/>
            <w:r w:rsidRPr="00343BBA">
              <w:rPr>
                <w:sz w:val="16"/>
                <w:lang w:val="fr-FR"/>
              </w:rPr>
              <w:t xml:space="preserve"> (copie)</w:t>
            </w:r>
          </w:p>
        </w:tc>
      </w:tr>
    </w:tbl>
    <w:p w14:paraId="0CC63E6D" w14:textId="77777777" w:rsidR="00377113" w:rsidRPr="00343BBA" w:rsidRDefault="00377113">
      <w:pPr>
        <w:spacing w:line="168" w:lineRule="auto"/>
        <w:rPr>
          <w:lang w:val="fr-FR"/>
        </w:rPr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377113" w14:paraId="67AC911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C5583C3" w14:textId="77777777" w:rsidR="00377113" w:rsidRDefault="00000000">
            <w:pPr>
              <w:keepNext/>
            </w:pPr>
            <w:r w:rsidRPr="00343BBA">
              <w:rPr>
                <w:b/>
                <w:sz w:val="16"/>
                <w:lang w:val="fr-FR"/>
              </w:rPr>
              <w:t xml:space="preserve"> </w:t>
            </w:r>
            <w:r>
              <w:rPr>
                <w:b/>
                <w:sz w:val="16"/>
              </w:rPr>
              <w:t xml:space="preserve">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377113" w14:paraId="2C613BE7" w14:textId="77777777">
        <w:trPr>
          <w:cantSplit/>
          <w:trHeight w:val="510"/>
        </w:trPr>
        <w:tc>
          <w:tcPr>
            <w:tcW w:w="1606" w:type="dxa"/>
          </w:tcPr>
          <w:p w14:paraId="6247744D" w14:textId="77777777" w:rsidR="00377113" w:rsidRDefault="00000000">
            <w:r>
              <w:rPr>
                <w:b/>
                <w:color w:val="0D5F78"/>
              </w:rPr>
              <w:t>Data</w:t>
            </w:r>
          </w:p>
          <w:p w14:paraId="6A45905A" w14:textId="77777777" w:rsidR="00377113" w:rsidRDefault="00377113"/>
        </w:tc>
        <w:tc>
          <w:tcPr>
            <w:tcW w:w="4818" w:type="dxa"/>
          </w:tcPr>
          <w:p w14:paraId="09BFB97F" w14:textId="77777777" w:rsidR="00377113" w:rsidRDefault="00000000">
            <w:proofErr w:type="spellStart"/>
            <w:r>
              <w:rPr>
                <w:b/>
                <w:color w:val="0D5F78"/>
              </w:rPr>
              <w:t>Solicitantul</w:t>
            </w:r>
            <w:proofErr w:type="spellEnd"/>
          </w:p>
          <w:p w14:paraId="1B3BE6B9" w14:textId="77777777" w:rsidR="00377113" w:rsidRDefault="00377113"/>
        </w:tc>
        <w:tc>
          <w:tcPr>
            <w:tcW w:w="3212" w:type="dxa"/>
          </w:tcPr>
          <w:p w14:paraId="640F19C7" w14:textId="77777777" w:rsidR="00377113" w:rsidRDefault="00000000">
            <w:proofErr w:type="spellStart"/>
            <w:r>
              <w:rPr>
                <w:b/>
                <w:color w:val="0D5F78"/>
              </w:rPr>
              <w:t>Semnătura</w:t>
            </w:r>
            <w:proofErr w:type="spellEnd"/>
          </w:p>
          <w:p w14:paraId="325CC794" w14:textId="77777777" w:rsidR="00377113" w:rsidRDefault="00377113"/>
        </w:tc>
      </w:tr>
    </w:tbl>
    <w:p w14:paraId="2943DD2B" w14:textId="77777777" w:rsidR="00377113" w:rsidRDefault="00377113">
      <w:pPr>
        <w:spacing w:line="168" w:lineRule="auto"/>
      </w:pPr>
    </w:p>
    <w:sectPr w:rsidR="00377113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0AB214" w14:textId="77777777" w:rsidR="0005221D" w:rsidRDefault="0005221D">
      <w:r>
        <w:separator/>
      </w:r>
    </w:p>
  </w:endnote>
  <w:endnote w:type="continuationSeparator" w:id="0">
    <w:p w14:paraId="0C349BDB" w14:textId="77777777" w:rsidR="0005221D" w:rsidRDefault="000522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0A959F" w14:textId="77777777" w:rsidR="00377113" w:rsidRDefault="00000000">
    <w:pPr>
      <w:pStyle w:val="Footer"/>
      <w:tabs>
        <w:tab w:val="right" w:pos="9639"/>
      </w:tabs>
    </w:pPr>
    <w:r>
      <w:rPr>
        <w:color w:val="595959"/>
      </w:rPr>
      <w:t xml:space="preserve">F_CU_03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343BBA">
      <w:rPr>
        <w:noProof/>
        <w:color w:val="595959"/>
      </w:rPr>
      <w:t>1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24917" w14:textId="77777777" w:rsidR="0005221D" w:rsidRDefault="0005221D">
      <w:r>
        <w:separator/>
      </w:r>
    </w:p>
  </w:footnote>
  <w:footnote w:type="continuationSeparator" w:id="0">
    <w:p w14:paraId="77F3CAF8" w14:textId="77777777" w:rsidR="0005221D" w:rsidRDefault="000522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396464934">
    <w:abstractNumId w:val="8"/>
  </w:num>
  <w:num w:numId="2" w16cid:durableId="120267155">
    <w:abstractNumId w:val="6"/>
  </w:num>
  <w:num w:numId="3" w16cid:durableId="1421946025">
    <w:abstractNumId w:val="5"/>
  </w:num>
  <w:num w:numId="4" w16cid:durableId="75251532">
    <w:abstractNumId w:val="4"/>
  </w:num>
  <w:num w:numId="5" w16cid:durableId="742339271">
    <w:abstractNumId w:val="7"/>
  </w:num>
  <w:num w:numId="6" w16cid:durableId="488985948">
    <w:abstractNumId w:val="3"/>
  </w:num>
  <w:num w:numId="7" w16cid:durableId="904994438">
    <w:abstractNumId w:val="2"/>
  </w:num>
  <w:num w:numId="8" w16cid:durableId="372006337">
    <w:abstractNumId w:val="1"/>
  </w:num>
  <w:num w:numId="9" w16cid:durableId="582119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4412"/>
    <w:rsid w:val="00034616"/>
    <w:rsid w:val="0005221D"/>
    <w:rsid w:val="0006063C"/>
    <w:rsid w:val="0015074B"/>
    <w:rsid w:val="00200236"/>
    <w:rsid w:val="0029639D"/>
    <w:rsid w:val="00326F90"/>
    <w:rsid w:val="00343BBA"/>
    <w:rsid w:val="00377113"/>
    <w:rsid w:val="006C103E"/>
    <w:rsid w:val="00AA1D8D"/>
    <w:rsid w:val="00B47730"/>
    <w:rsid w:val="00CB0664"/>
    <w:rsid w:val="00CD60E9"/>
    <w:rsid w:val="00D66231"/>
    <w:rsid w:val="00DC0D7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AD59A43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1469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Cristian Bocanet</cp:lastModifiedBy>
  <cp:revision>2</cp:revision>
  <dcterms:created xsi:type="dcterms:W3CDTF">2013-12-23T23:15:00Z</dcterms:created>
  <dcterms:modified xsi:type="dcterms:W3CDTF">2026-09-11T05:50:00Z</dcterms:modified>
  <cp:category/>
</cp:coreProperties>
</file>