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:rsidRPr="00CA34A6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3AC9E537" w:rsidR="00377113" w:rsidRPr="00CA34A6" w:rsidRDefault="00DC0D75">
            <w:pPr>
              <w:keepNext/>
              <w:jc w:val="center"/>
              <w:rPr>
                <w:sz w:val="18"/>
                <w:szCs w:val="18"/>
              </w:rPr>
            </w:pPr>
            <w:r w:rsidRPr="00CA34A6">
              <w:rPr>
                <w:noProof/>
                <w:sz w:val="18"/>
                <w:szCs w:val="18"/>
              </w:rPr>
              <w:drawing>
                <wp:inline distT="0" distB="0" distL="0" distR="0" wp14:anchorId="6E6B38C8" wp14:editId="6A74AC4F">
                  <wp:extent cx="882650" cy="1239520"/>
                  <wp:effectExtent l="0" t="0" r="0" b="0"/>
                  <wp:docPr id="6978682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868276" name="Picture 69786827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470C7E31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Județul</w:t>
            </w:r>
            <w:r w:rsidR="00DC0D75" w:rsidRPr="00CA34A6">
              <w:rPr>
                <w:b/>
                <w:color w:val="0D5F78"/>
                <w:sz w:val="18"/>
                <w:szCs w:val="18"/>
              </w:rPr>
              <w:t xml:space="preserve"> BACÂU</w:t>
            </w:r>
          </w:p>
          <w:p w14:paraId="6F91E2AA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69C7851E" w14:textId="002466A6" w:rsidR="00377113" w:rsidRPr="00CA34A6" w:rsidRDefault="00DC0D75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PRIMĂRIA MUNICIPIULUI ONEȘTI</w:t>
            </w:r>
          </w:p>
        </w:tc>
      </w:tr>
      <w:tr w:rsidR="00377113" w:rsidRPr="00CA34A6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0F0F0"/>
          </w:tcPr>
          <w:p w14:paraId="0B0E4F83" w14:textId="77777777" w:rsidR="00377113" w:rsidRPr="00D86739" w:rsidRDefault="004A719B">
            <w:pPr>
              <w:keepNext/>
              <w:rPr>
                <w:szCs w:val="15"/>
                <w:lang w:val="fr-FR"/>
              </w:rPr>
            </w:pPr>
            <w:bookmarkStart w:id="0" w:name="_GoBack"/>
            <w:r w:rsidRPr="00D86739">
              <w:rPr>
                <w:b/>
                <w:color w:val="0D5F78"/>
                <w:szCs w:val="15"/>
                <w:lang w:val="fr-FR"/>
              </w:rPr>
              <w:t>Cod de identificare fiscală (CIF)</w:t>
            </w:r>
            <w:bookmarkEnd w:id="0"/>
          </w:p>
          <w:p w14:paraId="3F0CFBB4" w14:textId="720C9284" w:rsidR="00377113" w:rsidRPr="00CA34A6" w:rsidRDefault="00DC0D75">
            <w:pPr>
              <w:keepNext/>
              <w:rPr>
                <w:sz w:val="18"/>
                <w:szCs w:val="18"/>
                <w:lang w:val="fr-FR"/>
              </w:rPr>
            </w:pPr>
            <w:r w:rsidRPr="00CA34A6">
              <w:rPr>
                <w:sz w:val="18"/>
                <w:szCs w:val="18"/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Adresa oficială</w:t>
            </w:r>
          </w:p>
          <w:p w14:paraId="118EFA7B" w14:textId="2F531570" w:rsidR="00377113" w:rsidRPr="00CA34A6" w:rsidRDefault="00DC0D75">
            <w:pPr>
              <w:keepNext/>
              <w:rPr>
                <w:sz w:val="18"/>
                <w:szCs w:val="18"/>
              </w:rPr>
            </w:pPr>
            <w:r w:rsidRPr="00CA34A6">
              <w:rPr>
                <w:i/>
                <w:color w:val="7A7A7A"/>
                <w:sz w:val="18"/>
                <w:szCs w:val="18"/>
              </w:rPr>
              <w:t>Bd.Oituz, nr.17, One</w:t>
            </w:r>
            <w:r w:rsidR="0051428B" w:rsidRPr="00CA34A6">
              <w:rPr>
                <w:i/>
                <w:color w:val="7A7A7A"/>
                <w:sz w:val="18"/>
                <w:szCs w:val="18"/>
              </w:rPr>
              <w:t>ș</w:t>
            </w:r>
            <w:r w:rsidRPr="00CA34A6">
              <w:rPr>
                <w:i/>
                <w:color w:val="7A7A7A"/>
                <w:sz w:val="18"/>
                <w:szCs w:val="18"/>
              </w:rPr>
              <w:t>ti; telefon: 0234-324243; e-mail: primarie@onesti.ro</w:t>
            </w:r>
          </w:p>
        </w:tc>
      </w:tr>
      <w:tr w:rsidR="00377113" w:rsidRPr="00CA34A6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6BE4A17C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Data</w:t>
            </w:r>
          </w:p>
          <w:p w14:paraId="461592AF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CA34A6" w:rsidRDefault="004A719B">
            <w:pPr>
              <w:rPr>
                <w:sz w:val="18"/>
                <w:szCs w:val="18"/>
                <w:lang w:val="fr-FR"/>
              </w:rPr>
            </w:pPr>
            <w:r w:rsidRPr="00CA34A6">
              <w:rPr>
                <w:i/>
                <w:color w:val="595959"/>
                <w:sz w:val="18"/>
                <w:szCs w:val="18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CA34A6" w:rsidRDefault="00377113">
      <w:pPr>
        <w:spacing w:line="168" w:lineRule="auto"/>
        <w:rPr>
          <w:sz w:val="18"/>
          <w:szCs w:val="18"/>
          <w:lang w:val="fr-FR"/>
        </w:rPr>
      </w:pPr>
    </w:p>
    <w:p w14:paraId="6EE796C5" w14:textId="77777777" w:rsidR="00377113" w:rsidRPr="00CA34A6" w:rsidRDefault="004A719B">
      <w:pPr>
        <w:spacing w:before="140" w:after="40"/>
        <w:jc w:val="center"/>
        <w:rPr>
          <w:sz w:val="18"/>
          <w:szCs w:val="18"/>
        </w:rPr>
      </w:pPr>
      <w:r w:rsidRPr="00CA34A6">
        <w:rPr>
          <w:b/>
          <w:sz w:val="18"/>
          <w:szCs w:val="18"/>
        </w:rPr>
        <w:t>CERERE</w:t>
      </w:r>
    </w:p>
    <w:p w14:paraId="458FF3BC" w14:textId="77777777" w:rsidR="00377113" w:rsidRPr="00CA34A6" w:rsidRDefault="00377113">
      <w:pPr>
        <w:spacing w:after="60" w:line="168" w:lineRule="auto"/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CA34A6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sz w:val="18"/>
                <w:szCs w:val="18"/>
              </w:rPr>
              <w:t xml:space="preserve"> 1. </w:t>
            </w:r>
            <w:r w:rsidRPr="00CA34A6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377113" w:rsidRPr="00CA34A6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CA34A6" w:rsidRDefault="004A719B">
            <w:pPr>
              <w:keepNext/>
              <w:rPr>
                <w:sz w:val="18"/>
                <w:szCs w:val="18"/>
                <w:lang w:val="fr-FR"/>
              </w:rPr>
            </w:pPr>
            <w:r w:rsidRPr="00CA34A6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</w:p>
          <w:p w14:paraId="2863ECC5" w14:textId="77777777" w:rsidR="00377113" w:rsidRPr="00CA34A6" w:rsidRDefault="004A719B">
            <w:pPr>
              <w:keepNext/>
              <w:rPr>
                <w:sz w:val="18"/>
                <w:szCs w:val="18"/>
                <w:lang w:val="fr-FR"/>
              </w:rPr>
            </w:pPr>
            <w:r w:rsidRPr="00CA34A6">
              <w:rPr>
                <w:i/>
                <w:color w:val="7A7A7A"/>
                <w:sz w:val="18"/>
                <w:szCs w:val="18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CA34A6" w:rsidRDefault="00377113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377113" w:rsidRPr="00CA34A6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CA34A6" w:rsidRDefault="004A719B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CA34A6">
              <w:rPr>
                <w:sz w:val="18"/>
                <w:szCs w:val="18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CA34A6" w:rsidRDefault="00377113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:rsidRPr="00CA34A6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CA34A6">
              <w:rPr>
                <w:b/>
                <w:sz w:val="18"/>
                <w:szCs w:val="18"/>
              </w:rPr>
              <w:t xml:space="preserve">2. </w:t>
            </w:r>
            <w:r w:rsidRPr="00CA34A6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377113" w:rsidRPr="00CA34A6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492F91CD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</w:tcPr>
          <w:p w14:paraId="40F931FA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CNP</w:t>
            </w:r>
          </w:p>
          <w:p w14:paraId="32FF08C1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sz w:val="18"/>
                <w:szCs w:val="18"/>
              </w:rPr>
              <w:t xml:space="preserve"> Act de identitate</w:t>
            </w:r>
          </w:p>
        </w:tc>
      </w:tr>
      <w:tr w:rsidR="00377113" w:rsidRPr="00CA34A6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Seria</w:t>
            </w:r>
          </w:p>
          <w:p w14:paraId="744D4F37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4E4DCF4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6AFD4CBD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1275CF2C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4C997CA9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75049A5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1E260826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sz w:val="18"/>
                <w:szCs w:val="18"/>
              </w:rPr>
              <w:t xml:space="preserve"> Domiciliul</w:t>
            </w:r>
          </w:p>
        </w:tc>
      </w:tr>
      <w:tr w:rsidR="00377113" w:rsidRPr="00CA34A6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1815C0EF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1597517E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691DF8E2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3DE1D317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1B6BDCCB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255C5EF4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3B36D30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Nr.</w:t>
            </w:r>
          </w:p>
          <w:p w14:paraId="7570AD44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EB3F9F1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Sc.</w:t>
            </w:r>
          </w:p>
          <w:p w14:paraId="598896A6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8084122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Et.</w:t>
            </w:r>
          </w:p>
          <w:p w14:paraId="1FB7A599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35895CD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Ap.</w:t>
            </w:r>
          </w:p>
          <w:p w14:paraId="5877D4A7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0825FC30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34487808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B31A664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Țara</w:t>
            </w:r>
          </w:p>
          <w:p w14:paraId="1AC94237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sz w:val="18"/>
                <w:szCs w:val="18"/>
              </w:rPr>
              <w:t xml:space="preserve"> Date de contact</w:t>
            </w:r>
          </w:p>
        </w:tc>
      </w:tr>
      <w:tr w:rsidR="00377113" w:rsidRPr="00CA34A6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Pr="00CA34A6" w:rsidRDefault="004A719B">
            <w:pPr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Telefon / fax</w:t>
            </w:r>
          </w:p>
          <w:p w14:paraId="488DB23E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</w:tcPr>
          <w:p w14:paraId="7EFBC837" w14:textId="77777777" w:rsidR="00377113" w:rsidRPr="00CA34A6" w:rsidRDefault="004A719B">
            <w:pPr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1C3CE210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</w:tr>
    </w:tbl>
    <w:p w14:paraId="6E863ACA" w14:textId="77777777" w:rsidR="00377113" w:rsidRPr="00CA34A6" w:rsidRDefault="00377113">
      <w:pPr>
        <w:spacing w:line="168" w:lineRule="auto"/>
        <w:rPr>
          <w:sz w:val="18"/>
          <w:szCs w:val="18"/>
        </w:rPr>
      </w:pPr>
    </w:p>
    <w:p w14:paraId="2E8A375E" w14:textId="77777777" w:rsidR="00377113" w:rsidRPr="00CA34A6" w:rsidRDefault="004A719B">
      <w:pPr>
        <w:spacing w:before="80" w:after="60"/>
        <w:jc w:val="center"/>
        <w:rPr>
          <w:sz w:val="18"/>
          <w:szCs w:val="18"/>
        </w:rPr>
      </w:pPr>
      <w:r w:rsidRPr="00CA34A6">
        <w:rPr>
          <w:sz w:val="18"/>
          <w:szCs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Pr="00CA34A6" w:rsidRDefault="004A719B">
      <w:pPr>
        <w:spacing w:before="80" w:after="60"/>
        <w:jc w:val="center"/>
        <w:rPr>
          <w:b/>
          <w:color w:val="000000"/>
          <w:sz w:val="18"/>
          <w:szCs w:val="18"/>
          <w:lang w:val="fr-FR"/>
        </w:rPr>
      </w:pPr>
      <w:r w:rsidRPr="00CA34A6">
        <w:rPr>
          <w:sz w:val="18"/>
          <w:szCs w:val="18"/>
          <w:lang w:val="fr-FR"/>
        </w:rPr>
        <w:t>solicit prelungirea valabilității</w:t>
      </w:r>
      <w:r w:rsidR="00004412" w:rsidRPr="00CA34A6">
        <w:rPr>
          <w:b/>
          <w:color w:val="000000"/>
          <w:sz w:val="18"/>
          <w:szCs w:val="18"/>
          <w:lang w:val="fr-FR"/>
        </w:rPr>
        <w:t xml:space="preserve"> </w:t>
      </w:r>
    </w:p>
    <w:p w14:paraId="077ADEDA" w14:textId="5045CE9D" w:rsidR="00377113" w:rsidRPr="00CA34A6" w:rsidRDefault="00004412">
      <w:pPr>
        <w:spacing w:before="80" w:after="60"/>
        <w:jc w:val="center"/>
        <w:rPr>
          <w:sz w:val="18"/>
          <w:szCs w:val="18"/>
          <w:lang w:val="fr-FR"/>
        </w:rPr>
      </w:pPr>
      <w:r w:rsidRPr="00CA34A6">
        <w:rPr>
          <w:b/>
          <w:color w:val="000000"/>
          <w:sz w:val="18"/>
          <w:szCs w:val="18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:rsidRPr="00CA34A6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Nr.</w:t>
            </w:r>
          </w:p>
          <w:p w14:paraId="1491A8A0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32FEB634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70A0A594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2"/>
          </w:tcPr>
          <w:p w14:paraId="5DFD23E9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Emis de</w:t>
            </w:r>
          </w:p>
          <w:p w14:paraId="5357994E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Pr="00CA34A6" w:rsidRDefault="004A719B">
            <w:pPr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Prelungirea solicitată — de la data</w:t>
            </w:r>
          </w:p>
          <w:p w14:paraId="073435BA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78FDD7CA" w14:textId="77777777" w:rsidR="00377113" w:rsidRPr="00CA34A6" w:rsidRDefault="004A719B">
            <w:pPr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până la data</w:t>
            </w:r>
          </w:p>
          <w:p w14:paraId="3D4C5B91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</w:tr>
    </w:tbl>
    <w:p w14:paraId="7B9769F8" w14:textId="77777777" w:rsidR="00377113" w:rsidRPr="00CA34A6" w:rsidRDefault="00377113">
      <w:pPr>
        <w:spacing w:line="168" w:lineRule="auto"/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:rsidRPr="00CA34A6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sz w:val="18"/>
                <w:szCs w:val="18"/>
              </w:rPr>
              <w:t xml:space="preserve"> 4. </w:t>
            </w:r>
            <w:r w:rsidRPr="00CA34A6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377113" w:rsidRPr="00CA34A6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sz w:val="18"/>
                <w:szCs w:val="18"/>
              </w:rPr>
              <w:t xml:space="preserve"> ☐ teren     ☐ construcții</w:t>
            </w:r>
          </w:p>
        </w:tc>
      </w:tr>
      <w:tr w:rsidR="00377113" w:rsidRPr="00CA34A6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545515E0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5F352457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Municipiu / oraș / comună</w:t>
            </w:r>
          </w:p>
          <w:p w14:paraId="14C00203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2519EFDA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Sat / sector</w:t>
            </w:r>
          </w:p>
          <w:p w14:paraId="6F1351F6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E9D7B3A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20FA361F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9FAFBFC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Nr.</w:t>
            </w:r>
          </w:p>
          <w:p w14:paraId="6CA1B947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134DC49E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297CA390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CA34A6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CA34A6" w:rsidRDefault="004A719B">
            <w:pPr>
              <w:keepNext/>
              <w:rPr>
                <w:sz w:val="18"/>
                <w:szCs w:val="18"/>
                <w:lang w:val="fr-FR"/>
              </w:rPr>
            </w:pPr>
            <w:r w:rsidRPr="00CA34A6">
              <w:rPr>
                <w:b/>
                <w:color w:val="0D5F78"/>
                <w:sz w:val="18"/>
                <w:szCs w:val="18"/>
                <w:lang w:val="fr-FR"/>
              </w:rPr>
              <w:t>Număr cadastral</w:t>
            </w:r>
          </w:p>
          <w:p w14:paraId="34F88BB8" w14:textId="77777777" w:rsidR="00377113" w:rsidRPr="00CA34A6" w:rsidRDefault="004A719B">
            <w:pPr>
              <w:keepNext/>
              <w:rPr>
                <w:sz w:val="18"/>
                <w:szCs w:val="18"/>
                <w:lang w:val="fr-FR"/>
              </w:rPr>
            </w:pPr>
            <w:r w:rsidRPr="00CA34A6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3E14DDE5" w14:textId="77777777" w:rsidR="00377113" w:rsidRPr="00CA34A6" w:rsidRDefault="00377113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0636B066" w14:textId="77777777" w:rsidR="00377113" w:rsidRPr="00CA34A6" w:rsidRDefault="00377113">
            <w:pPr>
              <w:keepNext/>
              <w:rPr>
                <w:sz w:val="18"/>
                <w:szCs w:val="18"/>
              </w:rPr>
            </w:pPr>
          </w:p>
        </w:tc>
      </w:tr>
    </w:tbl>
    <w:p w14:paraId="2A5FFFCA" w14:textId="77777777" w:rsidR="00377113" w:rsidRPr="00CA34A6" w:rsidRDefault="00377113">
      <w:pPr>
        <w:spacing w:line="168" w:lineRule="auto"/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CA34A6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sz w:val="18"/>
                <w:szCs w:val="18"/>
              </w:rPr>
              <w:t xml:space="preserve"> 5. </w:t>
            </w:r>
            <w:r w:rsidRPr="00CA34A6">
              <w:rPr>
                <w:b/>
                <w:color w:val="000000"/>
                <w:sz w:val="18"/>
                <w:szCs w:val="18"/>
              </w:rPr>
              <w:t>SE ANEXEAZĂ</w:t>
            </w:r>
          </w:p>
        </w:tc>
      </w:tr>
      <w:tr w:rsidR="00377113" w:rsidRPr="00CA34A6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CA34A6" w:rsidRDefault="004A719B">
            <w:pPr>
              <w:rPr>
                <w:sz w:val="18"/>
                <w:szCs w:val="18"/>
                <w:lang w:val="fr-FR"/>
              </w:rPr>
            </w:pPr>
            <w:r w:rsidRPr="00CA34A6">
              <w:rPr>
                <w:sz w:val="18"/>
                <w:szCs w:val="18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CA34A6" w:rsidRDefault="00377113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:rsidRPr="00CA34A6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Pr="00CA34A6" w:rsidRDefault="004A719B">
            <w:pPr>
              <w:keepNext/>
              <w:rPr>
                <w:sz w:val="18"/>
                <w:szCs w:val="18"/>
              </w:rPr>
            </w:pPr>
            <w:r w:rsidRPr="00CA34A6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CA34A6">
              <w:rPr>
                <w:b/>
                <w:sz w:val="18"/>
                <w:szCs w:val="18"/>
              </w:rPr>
              <w:t xml:space="preserve">6. </w:t>
            </w:r>
            <w:r w:rsidRPr="00CA34A6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377113" w:rsidRPr="00CA34A6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Pr="00CA34A6" w:rsidRDefault="004A719B">
            <w:pPr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Data</w:t>
            </w:r>
          </w:p>
          <w:p w14:paraId="6A45905A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09BFB97F" w14:textId="77777777" w:rsidR="00377113" w:rsidRPr="00CA34A6" w:rsidRDefault="004A719B">
            <w:pPr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Solicitantul</w:t>
            </w:r>
          </w:p>
          <w:p w14:paraId="1B3BE6B9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640F19C7" w14:textId="77777777" w:rsidR="00377113" w:rsidRPr="00CA34A6" w:rsidRDefault="004A719B">
            <w:pPr>
              <w:rPr>
                <w:sz w:val="18"/>
                <w:szCs w:val="18"/>
              </w:rPr>
            </w:pPr>
            <w:r w:rsidRPr="00CA34A6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325CC794" w14:textId="77777777" w:rsidR="00377113" w:rsidRPr="00CA34A6" w:rsidRDefault="00377113">
            <w:pPr>
              <w:rPr>
                <w:sz w:val="18"/>
                <w:szCs w:val="18"/>
              </w:rPr>
            </w:pPr>
          </w:p>
        </w:tc>
      </w:tr>
    </w:tbl>
    <w:p w14:paraId="2943DD2B" w14:textId="77777777" w:rsidR="00377113" w:rsidRPr="00CA34A6" w:rsidRDefault="00377113">
      <w:pPr>
        <w:spacing w:line="168" w:lineRule="auto"/>
        <w:rPr>
          <w:sz w:val="18"/>
          <w:szCs w:val="18"/>
        </w:rPr>
      </w:pPr>
    </w:p>
    <w:sectPr w:rsidR="00377113" w:rsidRPr="00CA34A6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D511B" w14:textId="77777777" w:rsidR="00702A01" w:rsidRDefault="00702A01">
      <w:r>
        <w:separator/>
      </w:r>
    </w:p>
  </w:endnote>
  <w:endnote w:type="continuationSeparator" w:id="0">
    <w:p w14:paraId="425C2918" w14:textId="77777777" w:rsidR="00702A01" w:rsidRDefault="0070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A959F" w14:textId="77777777" w:rsidR="00377113" w:rsidRDefault="004A719B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673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6739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338BFA" w14:textId="77777777" w:rsidR="00702A01" w:rsidRDefault="00702A01">
      <w:r>
        <w:separator/>
      </w:r>
    </w:p>
  </w:footnote>
  <w:footnote w:type="continuationSeparator" w:id="0">
    <w:p w14:paraId="31824758" w14:textId="77777777" w:rsidR="00702A01" w:rsidRDefault="00702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412"/>
    <w:rsid w:val="00034616"/>
    <w:rsid w:val="0005221D"/>
    <w:rsid w:val="0006063C"/>
    <w:rsid w:val="001151FC"/>
    <w:rsid w:val="0015074B"/>
    <w:rsid w:val="00200236"/>
    <w:rsid w:val="0029639D"/>
    <w:rsid w:val="00326F90"/>
    <w:rsid w:val="00343BBA"/>
    <w:rsid w:val="00377113"/>
    <w:rsid w:val="004A719B"/>
    <w:rsid w:val="0051428B"/>
    <w:rsid w:val="006C103E"/>
    <w:rsid w:val="00702A01"/>
    <w:rsid w:val="00AA1D8D"/>
    <w:rsid w:val="00B35400"/>
    <w:rsid w:val="00B47730"/>
    <w:rsid w:val="00CA34A6"/>
    <w:rsid w:val="00CB0664"/>
    <w:rsid w:val="00CD60E9"/>
    <w:rsid w:val="00D66231"/>
    <w:rsid w:val="00D86739"/>
    <w:rsid w:val="00DC0D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A3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4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A3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E366CA-8E74-4E14-A019-E02DABDFD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Andreea Popovici</cp:lastModifiedBy>
  <cp:revision>5</cp:revision>
  <dcterms:created xsi:type="dcterms:W3CDTF">2013-12-23T23:15:00Z</dcterms:created>
  <dcterms:modified xsi:type="dcterms:W3CDTF">2026-09-24T10:37:00Z</dcterms:modified>
  <cp:category/>
</cp:coreProperties>
</file>