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3E5F3E9F" w:rsidR="00BD4241" w:rsidRDefault="000C7D67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6F220B7" wp14:editId="12079A97">
                  <wp:extent cx="882650" cy="1239520"/>
                  <wp:effectExtent l="0" t="0" r="0" b="0"/>
                  <wp:docPr id="18133079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307906" name="Picture 18133079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6F466E2D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0C7D67">
              <w:rPr>
                <w:b/>
                <w:color w:val="0D5F78"/>
              </w:rPr>
              <w:t xml:space="preserve"> </w:t>
            </w:r>
            <w:r w:rsidR="000C7D67" w:rsidRPr="000C7D67">
              <w:rPr>
                <w:b/>
                <w:color w:val="0D5F78"/>
              </w:rPr>
              <w:t>BACÂU</w:t>
            </w:r>
          </w:p>
          <w:p w14:paraId="5170F875" w14:textId="77777777" w:rsidR="00BD4241" w:rsidRDefault="00BD4241">
            <w:pPr>
              <w:keepNext/>
            </w:pP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5529F8B8" w14:textId="190044AF" w:rsidR="00BD4241" w:rsidRDefault="000C7D67">
            <w:pPr>
              <w:keepNext/>
            </w:pPr>
            <w:r w:rsidRPr="000C7D67">
              <w:rPr>
                <w:b/>
                <w:color w:val="0D5F78"/>
              </w:rPr>
              <w:t>PRIMĂRIA MUNICIPIULUI ONEȘTI</w:t>
            </w: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55F10269" w:rsidR="00BD4241" w:rsidRPr="00A256C2" w:rsidRDefault="000C7D67">
            <w:pPr>
              <w:keepNext/>
              <w:rPr>
                <w:lang w:val="fr-FR"/>
              </w:rPr>
            </w:pPr>
            <w:r w:rsidRPr="000C7D67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2B93E2A" w14:textId="0B17C9DD" w:rsidR="00BD4241" w:rsidRDefault="000C7D67">
            <w:pPr>
              <w:keepNext/>
            </w:pPr>
            <w:proofErr w:type="spellStart"/>
            <w:proofErr w:type="gramStart"/>
            <w:r w:rsidRPr="000C7D67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0C7D67">
              <w:rPr>
                <w:i/>
                <w:color w:val="7A7A7A"/>
              </w:rPr>
              <w:t xml:space="preserve">, nr.17, </w:t>
            </w:r>
            <w:proofErr w:type="spellStart"/>
            <w:r w:rsidRPr="000C7D67">
              <w:rPr>
                <w:i/>
                <w:color w:val="7A7A7A"/>
              </w:rPr>
              <w:t>Onețti</w:t>
            </w:r>
            <w:proofErr w:type="spellEnd"/>
            <w:r w:rsidRPr="000C7D67">
              <w:rPr>
                <w:i/>
                <w:color w:val="7A7A7A"/>
              </w:rPr>
              <w:t xml:space="preserve">; </w:t>
            </w:r>
            <w:proofErr w:type="spellStart"/>
            <w:r w:rsidRPr="000C7D67">
              <w:rPr>
                <w:i/>
                <w:color w:val="7A7A7A"/>
              </w:rPr>
              <w:t>telefon</w:t>
            </w:r>
            <w:proofErr w:type="spellEnd"/>
            <w:r w:rsidRPr="000C7D67">
              <w:rPr>
                <w:i/>
                <w:color w:val="7A7A7A"/>
              </w:rPr>
              <w:t>: 0234-324243; e-mail: primarie@onesti.ro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78411" w14:textId="77777777" w:rsidR="00507FA2" w:rsidRDefault="00507FA2">
      <w:r>
        <w:separator/>
      </w:r>
    </w:p>
  </w:endnote>
  <w:endnote w:type="continuationSeparator" w:id="0">
    <w:p w14:paraId="29FDF5D0" w14:textId="77777777" w:rsidR="00507FA2" w:rsidRDefault="0050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A009" w14:textId="77777777" w:rsidR="00507FA2" w:rsidRDefault="00507FA2">
      <w:r>
        <w:separator/>
      </w:r>
    </w:p>
  </w:footnote>
  <w:footnote w:type="continuationSeparator" w:id="0">
    <w:p w14:paraId="0EE0A528" w14:textId="77777777" w:rsidR="00507FA2" w:rsidRDefault="00507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B52"/>
    <w:rsid w:val="0006063C"/>
    <w:rsid w:val="000C7D67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507FA2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607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2026-09-11T05:49:00Z</dcterms:modified>
  <cp:category/>
</cp:coreProperties>
</file>