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07620114" w:rsidR="00DD3A82" w:rsidRDefault="006D05C5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55D0052D" wp14:editId="201BCDB9">
                  <wp:extent cx="882650" cy="1239520"/>
                  <wp:effectExtent l="0" t="0" r="0" b="0"/>
                  <wp:docPr id="13896395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639554" name="Picture 138963955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22655BAD" w:rsidR="00DD3A8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6D05C5">
              <w:rPr>
                <w:b/>
                <w:color w:val="0D5F78"/>
              </w:rPr>
              <w:t xml:space="preserve"> </w:t>
            </w:r>
            <w:r w:rsidR="006D05C5" w:rsidRPr="006D05C5">
              <w:rPr>
                <w:b/>
                <w:color w:val="0D5F78"/>
              </w:rPr>
              <w:t>BACÂU</w:t>
            </w:r>
          </w:p>
          <w:p w14:paraId="3EF98D51" w14:textId="77777777" w:rsidR="00DD3A82" w:rsidRDefault="00DD3A82">
            <w:pPr>
              <w:keepNext/>
            </w:pP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66E6884B" w:rsidR="00DD3A82" w:rsidRDefault="006D05C5">
            <w:pPr>
              <w:keepNext/>
            </w:pPr>
            <w:r w:rsidRPr="006D05C5">
              <w:rPr>
                <w:b/>
                <w:color w:val="0D5F78"/>
              </w:rPr>
              <w:t>PRIMĂRIA MUNICIPIULUI ONEȘTI</w:t>
            </w:r>
          </w:p>
          <w:p w14:paraId="3FF2AA28" w14:textId="77777777" w:rsidR="00DD3A82" w:rsidRDefault="00DD3A82">
            <w:pPr>
              <w:keepNext/>
            </w:pP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(CIF)</w:t>
            </w:r>
          </w:p>
          <w:p w14:paraId="257CA338" w14:textId="4A594D45" w:rsidR="00DD3A82" w:rsidRPr="00243741" w:rsidRDefault="006D05C5">
            <w:pPr>
              <w:keepNext/>
              <w:rPr>
                <w:lang w:val="fr-FR"/>
              </w:rPr>
            </w:pPr>
            <w:r w:rsidRPr="006D05C5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792F3E0" w14:textId="6DC8DF01" w:rsidR="00DD3A82" w:rsidRDefault="006D05C5">
            <w:pPr>
              <w:keepNext/>
            </w:pPr>
            <w:proofErr w:type="spellStart"/>
            <w:r w:rsidRPr="006D05C5">
              <w:rPr>
                <w:i/>
                <w:color w:val="7A7A7A"/>
              </w:rPr>
              <w:t>Bd.Oituz</w:t>
            </w:r>
            <w:proofErr w:type="spellEnd"/>
            <w:r w:rsidRPr="006D05C5">
              <w:rPr>
                <w:i/>
                <w:color w:val="7A7A7A"/>
              </w:rPr>
              <w:t xml:space="preserve">, nr.17, </w:t>
            </w:r>
            <w:proofErr w:type="spellStart"/>
            <w:r w:rsidRPr="006D05C5">
              <w:rPr>
                <w:i/>
                <w:color w:val="7A7A7A"/>
              </w:rPr>
              <w:t>Onețti</w:t>
            </w:r>
            <w:proofErr w:type="spellEnd"/>
            <w:r w:rsidRPr="006D05C5">
              <w:rPr>
                <w:i/>
                <w:color w:val="7A7A7A"/>
              </w:rPr>
              <w:t xml:space="preserve">; </w:t>
            </w:r>
            <w:proofErr w:type="spellStart"/>
            <w:r w:rsidRPr="006D05C5">
              <w:rPr>
                <w:i/>
                <w:color w:val="7A7A7A"/>
              </w:rPr>
              <w:t>telefon</w:t>
            </w:r>
            <w:proofErr w:type="spellEnd"/>
            <w:r w:rsidRPr="006D05C5">
              <w:rPr>
                <w:i/>
                <w:color w:val="7A7A7A"/>
              </w:rPr>
              <w:t>: 0234-324243; e-mail: primarie@onesti.ro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proofErr w:type="spellStart"/>
            <w:r w:rsidRPr="00243741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proofErr w:type="gramStart"/>
            <w:r w:rsidRPr="00243741">
              <w:rPr>
                <w:i/>
                <w:color w:val="7A7A7A"/>
                <w:lang w:val="fr-FR"/>
              </w:rPr>
              <w:t>nr</w:t>
            </w:r>
            <w:proofErr w:type="gramEnd"/>
            <w:r w:rsidRPr="00243741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faza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proofErr w:type="spellStart"/>
            <w:r w:rsidRPr="00243741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741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741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în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31469D4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7D0C82BB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proofErr w:type="spellStart"/>
            <w:r w:rsidRPr="00243741">
              <w:rPr>
                <w:b/>
                <w:color w:val="0D5F78"/>
                <w:lang w:val="fr-FR"/>
              </w:rPr>
              <w:t>Actul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243741">
              <w:rPr>
                <w:i/>
                <w:color w:val="7A7A7A"/>
                <w:lang w:val="fr-FR"/>
              </w:rPr>
              <w:t>nr./</w:t>
            </w:r>
            <w:proofErr w:type="gramEnd"/>
            <w:r w:rsidRPr="00243741">
              <w:rPr>
                <w:i/>
                <w:color w:val="7A7A7A"/>
                <w:lang w:val="fr-FR"/>
              </w:rPr>
              <w:t>an</w:t>
            </w:r>
          </w:p>
        </w:tc>
      </w:tr>
      <w:tr w:rsidR="00DD3A82" w:rsidRPr="005A0856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6E239AE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proofErr w:type="spellStart"/>
            <w:r w:rsidRPr="00243741">
              <w:rPr>
                <w:b/>
                <w:color w:val="0D5F78"/>
                <w:lang w:val="fr-FR"/>
              </w:rPr>
              <w:t>Actul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243741">
              <w:rPr>
                <w:i/>
                <w:color w:val="7A7A7A"/>
                <w:lang w:val="fr-FR"/>
              </w:rPr>
              <w:t>nr./</w:t>
            </w:r>
            <w:proofErr w:type="gramEnd"/>
            <w:r w:rsidRPr="00243741">
              <w:rPr>
                <w:i/>
                <w:color w:val="7A7A7A"/>
                <w:lang w:val="fr-FR"/>
              </w:rPr>
              <w:t>an</w:t>
            </w:r>
          </w:p>
        </w:tc>
      </w:tr>
      <w:tr w:rsidR="00DD3A82" w:rsidRPr="005A0856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BC78733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72FC5A78" w14:textId="77777777" w:rsidR="00DD3A82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proofErr w:type="gramStart"/>
            <w:r w:rsidRPr="00243741">
              <w:rPr>
                <w:i/>
                <w:color w:val="7A7A7A"/>
                <w:lang w:val="fr-FR"/>
              </w:rPr>
              <w:t>direct</w:t>
            </w:r>
            <w:proofErr w:type="gramEnd"/>
            <w:r w:rsidRPr="00243741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poștă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435B6" w14:textId="77777777" w:rsidR="000A6C39" w:rsidRDefault="000A6C39">
      <w:r>
        <w:separator/>
      </w:r>
    </w:p>
  </w:endnote>
  <w:endnote w:type="continuationSeparator" w:id="0">
    <w:p w14:paraId="3D8D793B" w14:textId="77777777" w:rsidR="000A6C39" w:rsidRDefault="000A6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Footer"/>
      <w:tabs>
        <w:tab w:val="right" w:pos="9639"/>
      </w:tabs>
    </w:pPr>
    <w:r>
      <w:rPr>
        <w:color w:val="595959"/>
      </w:rPr>
      <w:t xml:space="preserve">F_CU_05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9091E" w14:textId="77777777" w:rsidR="000A6C39" w:rsidRDefault="000A6C39">
      <w:r>
        <w:separator/>
      </w:r>
    </w:p>
  </w:footnote>
  <w:footnote w:type="continuationSeparator" w:id="0">
    <w:p w14:paraId="5398009E" w14:textId="77777777" w:rsidR="000A6C39" w:rsidRDefault="000A6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C39"/>
    <w:rsid w:val="0015074B"/>
    <w:rsid w:val="00243741"/>
    <w:rsid w:val="0029639D"/>
    <w:rsid w:val="002D094A"/>
    <w:rsid w:val="00326F90"/>
    <w:rsid w:val="00414201"/>
    <w:rsid w:val="00525555"/>
    <w:rsid w:val="005A0856"/>
    <w:rsid w:val="006C103E"/>
    <w:rsid w:val="006D05C5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2026-09-11T05:48:00Z</dcterms:modified>
  <cp:category/>
</cp:coreProperties>
</file>