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67ADF2DE" w:rsidR="00001A3C" w:rsidRDefault="00AD44FC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174B19E0" wp14:editId="4175BD15">
                  <wp:extent cx="882650" cy="1239520"/>
                  <wp:effectExtent l="0" t="0" r="0" b="0"/>
                  <wp:docPr id="3976595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659579" name="Picture 39765957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5CBFAE0F" w:rsidR="00001A3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AD44FC">
              <w:rPr>
                <w:b/>
                <w:color w:val="0D5F78"/>
              </w:rPr>
              <w:t xml:space="preserve"> </w:t>
            </w:r>
            <w:r w:rsidR="00AD44FC" w:rsidRPr="00AD44FC">
              <w:rPr>
                <w:b/>
                <w:color w:val="0D5F78"/>
              </w:rPr>
              <w:t>BACÂU</w:t>
            </w:r>
          </w:p>
          <w:p w14:paraId="52986191" w14:textId="77777777" w:rsidR="00001A3C" w:rsidRDefault="00001A3C">
            <w:pPr>
              <w:keepNext/>
            </w:pP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64AC7C14" w14:textId="78A67069" w:rsidR="00001A3C" w:rsidRDefault="00AD44FC">
            <w:pPr>
              <w:keepNext/>
            </w:pPr>
            <w:r w:rsidRPr="00AD44FC">
              <w:rPr>
                <w:b/>
                <w:color w:val="0D5F78"/>
              </w:rPr>
              <w:t>PRIMĂRIA MUNICIPIULUI ONEȘTI</w:t>
            </w: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14AE5121" w:rsidR="00001A3C" w:rsidRPr="00BB2AEB" w:rsidRDefault="00AD44FC">
            <w:pPr>
              <w:keepNext/>
              <w:rPr>
                <w:lang w:val="fr-FR"/>
              </w:rPr>
            </w:pPr>
            <w:r w:rsidRPr="00AD44FC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A4F5AC4" w14:textId="1C24390B" w:rsidR="00001A3C" w:rsidRDefault="00AD44FC">
            <w:pPr>
              <w:keepNext/>
            </w:pPr>
            <w:proofErr w:type="spellStart"/>
            <w:proofErr w:type="gramStart"/>
            <w:r w:rsidRPr="00AD44FC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AD44FC">
              <w:rPr>
                <w:i/>
                <w:color w:val="7A7A7A"/>
              </w:rPr>
              <w:t xml:space="preserve">, nr.17, </w:t>
            </w:r>
            <w:proofErr w:type="spellStart"/>
            <w:r w:rsidRPr="00AD44FC">
              <w:rPr>
                <w:i/>
                <w:color w:val="7A7A7A"/>
              </w:rPr>
              <w:t>Onețti</w:t>
            </w:r>
            <w:proofErr w:type="spellEnd"/>
            <w:r w:rsidRPr="00AD44FC">
              <w:rPr>
                <w:i/>
                <w:color w:val="7A7A7A"/>
              </w:rPr>
              <w:t xml:space="preserve">; </w:t>
            </w:r>
            <w:proofErr w:type="spellStart"/>
            <w:r w:rsidRPr="00AD44FC">
              <w:rPr>
                <w:i/>
                <w:color w:val="7A7A7A"/>
              </w:rPr>
              <w:t>telefon</w:t>
            </w:r>
            <w:proofErr w:type="spellEnd"/>
            <w:r w:rsidRPr="00AD44FC">
              <w:rPr>
                <w:i/>
                <w:color w:val="7A7A7A"/>
              </w:rPr>
              <w:t>: 0234-324243; e-mail: primarie@onesti.ro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proofErr w:type="gramStart"/>
            <w:r w:rsidRPr="00BB2AEB">
              <w:rPr>
                <w:i/>
                <w:color w:val="7A7A7A"/>
                <w:lang w:val="fr-FR"/>
              </w:rPr>
              <w:t>nr</w:t>
            </w:r>
            <w:proofErr w:type="gramEnd"/>
            <w:r w:rsidRPr="00BB2AEB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BB2AEB">
              <w:rPr>
                <w:i/>
                <w:color w:val="7A7A7A"/>
                <w:lang w:val="fr-FR"/>
              </w:rPr>
              <w:t>nr./</w:t>
            </w:r>
            <w:proofErr w:type="gramEnd"/>
            <w:r w:rsidRPr="00BB2AEB">
              <w:rPr>
                <w:i/>
                <w:color w:val="7A7A7A"/>
                <w:lang w:val="fr-FR"/>
              </w:rPr>
              <w:t>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BB2AEB">
              <w:rPr>
                <w:i/>
                <w:color w:val="7A7A7A"/>
                <w:lang w:val="fr-FR"/>
              </w:rPr>
              <w:t>nr./</w:t>
            </w:r>
            <w:proofErr w:type="gramEnd"/>
            <w:r w:rsidRPr="00BB2AEB">
              <w:rPr>
                <w:i/>
                <w:color w:val="7A7A7A"/>
                <w:lang w:val="fr-FR"/>
              </w:rPr>
              <w:t>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proofErr w:type="gram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proofErr w:type="gramStart"/>
            <w:r w:rsidRPr="00BB2AEB">
              <w:rPr>
                <w:i/>
                <w:color w:val="7A7A7A"/>
                <w:lang w:val="fr-FR"/>
              </w:rPr>
              <w:t>direct</w:t>
            </w:r>
            <w:proofErr w:type="gramEnd"/>
            <w:r w:rsidRPr="00BB2AEB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09B03" w14:textId="77777777" w:rsidR="00516B04" w:rsidRDefault="00516B04">
      <w:r>
        <w:separator/>
      </w:r>
    </w:p>
  </w:endnote>
  <w:endnote w:type="continuationSeparator" w:id="0">
    <w:p w14:paraId="667E7B4C" w14:textId="77777777" w:rsidR="00516B04" w:rsidRDefault="00516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Footer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2DF1" w14:textId="77777777" w:rsidR="00516B04" w:rsidRDefault="00516B04">
      <w:r>
        <w:separator/>
      </w:r>
    </w:p>
  </w:footnote>
  <w:footnote w:type="continuationSeparator" w:id="0">
    <w:p w14:paraId="71999576" w14:textId="77777777" w:rsidR="00516B04" w:rsidRDefault="00516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0B4F3A"/>
    <w:rsid w:val="0015074B"/>
    <w:rsid w:val="0029639D"/>
    <w:rsid w:val="00326F90"/>
    <w:rsid w:val="00516B04"/>
    <w:rsid w:val="006C103E"/>
    <w:rsid w:val="00AA1D8D"/>
    <w:rsid w:val="00AD44FC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262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2026-09-11T05:47:00Z</dcterms:modified>
  <cp:category/>
</cp:coreProperties>
</file>