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19C6C816" w:rsidR="005773BA" w:rsidRDefault="004A5E6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9F6AB36" wp14:editId="37A3EB15">
                  <wp:extent cx="882650" cy="1239520"/>
                  <wp:effectExtent l="0" t="0" r="0" b="0"/>
                  <wp:docPr id="14758204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820456" name="Picture 14758204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57CD9830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4A5E6A">
              <w:rPr>
                <w:b/>
                <w:color w:val="0D5F78"/>
              </w:rPr>
              <w:t xml:space="preserve"> </w:t>
            </w:r>
            <w:r w:rsidR="004A5E6A" w:rsidRPr="004A5E6A">
              <w:rPr>
                <w:b/>
                <w:color w:val="0D5F78"/>
              </w:rPr>
              <w:t>BACÂU</w:t>
            </w:r>
          </w:p>
          <w:p w14:paraId="38C54C97" w14:textId="77777777" w:rsidR="005773BA" w:rsidRDefault="005773BA">
            <w:pPr>
              <w:keepNext/>
            </w:pP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77E357D2" w14:textId="759CD1DB" w:rsidR="005773BA" w:rsidRDefault="004A5E6A">
            <w:pPr>
              <w:keepNext/>
            </w:pPr>
            <w:r w:rsidRPr="004A5E6A">
              <w:rPr>
                <w:b/>
                <w:color w:val="0D5F78"/>
              </w:rPr>
              <w:t>PRIMĂRIA MUNICIPIULUI ONEȘTI</w:t>
            </w: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611AFE07" w:rsidR="005773BA" w:rsidRPr="00D20322" w:rsidRDefault="004A5E6A">
            <w:pPr>
              <w:keepNext/>
              <w:rPr>
                <w:lang w:val="fr-FR"/>
              </w:rPr>
            </w:pPr>
            <w:r w:rsidRPr="004A5E6A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3F99D93" w14:textId="227DBCFD" w:rsidR="005773BA" w:rsidRDefault="004A5E6A">
            <w:pPr>
              <w:keepNext/>
            </w:pPr>
            <w:proofErr w:type="spellStart"/>
            <w:r w:rsidRPr="004A5E6A">
              <w:rPr>
                <w:i/>
                <w:color w:val="7A7A7A"/>
              </w:rPr>
              <w:t>Bd.Oituz</w:t>
            </w:r>
            <w:proofErr w:type="spellEnd"/>
            <w:r w:rsidRPr="004A5E6A">
              <w:rPr>
                <w:i/>
                <w:color w:val="7A7A7A"/>
              </w:rPr>
              <w:t xml:space="preserve">, nr.17, </w:t>
            </w:r>
            <w:proofErr w:type="spellStart"/>
            <w:r w:rsidRPr="004A5E6A">
              <w:rPr>
                <w:i/>
                <w:color w:val="7A7A7A"/>
              </w:rPr>
              <w:t>Onețti</w:t>
            </w:r>
            <w:proofErr w:type="spellEnd"/>
            <w:r w:rsidRPr="004A5E6A">
              <w:rPr>
                <w:i/>
                <w:color w:val="7A7A7A"/>
              </w:rPr>
              <w:t xml:space="preserve">; </w:t>
            </w:r>
            <w:proofErr w:type="spellStart"/>
            <w:r w:rsidRPr="004A5E6A">
              <w:rPr>
                <w:i/>
                <w:color w:val="7A7A7A"/>
              </w:rPr>
              <w:t>telefon</w:t>
            </w:r>
            <w:proofErr w:type="spellEnd"/>
            <w:r w:rsidRPr="004A5E6A">
              <w:rPr>
                <w:i/>
                <w:color w:val="7A7A7A"/>
              </w:rPr>
              <w:t>: 0234-324243; e-mail: primarie@onesti.ro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prin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prin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orașului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sz w:val="16"/>
                <w:lang w:val="fr-FR"/>
              </w:rPr>
              <w:t xml:space="preserve">prin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metropolitane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EBA5" w14:textId="77777777" w:rsidR="00E1348A" w:rsidRDefault="00E1348A">
      <w:r>
        <w:separator/>
      </w:r>
    </w:p>
  </w:endnote>
  <w:endnote w:type="continuationSeparator" w:id="0">
    <w:p w14:paraId="0CE770F8" w14:textId="77777777" w:rsidR="00E1348A" w:rsidRDefault="00E1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Footer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57A47" w14:textId="77777777" w:rsidR="00E1348A" w:rsidRDefault="00E1348A">
      <w:r>
        <w:separator/>
      </w:r>
    </w:p>
  </w:footnote>
  <w:footnote w:type="continuationSeparator" w:id="0">
    <w:p w14:paraId="4BDD6BB5" w14:textId="77777777" w:rsidR="00E1348A" w:rsidRDefault="00E13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A5E6A"/>
    <w:rsid w:val="004D46A7"/>
    <w:rsid w:val="005153D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E1348A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658</Words>
  <Characters>3822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Cristian Bocanet</cp:lastModifiedBy>
  <cp:revision>11</cp:revision>
  <dcterms:created xsi:type="dcterms:W3CDTF">2013-12-23T23:15:00Z</dcterms:created>
  <dcterms:modified xsi:type="dcterms:W3CDTF">2026-09-11T05:47:00Z</dcterms:modified>
  <cp:category/>
</cp:coreProperties>
</file>