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85C0B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76717483" w:rsidR="00C85C0B" w:rsidRDefault="006F47D9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798FC9AF" wp14:editId="2C9D44DF">
                  <wp:extent cx="882650" cy="1239520"/>
                  <wp:effectExtent l="0" t="0" r="0" b="0"/>
                  <wp:docPr id="2599931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993133" name="Picture 25999313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65C390" w14:textId="6603B348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6F47D9">
              <w:rPr>
                <w:b/>
                <w:color w:val="0D5F78"/>
              </w:rPr>
              <w:t xml:space="preserve"> </w:t>
            </w:r>
            <w:r w:rsidR="006F47D9" w:rsidRPr="006F47D9">
              <w:rPr>
                <w:b/>
                <w:color w:val="0D5F78"/>
              </w:rPr>
              <w:t>BACÂU</w:t>
            </w:r>
          </w:p>
          <w:p w14:paraId="340C295B" w14:textId="77777777" w:rsidR="00C85C0B" w:rsidRDefault="00C85C0B">
            <w:pPr>
              <w:keepNext/>
            </w:pPr>
          </w:p>
        </w:tc>
      </w:tr>
      <w:tr w:rsidR="00C85C0B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C85C0B" w:rsidRDefault="00C85C0B"/>
        </w:tc>
        <w:tc>
          <w:tcPr>
            <w:tcW w:w="8030" w:type="dxa"/>
            <w:gridSpan w:val="3"/>
            <w:shd w:val="clear" w:color="auto" w:fill="F0F0F0"/>
          </w:tcPr>
          <w:p w14:paraId="537356A4" w14:textId="175D2648" w:rsidR="00C85C0B" w:rsidRDefault="006F47D9">
            <w:pPr>
              <w:keepNext/>
            </w:pPr>
            <w:r w:rsidRPr="006F47D9">
              <w:rPr>
                <w:b/>
                <w:color w:val="0D5F78"/>
              </w:rPr>
              <w:t>PRIMĂRIA MUNICIPIULUI ONEȘTI</w:t>
            </w:r>
          </w:p>
        </w:tc>
      </w:tr>
      <w:tr w:rsidR="00C85C0B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C85C0B" w:rsidRDefault="00C85C0B"/>
        </w:tc>
        <w:tc>
          <w:tcPr>
            <w:tcW w:w="2409" w:type="dxa"/>
            <w:shd w:val="clear" w:color="auto" w:fill="F0F0F0"/>
          </w:tcPr>
          <w:p w14:paraId="73114822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(CIF)</w:t>
            </w:r>
          </w:p>
          <w:p w14:paraId="790922F4" w14:textId="4103AEF4" w:rsidR="00C85C0B" w:rsidRPr="00150E80" w:rsidRDefault="006F47D9">
            <w:pPr>
              <w:keepNext/>
              <w:rPr>
                <w:lang w:val="fr-FR"/>
              </w:rPr>
            </w:pPr>
            <w:r w:rsidRPr="006F47D9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E8EEC5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4178E3A" w14:textId="4044679B" w:rsidR="00C85C0B" w:rsidRDefault="006F47D9">
            <w:pPr>
              <w:keepNext/>
            </w:pPr>
            <w:proofErr w:type="spellStart"/>
            <w:r w:rsidRPr="006F47D9">
              <w:rPr>
                <w:i/>
                <w:color w:val="7A7A7A"/>
              </w:rPr>
              <w:t>Bd.Oituz</w:t>
            </w:r>
            <w:proofErr w:type="spellEnd"/>
            <w:r w:rsidRPr="006F47D9">
              <w:rPr>
                <w:i/>
                <w:color w:val="7A7A7A"/>
              </w:rPr>
              <w:t xml:space="preserve">, nr.17, </w:t>
            </w:r>
            <w:proofErr w:type="spellStart"/>
            <w:r w:rsidRPr="006F47D9">
              <w:rPr>
                <w:i/>
                <w:color w:val="7A7A7A"/>
              </w:rPr>
              <w:t>Onețti</w:t>
            </w:r>
            <w:proofErr w:type="spellEnd"/>
            <w:r w:rsidRPr="006F47D9">
              <w:rPr>
                <w:i/>
                <w:color w:val="7A7A7A"/>
              </w:rPr>
              <w:t xml:space="preserve">; </w:t>
            </w:r>
            <w:proofErr w:type="spellStart"/>
            <w:r w:rsidRPr="006F47D9">
              <w:rPr>
                <w:i/>
                <w:color w:val="7A7A7A"/>
              </w:rPr>
              <w:t>telefon</w:t>
            </w:r>
            <w:proofErr w:type="spellEnd"/>
            <w:r w:rsidRPr="006F47D9">
              <w:rPr>
                <w:i/>
                <w:color w:val="7A7A7A"/>
              </w:rPr>
              <w:t>: 0234-324243; e-mail: primarie@onesti.ro</w:t>
            </w: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000000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150E80">
              <w:rPr>
                <w:i/>
                <w:color w:val="595959"/>
                <w:lang w:val="fr-FR"/>
              </w:rPr>
              <w:t>se</w:t>
            </w:r>
            <w:proofErr w:type="gram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scrie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în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000000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CC7FD" w14:textId="77777777" w:rsidR="00692415" w:rsidRDefault="00692415">
      <w:r>
        <w:separator/>
      </w:r>
    </w:p>
  </w:endnote>
  <w:endnote w:type="continuationSeparator" w:id="0">
    <w:p w14:paraId="397AC73B" w14:textId="77777777" w:rsidR="00692415" w:rsidRDefault="00692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50CBF" w14:textId="77777777" w:rsidR="00692415" w:rsidRDefault="00692415">
      <w:r>
        <w:separator/>
      </w:r>
    </w:p>
  </w:footnote>
  <w:footnote w:type="continuationSeparator" w:id="0">
    <w:p w14:paraId="1C7751D8" w14:textId="77777777" w:rsidR="00692415" w:rsidRDefault="00692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0E80"/>
    <w:rsid w:val="0029639D"/>
    <w:rsid w:val="00326F90"/>
    <w:rsid w:val="003A615E"/>
    <w:rsid w:val="003A7070"/>
    <w:rsid w:val="003F0F62"/>
    <w:rsid w:val="005C02E4"/>
    <w:rsid w:val="00692415"/>
    <w:rsid w:val="006F47D9"/>
    <w:rsid w:val="00AA1D8D"/>
    <w:rsid w:val="00B47730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2026-09-11T06:02:00Z</dcterms:modified>
  <cp:category/>
</cp:coreProperties>
</file>