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C85C0B" w14:paraId="519B4AD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A88CE79" w14:textId="76717483" w:rsidR="00C85C0B" w:rsidRDefault="006F47D9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798FC9AF" wp14:editId="2C9D44DF">
                  <wp:extent cx="882650" cy="1239520"/>
                  <wp:effectExtent l="0" t="0" r="0" b="0"/>
                  <wp:docPr id="2599931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993133" name="Picture 25999313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23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D65C390" w14:textId="6603B348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 w:rsidR="006F47D9">
              <w:rPr>
                <w:b/>
                <w:color w:val="0D5F78"/>
              </w:rPr>
              <w:t xml:space="preserve"> </w:t>
            </w:r>
            <w:r w:rsidR="006F47D9" w:rsidRPr="006F47D9">
              <w:rPr>
                <w:b/>
                <w:color w:val="0D5F78"/>
              </w:rPr>
              <w:t>BACÂU</w:t>
            </w:r>
          </w:p>
          <w:p w14:paraId="340C295B" w14:textId="77777777" w:rsidR="00C85C0B" w:rsidRDefault="00C85C0B">
            <w:pPr>
              <w:keepNext/>
            </w:pPr>
          </w:p>
        </w:tc>
      </w:tr>
      <w:tr w:rsidR="00C85C0B" w14:paraId="0ACFA7D3" w14:textId="77777777">
        <w:trPr>
          <w:cantSplit/>
          <w:trHeight w:val="510"/>
        </w:trPr>
        <w:tc>
          <w:tcPr>
            <w:tcW w:w="1606" w:type="dxa"/>
            <w:vMerge/>
          </w:tcPr>
          <w:p w14:paraId="4D922E0F" w14:textId="77777777" w:rsidR="00C85C0B" w:rsidRDefault="00C85C0B"/>
        </w:tc>
        <w:tc>
          <w:tcPr>
            <w:tcW w:w="8030" w:type="dxa"/>
            <w:gridSpan w:val="3"/>
            <w:shd w:val="clear" w:color="auto" w:fill="F0F0F0"/>
          </w:tcPr>
          <w:p w14:paraId="537356A4" w14:textId="175D2648" w:rsidR="00C85C0B" w:rsidRDefault="006F47D9">
            <w:pPr>
              <w:keepNext/>
            </w:pPr>
            <w:r w:rsidRPr="006F47D9">
              <w:rPr>
                <w:b/>
                <w:color w:val="0D5F78"/>
              </w:rPr>
              <w:t>PRIMĂRIA MUNICIPIULUI ONEȘTI</w:t>
            </w:r>
          </w:p>
        </w:tc>
      </w:tr>
      <w:tr w:rsidR="00C85C0B" w14:paraId="06B81FB7" w14:textId="77777777">
        <w:trPr>
          <w:cantSplit/>
          <w:trHeight w:val="510"/>
        </w:trPr>
        <w:tc>
          <w:tcPr>
            <w:tcW w:w="1606" w:type="dxa"/>
            <w:vMerge/>
          </w:tcPr>
          <w:p w14:paraId="5B65FFC0" w14:textId="77777777" w:rsidR="00C85C0B" w:rsidRDefault="00C85C0B"/>
        </w:tc>
        <w:tc>
          <w:tcPr>
            <w:tcW w:w="2409" w:type="dxa"/>
            <w:shd w:val="clear" w:color="auto" w:fill="F0F0F0"/>
          </w:tcPr>
          <w:p w14:paraId="73114822" w14:textId="77777777" w:rsidR="00C85C0B" w:rsidRPr="00150E80" w:rsidRDefault="00000000">
            <w:pPr>
              <w:keepNext/>
              <w:rPr>
                <w:lang w:val="fr-FR"/>
              </w:rPr>
            </w:pPr>
            <w:r w:rsidRPr="00150E80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150E80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150E8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150E80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150E80">
              <w:rPr>
                <w:b/>
                <w:color w:val="0D5F78"/>
                <w:lang w:val="fr-FR"/>
              </w:rPr>
              <w:t xml:space="preserve"> (CIF)</w:t>
            </w:r>
          </w:p>
          <w:p w14:paraId="790922F4" w14:textId="4103AEF4" w:rsidR="00C85C0B" w:rsidRPr="00150E80" w:rsidRDefault="006F47D9">
            <w:pPr>
              <w:keepNext/>
              <w:rPr>
                <w:lang w:val="fr-FR"/>
              </w:rPr>
            </w:pPr>
            <w:r w:rsidRPr="006F47D9">
              <w:rPr>
                <w:lang w:val="fr-FR"/>
              </w:rPr>
              <w:t>4353250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E8EEC57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34178E3A" w14:textId="343D4F40" w:rsidR="00C85C0B" w:rsidRDefault="006F47D9">
            <w:pPr>
              <w:keepNext/>
            </w:pPr>
            <w:proofErr w:type="spellStart"/>
            <w:proofErr w:type="gramStart"/>
            <w:r w:rsidRPr="006F47D9">
              <w:rPr>
                <w:i/>
                <w:color w:val="7A7A7A"/>
              </w:rPr>
              <w:t>Bd.Oituz</w:t>
            </w:r>
            <w:proofErr w:type="spellEnd"/>
            <w:proofErr w:type="gramEnd"/>
            <w:r w:rsidRPr="006F47D9">
              <w:rPr>
                <w:i/>
                <w:color w:val="7A7A7A"/>
              </w:rPr>
              <w:t xml:space="preserve">, nr.17, </w:t>
            </w:r>
            <w:proofErr w:type="spellStart"/>
            <w:r w:rsidRPr="006F47D9">
              <w:rPr>
                <w:i/>
                <w:color w:val="7A7A7A"/>
              </w:rPr>
              <w:t>One</w:t>
            </w:r>
            <w:r w:rsidR="00D12CC6">
              <w:rPr>
                <w:i/>
                <w:color w:val="7A7A7A"/>
              </w:rPr>
              <w:t>ș</w:t>
            </w:r>
            <w:r w:rsidRPr="006F47D9">
              <w:rPr>
                <w:i/>
                <w:color w:val="7A7A7A"/>
              </w:rPr>
              <w:t>ti</w:t>
            </w:r>
            <w:proofErr w:type="spellEnd"/>
            <w:r w:rsidRPr="006F47D9">
              <w:rPr>
                <w:i/>
                <w:color w:val="7A7A7A"/>
              </w:rPr>
              <w:t xml:space="preserve">; </w:t>
            </w:r>
            <w:proofErr w:type="spellStart"/>
            <w:r w:rsidRPr="006F47D9">
              <w:rPr>
                <w:i/>
                <w:color w:val="7A7A7A"/>
              </w:rPr>
              <w:t>telefon</w:t>
            </w:r>
            <w:proofErr w:type="spellEnd"/>
            <w:r w:rsidRPr="006F47D9">
              <w:rPr>
                <w:i/>
                <w:color w:val="7A7A7A"/>
              </w:rPr>
              <w:t>: 0234-324243; e-mail: primarie@onesti.ro</w:t>
            </w:r>
          </w:p>
        </w:tc>
      </w:tr>
      <w:tr w:rsidR="00C85C0B" w14:paraId="024C8C88" w14:textId="77777777">
        <w:trPr>
          <w:cantSplit/>
          <w:trHeight w:val="510"/>
        </w:trPr>
        <w:tc>
          <w:tcPr>
            <w:tcW w:w="1606" w:type="dxa"/>
            <w:vMerge/>
          </w:tcPr>
          <w:p w14:paraId="60A55E62" w14:textId="77777777" w:rsidR="00C85C0B" w:rsidRDefault="00C85C0B"/>
        </w:tc>
        <w:tc>
          <w:tcPr>
            <w:tcW w:w="4818" w:type="dxa"/>
            <w:gridSpan w:val="2"/>
            <w:shd w:val="clear" w:color="auto" w:fill="F0F0F0"/>
          </w:tcPr>
          <w:p w14:paraId="4322CA91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8C1E4E9" w14:textId="77777777" w:rsidR="00C85C0B" w:rsidRDefault="00C85C0B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1777605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EF75A35" w14:textId="77777777" w:rsidR="00C85C0B" w:rsidRDefault="00C85C0B">
            <w:pPr>
              <w:keepNext/>
            </w:pPr>
          </w:p>
        </w:tc>
      </w:tr>
      <w:tr w:rsidR="00C85C0B" w:rsidRPr="003A7070" w14:paraId="25CEB233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DB7F8C0" w14:textId="77777777" w:rsidR="00C85C0B" w:rsidRPr="00150E80" w:rsidRDefault="00000000">
            <w:pPr>
              <w:rPr>
                <w:lang w:val="fr-FR"/>
              </w:rPr>
            </w:pPr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150E80">
              <w:rPr>
                <w:i/>
                <w:color w:val="595959"/>
                <w:lang w:val="fr-FR"/>
              </w:rPr>
              <w:t>se</w:t>
            </w:r>
            <w:proofErr w:type="gram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scrie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în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5970DD8" w14:textId="77777777" w:rsidR="00C85C0B" w:rsidRPr="00150E80" w:rsidRDefault="00C85C0B">
      <w:pPr>
        <w:spacing w:line="168" w:lineRule="auto"/>
        <w:rPr>
          <w:lang w:val="fr-FR"/>
        </w:rPr>
      </w:pPr>
    </w:p>
    <w:p w14:paraId="0EFADD9B" w14:textId="77777777" w:rsidR="00C85C0B" w:rsidRPr="003A7070" w:rsidRDefault="00000000">
      <w:pPr>
        <w:spacing w:before="140" w:after="40"/>
        <w:jc w:val="center"/>
        <w:rPr>
          <w:sz w:val="28"/>
          <w:szCs w:val="28"/>
        </w:rPr>
      </w:pPr>
      <w:r w:rsidRPr="003A7070">
        <w:rPr>
          <w:b/>
          <w:sz w:val="28"/>
          <w:szCs w:val="28"/>
        </w:rPr>
        <w:t>ÎNȘTIINȚARE</w:t>
      </w:r>
    </w:p>
    <w:p w14:paraId="49143762" w14:textId="77777777" w:rsidR="00C85C0B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finalizarea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notificate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solicitarea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participării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reprezentantului</w:t>
      </w:r>
      <w:proofErr w:type="spellEnd"/>
      <w:r>
        <w:rPr>
          <w:sz w:val="19"/>
        </w:rPr>
        <w:t xml:space="preserve"> UAT la </w:t>
      </w:r>
      <w:proofErr w:type="spellStart"/>
      <w:r>
        <w:rPr>
          <w:sz w:val="19"/>
        </w:rPr>
        <w:t>recepție</w:t>
      </w:r>
      <w:proofErr w:type="spellEnd"/>
    </w:p>
    <w:p w14:paraId="279D8DA9" w14:textId="77777777" w:rsidR="00C85C0B" w:rsidRDefault="00C85C0B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85C0B" w14:paraId="3C6CD726" w14:textId="77777777">
        <w:trPr>
          <w:cantSplit/>
        </w:trPr>
        <w:tc>
          <w:tcPr>
            <w:tcW w:w="9636" w:type="dxa"/>
            <w:shd w:val="clear" w:color="auto" w:fill="F4F4F4"/>
          </w:tcPr>
          <w:p w14:paraId="625044D0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C85C0B" w:rsidRPr="00150E80" w14:paraId="037E1A48" w14:textId="77777777">
        <w:trPr>
          <w:cantSplit/>
          <w:trHeight w:val="510"/>
        </w:trPr>
        <w:tc>
          <w:tcPr>
            <w:tcW w:w="9636" w:type="dxa"/>
          </w:tcPr>
          <w:p w14:paraId="3686A2C0" w14:textId="77777777" w:rsidR="00C85C0B" w:rsidRPr="00150E80" w:rsidRDefault="00000000">
            <w:pPr>
              <w:keepNext/>
              <w:rPr>
                <w:lang w:val="fr-FR"/>
              </w:rPr>
            </w:pPr>
            <w:proofErr w:type="spellStart"/>
            <w:r w:rsidRPr="00150E80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61E6056" w14:textId="77777777" w:rsidR="00C85C0B" w:rsidRPr="00150E80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comunei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sector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3662B31C" w14:textId="77777777" w:rsidR="00C85C0B" w:rsidRPr="00150E80" w:rsidRDefault="00C85C0B">
            <w:pPr>
              <w:keepNext/>
              <w:rPr>
                <w:lang w:val="fr-FR"/>
              </w:rPr>
            </w:pPr>
          </w:p>
        </w:tc>
      </w:tr>
      <w:tr w:rsidR="00C85C0B" w:rsidRPr="00150E80" w14:paraId="2EC5D0A0" w14:textId="77777777">
        <w:trPr>
          <w:cantSplit/>
        </w:trPr>
        <w:tc>
          <w:tcPr>
            <w:tcW w:w="9636" w:type="dxa"/>
            <w:shd w:val="clear" w:color="auto" w:fill="F4F4F4"/>
          </w:tcPr>
          <w:p w14:paraId="17C2FF38" w14:textId="77777777" w:rsidR="00C85C0B" w:rsidRPr="00150E80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150E80">
              <w:rPr>
                <w:lang w:val="fr-FR"/>
              </w:rPr>
              <w:t>Cererea</w:t>
            </w:r>
            <w:proofErr w:type="spellEnd"/>
            <w:r w:rsidRPr="00150E80">
              <w:rPr>
                <w:lang w:val="fr-FR"/>
              </w:rPr>
              <w:t xml:space="preserve"> va fi </w:t>
            </w:r>
            <w:proofErr w:type="spellStart"/>
            <w:r w:rsidRPr="00150E80">
              <w:rPr>
                <w:lang w:val="fr-FR"/>
              </w:rPr>
              <w:t>transmisă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către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președintele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consiliului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județean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general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de </w:t>
            </w:r>
            <w:proofErr w:type="spellStart"/>
            <w:r w:rsidRPr="00150E80">
              <w:rPr>
                <w:lang w:val="fr-FR"/>
              </w:rPr>
              <w:t>sector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sau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municipiului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orașului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comunei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după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caz</w:t>
            </w:r>
            <w:proofErr w:type="spellEnd"/>
            <w:r w:rsidRPr="00150E80">
              <w:rPr>
                <w:lang w:val="fr-FR"/>
              </w:rPr>
              <w:t>.</w:t>
            </w:r>
          </w:p>
        </w:tc>
      </w:tr>
    </w:tbl>
    <w:p w14:paraId="75E15653" w14:textId="77777777" w:rsidR="00C85C0B" w:rsidRPr="00150E80" w:rsidRDefault="00C85C0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 w14:paraId="4CD31CB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0B9A3F0" w14:textId="77777777" w:rsidR="00C85C0B" w:rsidRDefault="00000000">
            <w:pPr>
              <w:keepNext/>
            </w:pPr>
            <w:r w:rsidRPr="00150E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C85C0B" w14:paraId="40A1A9A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012285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78962F31" w14:textId="77777777" w:rsidR="00C85C0B" w:rsidRDefault="00C85C0B">
            <w:pPr>
              <w:keepNext/>
            </w:pPr>
          </w:p>
        </w:tc>
        <w:tc>
          <w:tcPr>
            <w:tcW w:w="4015" w:type="dxa"/>
            <w:gridSpan w:val="3"/>
          </w:tcPr>
          <w:p w14:paraId="349D53B4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12A0DF42" w14:textId="77777777" w:rsidR="00C85C0B" w:rsidRDefault="00C85C0B">
            <w:pPr>
              <w:keepNext/>
            </w:pPr>
          </w:p>
        </w:tc>
      </w:tr>
      <w:tr w:rsidR="00C85C0B" w14:paraId="56206DC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F6AB90" w14:textId="77777777" w:rsidR="00C85C0B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C85C0B" w14:paraId="7C029D77" w14:textId="77777777">
        <w:trPr>
          <w:cantSplit/>
          <w:trHeight w:val="510"/>
        </w:trPr>
        <w:tc>
          <w:tcPr>
            <w:tcW w:w="1606" w:type="dxa"/>
          </w:tcPr>
          <w:p w14:paraId="351F790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372DB4F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8543067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0D1BCEF" w14:textId="77777777" w:rsidR="00C85C0B" w:rsidRDefault="00C85C0B">
            <w:pPr>
              <w:keepNext/>
            </w:pPr>
          </w:p>
        </w:tc>
        <w:tc>
          <w:tcPr>
            <w:tcW w:w="4818" w:type="dxa"/>
            <w:gridSpan w:val="5"/>
          </w:tcPr>
          <w:p w14:paraId="5949C44F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DFD005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E02C3D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B1F54BC" w14:textId="77777777" w:rsidR="00C85C0B" w:rsidRDefault="00C85C0B">
            <w:pPr>
              <w:keepNext/>
            </w:pPr>
          </w:p>
        </w:tc>
      </w:tr>
      <w:tr w:rsidR="00C85C0B" w14:paraId="75E5711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B5FD119" w14:textId="77777777" w:rsidR="00C85C0B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C85C0B" w14:paraId="1FB30C8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E30645B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186F192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4"/>
          </w:tcPr>
          <w:p w14:paraId="50EE20EA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A7197A9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2"/>
          </w:tcPr>
          <w:p w14:paraId="52D40263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2A6C818F" w14:textId="77777777" w:rsidR="00C85C0B" w:rsidRDefault="00C85C0B">
            <w:pPr>
              <w:keepNext/>
            </w:pPr>
          </w:p>
        </w:tc>
      </w:tr>
      <w:tr w:rsidR="00C85C0B" w14:paraId="648F5CD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F3D4F5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F3D8CE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075341D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0120A0F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6F18AE5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E48DEE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7B25ACF6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F6960D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38B4DB2B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D48C9FB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C794EFE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4D83194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44F2C34C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303B0DDB" w14:textId="77777777" w:rsidR="00C85C0B" w:rsidRDefault="00C85C0B">
            <w:pPr>
              <w:keepNext/>
            </w:pPr>
          </w:p>
        </w:tc>
      </w:tr>
      <w:tr w:rsidR="00C85C0B" w14:paraId="0BDBE80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AE91BC9" w14:textId="77777777" w:rsidR="00C85C0B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C85C0B" w14:paraId="457FAA8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E603D1E" w14:textId="77777777" w:rsidR="00C85C0B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D1557B5" w14:textId="77777777" w:rsidR="00C85C0B" w:rsidRDefault="00C85C0B"/>
        </w:tc>
        <w:tc>
          <w:tcPr>
            <w:tcW w:w="5621" w:type="dxa"/>
            <w:gridSpan w:val="5"/>
          </w:tcPr>
          <w:p w14:paraId="56D269E2" w14:textId="77777777" w:rsidR="00C85C0B" w:rsidRDefault="00000000">
            <w:r>
              <w:rPr>
                <w:b/>
                <w:color w:val="0D5F78"/>
              </w:rPr>
              <w:t>E-mail</w:t>
            </w:r>
          </w:p>
          <w:p w14:paraId="6134E69B" w14:textId="77777777" w:rsidR="00C85C0B" w:rsidRDefault="00C85C0B"/>
        </w:tc>
      </w:tr>
    </w:tbl>
    <w:p w14:paraId="4DBE4EFE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C85C0B" w14:paraId="470E2D0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8E93E77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NOTIFICAREA</w:t>
            </w:r>
          </w:p>
        </w:tc>
      </w:tr>
      <w:tr w:rsidR="00C85C0B" w14:paraId="1F3A1F64" w14:textId="77777777">
        <w:trPr>
          <w:cantSplit/>
          <w:trHeight w:val="510"/>
        </w:trPr>
        <w:tc>
          <w:tcPr>
            <w:tcW w:w="2409" w:type="dxa"/>
          </w:tcPr>
          <w:p w14:paraId="05E3330D" w14:textId="77777777" w:rsidR="00C85C0B" w:rsidRDefault="00000000"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notificării</w:t>
            </w:r>
            <w:proofErr w:type="spellEnd"/>
          </w:p>
          <w:p w14:paraId="782A3FB4" w14:textId="77777777" w:rsidR="00C85C0B" w:rsidRDefault="00C85C0B"/>
        </w:tc>
        <w:tc>
          <w:tcPr>
            <w:tcW w:w="2409" w:type="dxa"/>
          </w:tcPr>
          <w:p w14:paraId="07DACF42" w14:textId="77777777" w:rsidR="00C85C0B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704DDBFC" w14:textId="77777777" w:rsidR="00C85C0B" w:rsidRDefault="00C85C0B"/>
        </w:tc>
        <w:tc>
          <w:tcPr>
            <w:tcW w:w="4818" w:type="dxa"/>
          </w:tcPr>
          <w:p w14:paraId="75FD378C" w14:textId="77777777" w:rsidR="00C85C0B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0E48F05F" w14:textId="77777777" w:rsidR="00C85C0B" w:rsidRDefault="00C85C0B"/>
        </w:tc>
      </w:tr>
    </w:tbl>
    <w:p w14:paraId="13D2FF9F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4818"/>
      </w:tblGrid>
      <w:tr w:rsidR="00C85C0B" w14:paraId="7A7201E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A52465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EXECUȚIA ȘI RECEPȚIA</w:t>
            </w:r>
          </w:p>
        </w:tc>
      </w:tr>
      <w:tr w:rsidR="00C85C0B" w14:paraId="49509B49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02C07C4D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începerii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</w:p>
          <w:p w14:paraId="2D6D470D" w14:textId="77777777" w:rsidR="00C85C0B" w:rsidRDefault="00000000">
            <w:pPr>
              <w:keepNext/>
            </w:pPr>
            <w:r>
              <w:rPr>
                <w:i/>
                <w:color w:val="7A7A7A"/>
              </w:rPr>
              <w:t xml:space="preserve">se </w:t>
            </w:r>
            <w:proofErr w:type="spellStart"/>
            <w:r>
              <w:rPr>
                <w:i/>
                <w:color w:val="7A7A7A"/>
              </w:rPr>
              <w:t>declară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aici</w:t>
            </w:r>
            <w:proofErr w:type="spellEnd"/>
          </w:p>
          <w:p w14:paraId="544B9697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72DCF9A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finalizării</w:t>
            </w:r>
            <w:proofErr w:type="spellEnd"/>
          </w:p>
          <w:p w14:paraId="2262F4A8" w14:textId="77777777" w:rsidR="00C85C0B" w:rsidRDefault="00C85C0B">
            <w:pPr>
              <w:keepNext/>
            </w:pPr>
          </w:p>
        </w:tc>
      </w:tr>
      <w:tr w:rsidR="00C85C0B" w14:paraId="6C0C82B1" w14:textId="77777777">
        <w:trPr>
          <w:cantSplit/>
          <w:trHeight w:val="510"/>
        </w:trPr>
        <w:tc>
          <w:tcPr>
            <w:tcW w:w="3212" w:type="dxa"/>
          </w:tcPr>
          <w:p w14:paraId="34621996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propusă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pentru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recepție</w:t>
            </w:r>
            <w:proofErr w:type="spellEnd"/>
          </w:p>
          <w:p w14:paraId="327C4FB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60A9FC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ora</w:t>
            </w:r>
          </w:p>
          <w:p w14:paraId="40A08B01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6A018CE9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locul</w:t>
            </w:r>
            <w:proofErr w:type="spellEnd"/>
          </w:p>
          <w:p w14:paraId="5887C7E5" w14:textId="77777777" w:rsidR="00C85C0B" w:rsidRDefault="00C85C0B">
            <w:pPr>
              <w:keepNext/>
            </w:pPr>
          </w:p>
        </w:tc>
      </w:tr>
      <w:tr w:rsidR="00C85C0B" w14:paraId="633508C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FEACB9" w14:textId="26080181" w:rsidR="00C85C0B" w:rsidRDefault="00150E80">
            <w:pPr>
              <w:spacing w:line="228" w:lineRule="auto"/>
            </w:pPr>
            <w:r>
              <w:t xml:space="preserve">Legea nr.169/2026 </w:t>
            </w:r>
            <w:proofErr w:type="spellStart"/>
            <w:r w:rsidRPr="00150E80">
              <w:t>privind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Codul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amenajării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teritoriului</w:t>
            </w:r>
            <w:proofErr w:type="spellEnd"/>
            <w:r w:rsidRPr="00150E80">
              <w:t xml:space="preserve">, </w:t>
            </w:r>
            <w:proofErr w:type="spellStart"/>
            <w:r w:rsidRPr="00150E80">
              <w:t>urbanismului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și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construcțiilor</w:t>
            </w:r>
            <w:proofErr w:type="spellEnd"/>
            <w:r>
              <w:t xml:space="preserve"> nu </w:t>
            </w:r>
            <w:proofErr w:type="spellStart"/>
            <w:r>
              <w:t>instituie</w:t>
            </w:r>
            <w:proofErr w:type="spellEnd"/>
            <w:r>
              <w:t xml:space="preserve"> o </w:t>
            </w:r>
            <w:proofErr w:type="spellStart"/>
            <w:r>
              <w:t>înștiințare</w:t>
            </w:r>
            <w:proofErr w:type="spellEnd"/>
            <w:r>
              <w:t xml:space="preserve"> </w:t>
            </w:r>
            <w:proofErr w:type="spellStart"/>
            <w:r>
              <w:t>distinctă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începerea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notificate</w:t>
            </w:r>
            <w:proofErr w:type="spellEnd"/>
            <w:r>
              <w:t xml:space="preserve">; data </w:t>
            </w:r>
            <w:proofErr w:type="spellStart"/>
            <w:r>
              <w:t>începerii</w:t>
            </w:r>
            <w:proofErr w:type="spellEnd"/>
            <w:r>
              <w:t xml:space="preserve"> se </w:t>
            </w:r>
            <w:proofErr w:type="spellStart"/>
            <w:r>
              <w:t>declară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prezentul</w:t>
            </w:r>
            <w:proofErr w:type="spellEnd"/>
            <w:r>
              <w:t xml:space="preserve"> formular </w:t>
            </w:r>
            <w:proofErr w:type="spellStart"/>
            <w:r>
              <w:t>și</w:t>
            </w:r>
            <w:proofErr w:type="spellEnd"/>
            <w:r>
              <w:t xml:space="preserve"> se </w:t>
            </w:r>
            <w:proofErr w:type="spellStart"/>
            <w:r>
              <w:t>consemnează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procesul</w:t>
            </w:r>
            <w:proofErr w:type="spellEnd"/>
            <w:r>
              <w:t xml:space="preserve">-verbal de </w:t>
            </w:r>
            <w:proofErr w:type="spellStart"/>
            <w:r>
              <w:t>recepție</w:t>
            </w:r>
            <w:proofErr w:type="spellEnd"/>
            <w:r>
              <w:t>.</w:t>
            </w:r>
          </w:p>
        </w:tc>
      </w:tr>
    </w:tbl>
    <w:p w14:paraId="049D9BE6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C85C0B" w14:paraId="1BD195CE" w14:textId="77777777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D727A7B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C85C0B" w14:paraId="10F5A63F" w14:textId="77777777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14:paraId="526CC080" w14:textId="77777777" w:rsidR="00C85C0B" w:rsidRDefault="00000000">
            <w:r>
              <w:rPr>
                <w:b/>
                <w:color w:val="0D5F78"/>
              </w:rPr>
              <w:t>Data</w:t>
            </w:r>
          </w:p>
          <w:p w14:paraId="3121BEF9" w14:textId="77777777" w:rsidR="00C85C0B" w:rsidRDefault="00C85C0B"/>
        </w:tc>
        <w:tc>
          <w:tcPr>
            <w:tcW w:w="4818" w:type="dxa"/>
            <w:tcBorders>
              <w:bottom w:val="single" w:sz="4" w:space="0" w:color="auto"/>
            </w:tcBorders>
          </w:tcPr>
          <w:p w14:paraId="76A83371" w14:textId="77777777" w:rsidR="00C85C0B" w:rsidRDefault="00000000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</w:p>
          <w:p w14:paraId="2DCA5FDA" w14:textId="77777777" w:rsidR="00C85C0B" w:rsidRDefault="00C85C0B"/>
        </w:tc>
        <w:tc>
          <w:tcPr>
            <w:tcW w:w="3212" w:type="dxa"/>
            <w:tcBorders>
              <w:bottom w:val="single" w:sz="4" w:space="0" w:color="auto"/>
            </w:tcBorders>
          </w:tcPr>
          <w:p w14:paraId="47CBF3F4" w14:textId="77777777" w:rsidR="00C85C0B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65AB599" w14:textId="77777777" w:rsidR="00C85C0B" w:rsidRDefault="00C85C0B"/>
        </w:tc>
      </w:tr>
    </w:tbl>
    <w:p w14:paraId="3AF77583" w14:textId="77777777" w:rsidR="00C85C0B" w:rsidRDefault="00C85C0B">
      <w:pPr>
        <w:spacing w:line="168" w:lineRule="auto"/>
      </w:pPr>
    </w:p>
    <w:sectPr w:rsidR="00C85C0B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1ADAE" w14:textId="77777777" w:rsidR="00BF2BE3" w:rsidRDefault="00BF2BE3">
      <w:r>
        <w:separator/>
      </w:r>
    </w:p>
  </w:endnote>
  <w:endnote w:type="continuationSeparator" w:id="0">
    <w:p w14:paraId="618A50F8" w14:textId="77777777" w:rsidR="00BF2BE3" w:rsidRDefault="00BF2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5726" w14:textId="77777777" w:rsidR="00C85C0B" w:rsidRDefault="00000000">
    <w:pPr>
      <w:pStyle w:val="Footer"/>
      <w:tabs>
        <w:tab w:val="right" w:pos="9639"/>
      </w:tabs>
    </w:pPr>
    <w:r>
      <w:rPr>
        <w:color w:val="595959"/>
      </w:rPr>
      <w:t xml:space="preserve">F_NOT_07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0DE1F" w14:textId="77777777" w:rsidR="00BF2BE3" w:rsidRDefault="00BF2BE3">
      <w:r>
        <w:separator/>
      </w:r>
    </w:p>
  </w:footnote>
  <w:footnote w:type="continuationSeparator" w:id="0">
    <w:p w14:paraId="520C2409" w14:textId="77777777" w:rsidR="00BF2BE3" w:rsidRDefault="00BF2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6328430">
    <w:abstractNumId w:val="8"/>
  </w:num>
  <w:num w:numId="2" w16cid:durableId="1130898323">
    <w:abstractNumId w:val="6"/>
  </w:num>
  <w:num w:numId="3" w16cid:durableId="896206482">
    <w:abstractNumId w:val="5"/>
  </w:num>
  <w:num w:numId="4" w16cid:durableId="274681599">
    <w:abstractNumId w:val="4"/>
  </w:num>
  <w:num w:numId="5" w16cid:durableId="1333411861">
    <w:abstractNumId w:val="7"/>
  </w:num>
  <w:num w:numId="6" w16cid:durableId="1480608108">
    <w:abstractNumId w:val="3"/>
  </w:num>
  <w:num w:numId="7" w16cid:durableId="2120636634">
    <w:abstractNumId w:val="2"/>
  </w:num>
  <w:num w:numId="8" w16cid:durableId="967707077">
    <w:abstractNumId w:val="1"/>
  </w:num>
  <w:num w:numId="9" w16cid:durableId="184912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0E80"/>
    <w:rsid w:val="0029639D"/>
    <w:rsid w:val="00326F90"/>
    <w:rsid w:val="003A615E"/>
    <w:rsid w:val="003A7070"/>
    <w:rsid w:val="003F0F62"/>
    <w:rsid w:val="005C02E4"/>
    <w:rsid w:val="00692415"/>
    <w:rsid w:val="006F47D9"/>
    <w:rsid w:val="00AA1D8D"/>
    <w:rsid w:val="00B47730"/>
    <w:rsid w:val="00B94163"/>
    <w:rsid w:val="00BF2BE3"/>
    <w:rsid w:val="00C85C0B"/>
    <w:rsid w:val="00CB0664"/>
    <w:rsid w:val="00D12CC6"/>
    <w:rsid w:val="00D8292F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9E91569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214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Gheorghe Simion</cp:lastModifiedBy>
  <cp:revision>3</cp:revision>
  <dcterms:created xsi:type="dcterms:W3CDTF">2013-12-23T23:15:00Z</dcterms:created>
  <dcterms:modified xsi:type="dcterms:W3CDTF">2026-09-21T08:50:00Z</dcterms:modified>
  <cp:category/>
</cp:coreProperties>
</file>