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13EA4" w14:paraId="49DEB83C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115C6AC" w14:textId="6E65FE5E" w:rsidR="00513EA4" w:rsidRDefault="0017396F" w:rsidP="0017396F">
            <w:pPr>
              <w:keepNext/>
              <w:jc w:val="center"/>
            </w:pPr>
            <w:r>
              <w:rPr>
                <w:i/>
                <w:noProof/>
                <w:color w:val="595959"/>
                <w:lang w:val="ro-RO" w:eastAsia="ro-RO"/>
              </w:rPr>
              <w:drawing>
                <wp:inline distT="0" distB="0" distL="0" distR="0" wp14:anchorId="53D958CB" wp14:editId="77C1E3FC">
                  <wp:extent cx="774065" cy="768350"/>
                  <wp:effectExtent l="0" t="0" r="6985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65" cy="768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8030" w:type="dxa"/>
            <w:gridSpan w:val="3"/>
            <w:shd w:val="clear" w:color="auto" w:fill="F0F0F0"/>
          </w:tcPr>
          <w:p w14:paraId="1BFB9226" w14:textId="77777777" w:rsidR="00513EA4" w:rsidRDefault="00513EA4" w:rsidP="00CF0361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BACĂU</w:t>
            </w:r>
          </w:p>
          <w:p w14:paraId="2D164195" w14:textId="77777777" w:rsidR="00513EA4" w:rsidRDefault="00513EA4">
            <w:pPr>
              <w:keepNext/>
            </w:pPr>
          </w:p>
        </w:tc>
      </w:tr>
      <w:tr w:rsidR="00513EA4" w:rsidRPr="00143D03" w14:paraId="34CF874E" w14:textId="77777777">
        <w:trPr>
          <w:cantSplit/>
          <w:trHeight w:val="510"/>
        </w:trPr>
        <w:tc>
          <w:tcPr>
            <w:tcW w:w="1606" w:type="dxa"/>
            <w:vMerge/>
          </w:tcPr>
          <w:p w14:paraId="004EBE1A" w14:textId="77777777" w:rsidR="00513EA4" w:rsidRDefault="00513EA4"/>
        </w:tc>
        <w:tc>
          <w:tcPr>
            <w:tcW w:w="8030" w:type="dxa"/>
            <w:gridSpan w:val="3"/>
            <w:shd w:val="clear" w:color="auto" w:fill="F0F0F0"/>
          </w:tcPr>
          <w:p w14:paraId="07FA9FC2" w14:textId="1D227055" w:rsidR="00513EA4" w:rsidRPr="00895605" w:rsidRDefault="00513EA4">
            <w:pPr>
              <w:keepNext/>
              <w:rPr>
                <w:lang w:val="fr-FR"/>
              </w:rPr>
            </w:pPr>
            <w:r w:rsidRPr="00166F0F">
              <w:rPr>
                <w:b/>
                <w:color w:val="0D5F78"/>
                <w:lang w:val="fr-FR"/>
              </w:rPr>
              <w:t xml:space="preserve">INSPECTORATUL ÎN CONSTRUCŢII </w:t>
            </w:r>
            <w:r>
              <w:rPr>
                <w:b/>
                <w:color w:val="0D5F78"/>
                <w:lang w:val="fr-FR"/>
              </w:rPr>
              <w:t xml:space="preserve"> - </w:t>
            </w:r>
            <w:r>
              <w:t xml:space="preserve"> </w:t>
            </w:r>
            <w:r w:rsidRPr="00D3392E">
              <w:rPr>
                <w:b/>
                <w:color w:val="0D5F78"/>
                <w:lang w:val="fr-FR"/>
              </w:rPr>
              <w:t>INSPECTORATUL JUDEȚEAN ÎN CONSTRUCȚII BACĂU</w:t>
            </w:r>
          </w:p>
        </w:tc>
      </w:tr>
      <w:tr w:rsidR="00513EA4" w14:paraId="5B797998" w14:textId="77777777">
        <w:trPr>
          <w:cantSplit/>
          <w:trHeight w:val="510"/>
        </w:trPr>
        <w:tc>
          <w:tcPr>
            <w:tcW w:w="1606" w:type="dxa"/>
            <w:vMerge/>
          </w:tcPr>
          <w:p w14:paraId="18868D29" w14:textId="77777777" w:rsidR="00513EA4" w:rsidRPr="00895605" w:rsidRDefault="00513EA4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14:paraId="4D3C2D04" w14:textId="77777777" w:rsidR="00513EA4" w:rsidRPr="00E6757A" w:rsidRDefault="00513EA4" w:rsidP="00CF0361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6757A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09C6A3E9" w14:textId="1897DEE1" w:rsidR="00513EA4" w:rsidRPr="00895605" w:rsidRDefault="00513EA4">
            <w:pPr>
              <w:keepNext/>
              <w:rPr>
                <w:lang w:val="fr-FR"/>
              </w:rPr>
            </w:pPr>
            <w:r w:rsidRPr="00166F0F">
              <w:rPr>
                <w:lang w:val="fr-FR"/>
              </w:rPr>
              <w:t>4278795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54E0AD9" w14:textId="77777777" w:rsidR="00513EA4" w:rsidRPr="00E6757A" w:rsidRDefault="00513EA4" w:rsidP="00CF0361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6757A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52E5F875" w14:textId="6E02E7A4" w:rsidR="00513EA4" w:rsidRDefault="00513EA4">
            <w:pPr>
              <w:keepNext/>
            </w:pPr>
            <w:r w:rsidRPr="00166F0F">
              <w:rPr>
                <w:lang w:val="fr-FR"/>
              </w:rPr>
              <w:t>4278795</w:t>
            </w:r>
          </w:p>
        </w:tc>
      </w:tr>
      <w:tr w:rsidR="0014338B" w14:paraId="2EFFF94C" w14:textId="77777777">
        <w:trPr>
          <w:cantSplit/>
          <w:trHeight w:val="510"/>
        </w:trPr>
        <w:tc>
          <w:tcPr>
            <w:tcW w:w="1606" w:type="dxa"/>
            <w:vMerge/>
          </w:tcPr>
          <w:p w14:paraId="5E3A94EF" w14:textId="77777777" w:rsidR="0014338B" w:rsidRDefault="0014338B"/>
        </w:tc>
        <w:tc>
          <w:tcPr>
            <w:tcW w:w="4818" w:type="dxa"/>
            <w:gridSpan w:val="2"/>
            <w:shd w:val="clear" w:color="auto" w:fill="F0F0F0"/>
          </w:tcPr>
          <w:p w14:paraId="08707111" w14:textId="77777777" w:rsidR="0014338B" w:rsidRDefault="00472EAE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CAE3D4A" w14:textId="77777777" w:rsidR="0014338B" w:rsidRDefault="0014338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23722EDB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E7C3B68" w14:textId="77777777" w:rsidR="0014338B" w:rsidRDefault="0014338B">
            <w:pPr>
              <w:keepNext/>
            </w:pPr>
          </w:p>
        </w:tc>
      </w:tr>
      <w:tr w:rsidR="0014338B" w:rsidRPr="00143D03" w14:paraId="31A4DB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D0B9D78" w14:textId="77777777" w:rsidR="0014338B" w:rsidRPr="00895605" w:rsidRDefault="00472EAE">
            <w:pPr>
              <w:rPr>
                <w:lang w:val="fr-FR"/>
              </w:rPr>
            </w:pPr>
            <w:r w:rsidRPr="00895605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scrie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în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822D713" w14:textId="77777777" w:rsidR="0014338B" w:rsidRPr="00143D03" w:rsidRDefault="00472EAE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14:paraId="7475FDAB" w14:textId="032D3095" w:rsidR="00071E24" w:rsidRDefault="00472EAE" w:rsidP="00071E24">
      <w:pPr>
        <w:spacing w:after="120"/>
        <w:jc w:val="center"/>
        <w:rPr>
          <w:sz w:val="19"/>
        </w:rPr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02C40D1C" w14:textId="77777777" w:rsidR="00071E24" w:rsidRDefault="00071E24" w:rsidP="005C403B">
      <w:pPr>
        <w:spacing w:after="120"/>
        <w:jc w:val="center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33522B72" w14:textId="77777777">
        <w:trPr>
          <w:cantSplit/>
        </w:trPr>
        <w:tc>
          <w:tcPr>
            <w:tcW w:w="9636" w:type="dxa"/>
            <w:shd w:val="clear" w:color="auto" w:fill="F4F4F4"/>
          </w:tcPr>
          <w:p w14:paraId="4E01BA3A" w14:textId="77777777" w:rsidR="0014338B" w:rsidRDefault="00472EA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338B" w:rsidRPr="00895605" w14:paraId="7F85BD73" w14:textId="77777777">
        <w:trPr>
          <w:cantSplit/>
          <w:trHeight w:val="510"/>
        </w:trPr>
        <w:tc>
          <w:tcPr>
            <w:tcW w:w="9636" w:type="dxa"/>
          </w:tcPr>
          <w:p w14:paraId="3D3D9B90" w14:textId="77777777" w:rsidR="0014338B" w:rsidRPr="00895605" w:rsidRDefault="0014338B" w:rsidP="00895605">
            <w:pPr>
              <w:keepNext/>
              <w:rPr>
                <w:lang w:val="fr-FR"/>
              </w:rPr>
            </w:pPr>
          </w:p>
        </w:tc>
      </w:tr>
      <w:tr w:rsidR="0014338B" w:rsidRPr="00895605" w14:paraId="4EAE8335" w14:textId="77777777">
        <w:trPr>
          <w:cantSplit/>
        </w:trPr>
        <w:tc>
          <w:tcPr>
            <w:tcW w:w="9636" w:type="dxa"/>
            <w:shd w:val="clear" w:color="auto" w:fill="F4F4F4"/>
          </w:tcPr>
          <w:p w14:paraId="48C1D253" w14:textId="3261A8BC" w:rsidR="0014338B" w:rsidRPr="00895605" w:rsidRDefault="00472EA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="00895605"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conducerea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Inspectoratului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Teritorial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în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Construcții</w:t>
            </w:r>
            <w:proofErr w:type="spellEnd"/>
          </w:p>
        </w:tc>
      </w:tr>
    </w:tbl>
    <w:p w14:paraId="17EC65EB" w14:textId="77777777"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 w14:paraId="42C8622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30E9DCB" w14:textId="77777777" w:rsidR="0014338B" w:rsidRDefault="00472EAE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 w14:paraId="1AB9147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1C69E06A" w14:textId="77777777" w:rsidR="0014338B" w:rsidRDefault="00472EAE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D2F41D" w14:textId="77777777"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14:paraId="4BEBB974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366478" w14:textId="77777777" w:rsidR="0014338B" w:rsidRDefault="0014338B">
            <w:pPr>
              <w:keepNext/>
            </w:pPr>
          </w:p>
        </w:tc>
      </w:tr>
      <w:tr w:rsidR="0014338B" w14:paraId="7C9A36A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9527D35" w14:textId="77777777" w:rsidR="0014338B" w:rsidRDefault="00472EAE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4338B" w14:paraId="0F5DB260" w14:textId="77777777">
        <w:trPr>
          <w:cantSplit/>
          <w:trHeight w:val="510"/>
        </w:trPr>
        <w:tc>
          <w:tcPr>
            <w:tcW w:w="1606" w:type="dxa"/>
          </w:tcPr>
          <w:p w14:paraId="432F09FE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E9F3BFF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3DCDA6F7" w14:textId="77777777" w:rsidR="0014338B" w:rsidRDefault="00472EAE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8B18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14:paraId="144A71C9" w14:textId="77777777" w:rsidR="0014338B" w:rsidRDefault="00472EAE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6FBF7A0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B57732B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4E9FB62" w14:textId="77777777" w:rsidR="0014338B" w:rsidRDefault="0014338B">
            <w:pPr>
              <w:keepNext/>
            </w:pPr>
          </w:p>
        </w:tc>
      </w:tr>
      <w:tr w:rsidR="0014338B" w14:paraId="049D497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90C333" w14:textId="77777777" w:rsidR="0014338B" w:rsidRDefault="00472EA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4338B" w14:paraId="6673C95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117BD63" w14:textId="77777777" w:rsidR="0014338B" w:rsidRDefault="00472EA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6C93511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14:paraId="10058633" w14:textId="77777777" w:rsidR="0014338B" w:rsidRDefault="00472EA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EFA0EC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1A1576E8" w14:textId="77777777" w:rsidR="0014338B" w:rsidRDefault="00472EA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47F65DE" w14:textId="77777777" w:rsidR="0014338B" w:rsidRDefault="0014338B">
            <w:pPr>
              <w:keepNext/>
            </w:pPr>
          </w:p>
        </w:tc>
      </w:tr>
      <w:tr w:rsidR="0014338B" w14:paraId="6AC1D48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3000AB1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3A6D3FC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21F406B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3F7197F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5999E1B2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F744B3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769037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7E8764F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3979E0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562E9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4B06B00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F05971E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14835BFA" w14:textId="77777777" w:rsidR="0014338B" w:rsidRDefault="00472EAE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E6C45E3" w14:textId="77777777" w:rsidR="0014338B" w:rsidRDefault="0014338B">
            <w:pPr>
              <w:keepNext/>
            </w:pPr>
          </w:p>
        </w:tc>
      </w:tr>
      <w:tr w:rsidR="0014338B" w14:paraId="1EC65C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904232E" w14:textId="77777777" w:rsidR="0014338B" w:rsidRDefault="00472EA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 w14:paraId="6CD89B2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3AC9FFBD" w14:textId="77777777" w:rsidR="0014338B" w:rsidRDefault="00472EAE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264B8A5" w14:textId="77777777" w:rsidR="0014338B" w:rsidRDefault="0014338B"/>
        </w:tc>
        <w:tc>
          <w:tcPr>
            <w:tcW w:w="5621" w:type="dxa"/>
            <w:gridSpan w:val="5"/>
          </w:tcPr>
          <w:p w14:paraId="1D0C7A9E" w14:textId="77777777" w:rsidR="0014338B" w:rsidRDefault="00472EAE">
            <w:r>
              <w:rPr>
                <w:b/>
                <w:color w:val="0D5F78"/>
              </w:rPr>
              <w:t>E-mail</w:t>
            </w:r>
          </w:p>
          <w:p w14:paraId="02C8CFCD" w14:textId="77777777" w:rsidR="0014338B" w:rsidRDefault="0014338B"/>
        </w:tc>
      </w:tr>
    </w:tbl>
    <w:p w14:paraId="4CC4088C" w14:textId="77777777" w:rsidR="0014338B" w:rsidRDefault="0014338B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4338B" w:rsidRPr="00143D03" w14:paraId="741DAC4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788BF40" w14:textId="77777777" w:rsidR="0014338B" w:rsidRPr="00895605" w:rsidRDefault="00472EAE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 w14:paraId="5B174B53" w14:textId="77777777">
        <w:trPr>
          <w:cantSplit/>
          <w:trHeight w:val="510"/>
        </w:trPr>
        <w:tc>
          <w:tcPr>
            <w:tcW w:w="1606" w:type="dxa"/>
          </w:tcPr>
          <w:p w14:paraId="3167ECB3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AF06A10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7421DC40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20B6794" w14:textId="77777777" w:rsidR="0014338B" w:rsidRDefault="0014338B">
            <w:pPr>
              <w:keepNext/>
            </w:pPr>
          </w:p>
        </w:tc>
        <w:tc>
          <w:tcPr>
            <w:tcW w:w="5621" w:type="dxa"/>
          </w:tcPr>
          <w:p w14:paraId="1A917B00" w14:textId="77777777" w:rsidR="0014338B" w:rsidRDefault="00472EAE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A28677F" w14:textId="77777777" w:rsidR="0014338B" w:rsidRDefault="0014338B">
            <w:pPr>
              <w:keepNext/>
            </w:pPr>
          </w:p>
        </w:tc>
      </w:tr>
      <w:tr w:rsidR="0014338B" w14:paraId="656D75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B1A757" w14:textId="77777777" w:rsidR="0014338B" w:rsidRDefault="00472EA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14338B" w:rsidRPr="00143D03" w14:paraId="61981082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2D4D60C7" w14:textId="1D58D239" w:rsidR="00C25235" w:rsidRPr="00143D03" w:rsidRDefault="00472EAE" w:rsidP="00C25235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și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din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autorizație</w:t>
            </w:r>
            <w:proofErr w:type="spellEnd"/>
            <w:r w:rsidR="00C25235" w:rsidRPr="00143D03">
              <w:rPr>
                <w:b/>
                <w:color w:val="0D5F78"/>
                <w:lang w:val="fr-FR"/>
              </w:rPr>
              <w:t>:</w:t>
            </w:r>
          </w:p>
          <w:p w14:paraId="2333CCC8" w14:textId="6374BABA"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077902E5" w14:textId="6A151C82"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14:paraId="44CD27B3" w14:textId="77777777"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14:paraId="122CE097" w14:textId="77777777"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14:paraId="58C03AAE" w14:textId="1F8FAB58"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 w14:paraId="51935E19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19411EE2" w14:textId="5DCD057F" w:rsidR="00C25235" w:rsidRPr="00143D03" w:rsidRDefault="00472EAE" w:rsidP="00C25235">
            <w:pPr>
              <w:rPr>
                <w:lang w:val="fr-FR"/>
              </w:rPr>
            </w:pPr>
            <w:proofErr w:type="spellStart"/>
            <w:r w:rsidRPr="00143D03">
              <w:rPr>
                <w:b/>
                <w:color w:val="0D5F78"/>
                <w:lang w:val="fr-FR"/>
              </w:rPr>
              <w:t>în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  <w:lang w:val="fr-FR"/>
              </w:rPr>
              <w:t>valoare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de (lei)</w:t>
            </w:r>
          </w:p>
          <w:p w14:paraId="1741C79C" w14:textId="3F63FC74"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16896482" w14:textId="77777777" w:rsidR="0014338B" w:rsidRPr="00143D03" w:rsidRDefault="00472EAE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14:paraId="2FE17F8E" w14:textId="77777777" w:rsidR="0014338B" w:rsidRDefault="0014338B">
      <w:pPr>
        <w:spacing w:after="60"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4338B" w14:paraId="4528D0EA" w14:textId="77777777">
        <w:trPr>
          <w:cantSplit/>
          <w:trHeight w:val="510"/>
        </w:trPr>
        <w:tc>
          <w:tcPr>
            <w:tcW w:w="2409" w:type="dxa"/>
          </w:tcPr>
          <w:p w14:paraId="78E74A7E" w14:textId="77777777" w:rsidR="0014338B" w:rsidRDefault="00472EAE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5C21B0CB" w14:textId="77777777" w:rsidR="0014338B" w:rsidRDefault="0014338B"/>
        </w:tc>
        <w:tc>
          <w:tcPr>
            <w:tcW w:w="1606" w:type="dxa"/>
          </w:tcPr>
          <w:p w14:paraId="138840AD" w14:textId="77777777" w:rsidR="0014338B" w:rsidRDefault="00472EAE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D25FA05" w14:textId="77777777" w:rsidR="0014338B" w:rsidRDefault="0014338B"/>
        </w:tc>
        <w:tc>
          <w:tcPr>
            <w:tcW w:w="5621" w:type="dxa"/>
          </w:tcPr>
          <w:p w14:paraId="64F59577" w14:textId="77777777" w:rsidR="0014338B" w:rsidRPr="00895605" w:rsidRDefault="00472EAE">
            <w:pPr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 xml:space="preserve">au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fost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C73D59D" w14:textId="77777777" w:rsidR="0014338B" w:rsidRDefault="00472EAE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42D6CAA4" w14:textId="77777777" w:rsidR="0014338B" w:rsidRDefault="0014338B"/>
        </w:tc>
      </w:tr>
    </w:tbl>
    <w:p w14:paraId="49E38AF5" w14:textId="77777777" w:rsidR="0014338B" w:rsidRDefault="0014338B">
      <w:pPr>
        <w:spacing w:line="168" w:lineRule="auto"/>
      </w:pPr>
    </w:p>
    <w:tbl>
      <w:tblPr>
        <w:tblStyle w:val="GrilTabel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14:paraId="4D2C24BF" w14:textId="77777777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956ACB3" w14:textId="77777777" w:rsidR="0014338B" w:rsidRDefault="00472EAE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14:paraId="2A2DC932" w14:textId="77777777" w:rsidTr="00365E65">
        <w:trPr>
          <w:cantSplit/>
        </w:trPr>
        <w:tc>
          <w:tcPr>
            <w:tcW w:w="9636" w:type="dxa"/>
            <w:gridSpan w:val="6"/>
          </w:tcPr>
          <w:p w14:paraId="318A856F" w14:textId="77777777" w:rsidR="0014338B" w:rsidRDefault="00472EAE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4338B" w14:paraId="36C32AED" w14:textId="77777777" w:rsidTr="00365E65">
        <w:trPr>
          <w:cantSplit/>
          <w:trHeight w:val="510"/>
        </w:trPr>
        <w:tc>
          <w:tcPr>
            <w:tcW w:w="3212" w:type="dxa"/>
            <w:gridSpan w:val="2"/>
          </w:tcPr>
          <w:p w14:paraId="398C3CC9" w14:textId="77777777" w:rsidR="0014338B" w:rsidRDefault="00472EAE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04B8A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542C72AC" w14:textId="77777777" w:rsidR="0014338B" w:rsidRDefault="00472EAE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48381D6E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2BCDE2D9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84692A" w14:textId="77777777" w:rsidR="0014338B" w:rsidRDefault="0014338B">
            <w:pPr>
              <w:keepNext/>
            </w:pPr>
          </w:p>
        </w:tc>
      </w:tr>
      <w:tr w:rsidR="0014338B" w14:paraId="44C0A90C" w14:textId="77777777" w:rsidTr="00365E65">
        <w:trPr>
          <w:cantSplit/>
          <w:trHeight w:val="510"/>
        </w:trPr>
        <w:tc>
          <w:tcPr>
            <w:tcW w:w="1606" w:type="dxa"/>
          </w:tcPr>
          <w:p w14:paraId="7852A88D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6191C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3"/>
          </w:tcPr>
          <w:p w14:paraId="5C79E1D0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AD8C27A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78A99AF5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DAAA4A3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367ACFF7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0890CE6" w14:textId="77777777" w:rsidR="0014338B" w:rsidRDefault="0014338B">
            <w:pPr>
              <w:keepNext/>
            </w:pPr>
          </w:p>
        </w:tc>
      </w:tr>
      <w:tr w:rsidR="0014338B" w14:paraId="7AD851EE" w14:textId="77777777" w:rsidTr="00365E65">
        <w:trPr>
          <w:cantSplit/>
          <w:trHeight w:val="510"/>
        </w:trPr>
        <w:tc>
          <w:tcPr>
            <w:tcW w:w="5621" w:type="dxa"/>
            <w:gridSpan w:val="3"/>
          </w:tcPr>
          <w:p w14:paraId="2E2214DE" w14:textId="77777777" w:rsidR="0014338B" w:rsidRPr="00895605" w:rsidRDefault="00472EAE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Număr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cadastral</w:t>
            </w:r>
          </w:p>
          <w:p w14:paraId="1C5C5AD1" w14:textId="39A27CD2" w:rsidR="0014338B" w:rsidRPr="00895605" w:rsidRDefault="00472EAE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i/>
                <w:color w:val="7A7A7A"/>
                <w:lang w:val="fr-FR"/>
              </w:rPr>
              <w:t>dacă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1E14B5E8" w14:textId="77777777" w:rsidR="0014338B" w:rsidRDefault="00472EAE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1B933EAE" w14:textId="77777777" w:rsidR="0014338B" w:rsidRDefault="0014338B">
            <w:pPr>
              <w:keepNext/>
            </w:pPr>
          </w:p>
        </w:tc>
      </w:tr>
      <w:tr w:rsidR="0014338B" w14:paraId="48D7A768" w14:textId="77777777" w:rsidTr="00365E65">
        <w:trPr>
          <w:cantSplit/>
        </w:trPr>
        <w:tc>
          <w:tcPr>
            <w:tcW w:w="9636" w:type="dxa"/>
            <w:gridSpan w:val="6"/>
          </w:tcPr>
          <w:p w14:paraId="57CC048E" w14:textId="77777777" w:rsidR="0014338B" w:rsidRDefault="00472EAE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43E293C" w14:textId="77777777" w:rsidR="0014338B" w:rsidRDefault="0014338B">
      <w:pPr>
        <w:spacing w:line="168" w:lineRule="auto"/>
      </w:pPr>
    </w:p>
    <w:tbl>
      <w:tblPr>
        <w:tblStyle w:val="GrilTabel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65E65" w:rsidRPr="00365E65" w14:paraId="28EC0D9A" w14:textId="77777777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1A1168BE" w14:textId="77777777"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14:paraId="5029F607" w14:textId="77777777" w:rsidTr="00B35B08">
        <w:trPr>
          <w:cantSplit/>
        </w:trPr>
        <w:tc>
          <w:tcPr>
            <w:tcW w:w="9606" w:type="dxa"/>
          </w:tcPr>
          <w:p w14:paraId="02D298DA" w14:textId="5F64AF3D"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înștiințării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începerea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înregistrată</w:t>
            </w:r>
            <w:proofErr w:type="spellEnd"/>
            <w:r>
              <w:rPr>
                <w:sz w:val="16"/>
              </w:rPr>
              <w:t xml:space="preserve"> la I.S.C cu nr</w:t>
            </w:r>
            <w:r w:rsidR="00765D3C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</w:p>
          <w:p w14:paraId="643E96BE" w14:textId="51516ED7" w:rsidR="00365E65" w:rsidRDefault="006A1DB8" w:rsidP="00365E65">
            <w:pPr>
              <w:ind w:right="4003"/>
              <w:rPr>
                <w:b/>
                <w:sz w:val="16"/>
              </w:rPr>
            </w:pPr>
            <w:r w:rsidRPr="00143D03">
              <w:rPr>
                <w:i/>
                <w:color w:val="7A7A7A"/>
              </w:rPr>
              <w:t xml:space="preserve"> </w:t>
            </w:r>
            <w:r w:rsidR="00365E65">
              <w:rPr>
                <w:sz w:val="16"/>
              </w:rPr>
              <w:t xml:space="preserve">☐ </w:t>
            </w:r>
            <w:proofErr w:type="spellStart"/>
            <w:r w:rsidR="00365E65">
              <w:rPr>
                <w:sz w:val="16"/>
              </w:rPr>
              <w:t>declar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că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înstiințarea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privind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începerea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execuției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lucrărilor</w:t>
            </w:r>
            <w:proofErr w:type="spellEnd"/>
            <w:r w:rsidR="00365E65">
              <w:rPr>
                <w:sz w:val="16"/>
              </w:rPr>
              <w:t xml:space="preserve"> nu a </w:t>
            </w:r>
            <w:proofErr w:type="spellStart"/>
            <w:r w:rsidR="00365E65">
              <w:rPr>
                <w:sz w:val="16"/>
              </w:rPr>
              <w:t>fost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depusă</w:t>
            </w:r>
            <w:proofErr w:type="spellEnd"/>
            <w:r w:rsidR="00365E65">
              <w:rPr>
                <w:sz w:val="16"/>
              </w:rPr>
              <w:t xml:space="preserve">.  </w:t>
            </w:r>
          </w:p>
        </w:tc>
      </w:tr>
    </w:tbl>
    <w:p w14:paraId="5FA71F8E" w14:textId="77777777" w:rsidR="00365E65" w:rsidRDefault="00365E65">
      <w:pPr>
        <w:spacing w:line="168" w:lineRule="auto"/>
      </w:pPr>
    </w:p>
    <w:tbl>
      <w:tblPr>
        <w:tblStyle w:val="GrilTabel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FC030E" w:rsidRPr="00365E65" w14:paraId="30FF229B" w14:textId="77777777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544332C2" w14:textId="253C9B83"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>6. VALOAREA REALĂ A LUCRĂRILOR EXECUTATE</w:t>
            </w:r>
          </w:p>
        </w:tc>
      </w:tr>
      <w:tr w:rsidR="00FC030E" w14:paraId="20AF50DF" w14:textId="77777777" w:rsidTr="00DE7AC0">
        <w:trPr>
          <w:cantSplit/>
        </w:trPr>
        <w:tc>
          <w:tcPr>
            <w:tcW w:w="9606" w:type="dxa"/>
          </w:tcPr>
          <w:p w14:paraId="0CBA8DFA" w14:textId="77777777" w:rsidR="00FC030E" w:rsidRPr="00C25235" w:rsidRDefault="00FC030E" w:rsidP="00FC030E">
            <w:r>
              <w:rPr>
                <w:sz w:val="16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05942DD7" w14:textId="299B48C6"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reală</w:t>
            </w:r>
            <w:proofErr w:type="spellEnd"/>
            <w:r w:rsidRPr="00143D03">
              <w:rPr>
                <w:i/>
                <w:color w:val="7A7A7A"/>
              </w:rPr>
              <w:t xml:space="preserve"> a </w:t>
            </w:r>
            <w:proofErr w:type="spellStart"/>
            <w:r w:rsidRPr="00143D03">
              <w:rPr>
                <w:i/>
                <w:color w:val="7A7A7A"/>
              </w:rPr>
              <w:t>lucrărilor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este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finală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fără</w:t>
            </w:r>
            <w:proofErr w:type="spellEnd"/>
            <w:r w:rsidRPr="00143D03">
              <w:rPr>
                <w:i/>
                <w:color w:val="7A7A7A"/>
              </w:rPr>
              <w:t xml:space="preserve"> TVA, a </w:t>
            </w:r>
            <w:proofErr w:type="spellStart"/>
            <w:r w:rsidRPr="00143D03">
              <w:rPr>
                <w:i/>
                <w:color w:val="7A7A7A"/>
              </w:rPr>
              <w:t>valorilor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gramStart"/>
            <w:r w:rsidRPr="00143D03">
              <w:rPr>
                <w:i/>
                <w:color w:val="7A7A7A"/>
              </w:rPr>
              <w:t>conform  art</w:t>
            </w:r>
            <w:proofErr w:type="gramEnd"/>
            <w:r w:rsidRPr="00143D03">
              <w:rPr>
                <w:i/>
                <w:color w:val="7A7A7A"/>
              </w:rPr>
              <w:t xml:space="preserve">. 352 din </w:t>
            </w:r>
            <w:proofErr w:type="spellStart"/>
            <w:r w:rsidRPr="00143D03">
              <w:rPr>
                <w:i/>
                <w:color w:val="7A7A7A"/>
              </w:rPr>
              <w:t>Codul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amenajării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teritoriului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urbanismului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şi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construcţiilor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în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vigoare</w:t>
            </w:r>
            <w:proofErr w:type="spellEnd"/>
            <w:r w:rsidRPr="00143D03">
              <w:rPr>
                <w:i/>
                <w:color w:val="7A7A7A"/>
              </w:rPr>
              <w:t xml:space="preserve"> de la 25.08.2026</w:t>
            </w:r>
          </w:p>
        </w:tc>
      </w:tr>
    </w:tbl>
    <w:p w14:paraId="030AE6C1" w14:textId="77777777" w:rsidR="00FC030E" w:rsidRDefault="00FC030E">
      <w:pPr>
        <w:spacing w:line="168" w:lineRule="auto"/>
      </w:pPr>
    </w:p>
    <w:p w14:paraId="259D2E99" w14:textId="77777777" w:rsidR="00365E65" w:rsidRDefault="00365E65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0B827F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FC09E37" w14:textId="79A06479" w:rsidR="0014338B" w:rsidRDefault="00472EAE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FC030E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14:paraId="2099B500" w14:textId="77777777" w:rsidTr="00B862D0">
        <w:trPr>
          <w:cantSplit/>
          <w:trHeight w:val="2831"/>
        </w:trPr>
        <w:tc>
          <w:tcPr>
            <w:tcW w:w="9636" w:type="dxa"/>
          </w:tcPr>
          <w:p w14:paraId="2EE6BFB7" w14:textId="60A47592" w:rsidR="00C25235" w:rsidRPr="00143D03" w:rsidRDefault="00C25235" w:rsidP="00365E65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Dovada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achitării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cotei</w:t>
            </w:r>
            <w:proofErr w:type="spellEnd"/>
            <w:r w:rsidRPr="00143D03">
              <w:rPr>
                <w:b/>
                <w:color w:val="0D5F78"/>
              </w:rPr>
              <w:t xml:space="preserve"> de 0</w:t>
            </w:r>
            <w:proofErr w:type="gramStart"/>
            <w:r w:rsidRPr="00143D03">
              <w:rPr>
                <w:b/>
                <w:color w:val="0D5F78"/>
              </w:rPr>
              <w:t>,1</w:t>
            </w:r>
            <w:proofErr w:type="gramEnd"/>
            <w:r w:rsidRPr="00143D03">
              <w:rPr>
                <w:b/>
                <w:color w:val="0D5F78"/>
              </w:rPr>
              <w:t xml:space="preserve">% din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autorizate</w:t>
            </w:r>
            <w:proofErr w:type="spellEnd"/>
            <w:r w:rsidRPr="00143D03">
              <w:rPr>
                <w:b/>
                <w:color w:val="0D5F78"/>
              </w:rPr>
              <w:t xml:space="preserve"> (</w:t>
            </w:r>
            <w:proofErr w:type="spellStart"/>
            <w:r w:rsidRPr="00143D03">
              <w:rPr>
                <w:b/>
                <w:color w:val="0D5F78"/>
              </w:rPr>
              <w:t>inclusiv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diferențe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rezultate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urmare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actualizării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reale</w:t>
            </w:r>
            <w:proofErr w:type="spellEnd"/>
            <w:r w:rsidRPr="00143D03">
              <w:rPr>
                <w:b/>
                <w:color w:val="0D5F78"/>
              </w:rPr>
              <w:t xml:space="preserve">/finale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),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conformitate</w:t>
            </w:r>
            <w:proofErr w:type="spellEnd"/>
            <w:r w:rsidRPr="00143D03">
              <w:rPr>
                <w:b/>
                <w:color w:val="0D5F78"/>
              </w:rPr>
              <w:t xml:space="preserve"> cu </w:t>
            </w:r>
            <w:proofErr w:type="spellStart"/>
            <w:r w:rsidRPr="00143D03">
              <w:rPr>
                <w:b/>
                <w:color w:val="0D5F78"/>
              </w:rPr>
              <w:t>prevederile</w:t>
            </w:r>
            <w:proofErr w:type="spellEnd"/>
            <w:r w:rsidRPr="00143D03">
              <w:rPr>
                <w:b/>
                <w:color w:val="0D5F78"/>
              </w:rPr>
              <w:t xml:space="preserve"> art.143 din </w:t>
            </w:r>
            <w:proofErr w:type="spellStart"/>
            <w:r w:rsidRPr="00143D03">
              <w:rPr>
                <w:b/>
                <w:color w:val="0D5F78"/>
              </w:rPr>
              <w:t>Codul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amenajării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teritoriului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urbanismului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şi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construcţiilor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vigoare</w:t>
            </w:r>
            <w:proofErr w:type="spellEnd"/>
            <w:r w:rsidRPr="00143D03">
              <w:rPr>
                <w:b/>
                <w:color w:val="0D5F78"/>
              </w:rPr>
              <w:t xml:space="preserve"> de la 25.08.2026.  </w:t>
            </w:r>
          </w:p>
          <w:p w14:paraId="2323C91A" w14:textId="7CFD9074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;</w:t>
            </w:r>
          </w:p>
          <w:p w14:paraId="61AE66DD" w14:textId="77777777"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achitării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rezultate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ca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diferenţă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între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echivalentă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cotei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0,5%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aplicate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valorii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finale,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TVA,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executate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virată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potrivit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prevederilor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art. 352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Codul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amenajării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teritoriului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urbanismului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construcţiilor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vigoare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de la 25.08.2026</w:t>
            </w:r>
          </w:p>
          <w:p w14:paraId="5EBBFE29" w14:textId="508AEEF2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6D1257EA" w14:textId="524A22E3" w:rsidR="00C25235" w:rsidRDefault="00C25235" w:rsidP="00CC429A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>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provizorie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sau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după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caz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buletinul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aflate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termen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autorizației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construire/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desființare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fizice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respectiv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certificatul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persoanele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juridice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.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identității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nu se va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formularul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14:paraId="309934A5" w14:textId="4543AE85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00856700" w14:textId="77777777" w:rsidR="00C25235" w:rsidRPr="00143D03" w:rsidRDefault="00C25235" w:rsidP="00CC429A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Adresa</w:t>
            </w:r>
            <w:proofErr w:type="spellEnd"/>
            <w:r w:rsidRPr="00143D03">
              <w:rPr>
                <w:b/>
                <w:color w:val="0D5F78"/>
              </w:rPr>
              <w:t>/</w:t>
            </w:r>
            <w:proofErr w:type="spellStart"/>
            <w:r w:rsidRPr="00143D03">
              <w:rPr>
                <w:b/>
                <w:color w:val="0D5F78"/>
              </w:rPr>
              <w:t>Declarația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privind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reală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eliberată</w:t>
            </w:r>
            <w:proofErr w:type="spellEnd"/>
            <w:r w:rsidRPr="00143D03">
              <w:rPr>
                <w:b/>
                <w:color w:val="0D5F78"/>
              </w:rPr>
              <w:t xml:space="preserve"> de </w:t>
            </w:r>
            <w:proofErr w:type="spellStart"/>
            <w:r w:rsidRPr="00143D03">
              <w:rPr>
                <w:b/>
                <w:color w:val="0D5F78"/>
              </w:rPr>
              <w:t>emitentul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autorizației</w:t>
            </w:r>
            <w:proofErr w:type="spellEnd"/>
            <w:r w:rsidRPr="00143D03">
              <w:rPr>
                <w:b/>
                <w:color w:val="0D5F78"/>
              </w:rPr>
              <w:t>.</w:t>
            </w:r>
          </w:p>
          <w:p w14:paraId="20B02575" w14:textId="72DE76BA"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14:paraId="642661D9" w14:textId="77777777" w:rsidR="00FC030E" w:rsidRDefault="00FC030E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1574A" w:rsidRPr="00143D03" w14:paraId="2CAF1413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477D4AE5" w14:textId="475D0918"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14:paraId="651335D5" w14:textId="77777777" w:rsidTr="00F33D43">
        <w:trPr>
          <w:cantSplit/>
          <w:trHeight w:val="510"/>
        </w:trPr>
        <w:tc>
          <w:tcPr>
            <w:tcW w:w="9636" w:type="dxa"/>
          </w:tcPr>
          <w:p w14:paraId="33ED1CCB" w14:textId="77777777" w:rsidR="0051574A" w:rsidRPr="00143D03" w:rsidRDefault="0051574A" w:rsidP="00DE7AC0">
            <w:pPr>
              <w:rPr>
                <w:lang w:val="fr-FR"/>
              </w:rPr>
            </w:pPr>
          </w:p>
          <w:p w14:paraId="0EF282C9" w14:textId="77777777" w:rsidR="0051574A" w:rsidRPr="00143D03" w:rsidRDefault="0051574A" w:rsidP="0051574A">
            <w:pPr>
              <w:pStyle w:val="Listparagraf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>PNRR (</w:t>
            </w:r>
            <w:proofErr w:type="spellStart"/>
            <w:r w:rsidRPr="00143D03">
              <w:rPr>
                <w:lang w:val="fr-FR"/>
              </w:rPr>
              <w:t>Planul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Național</w:t>
            </w:r>
            <w:proofErr w:type="spellEnd"/>
            <w:r w:rsidRPr="00143D03">
              <w:rPr>
                <w:lang w:val="fr-FR"/>
              </w:rPr>
              <w:t xml:space="preserve"> de </w:t>
            </w:r>
            <w:proofErr w:type="spellStart"/>
            <w:r w:rsidRPr="00143D03">
              <w:rPr>
                <w:lang w:val="fr-FR"/>
              </w:rPr>
              <w:t>Redresare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și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Reziliență</w:t>
            </w:r>
            <w:proofErr w:type="spellEnd"/>
            <w:r w:rsidRPr="00143D03">
              <w:rPr>
                <w:lang w:val="fr-FR"/>
              </w:rPr>
              <w:t>)</w:t>
            </w:r>
          </w:p>
          <w:p w14:paraId="718E9247" w14:textId="27D46E68" w:rsidR="0051574A" w:rsidRPr="00143D03" w:rsidRDefault="0051574A" w:rsidP="0051574A">
            <w:pPr>
              <w:pStyle w:val="Listparagraf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>☐ PNDL (</w:t>
            </w:r>
            <w:proofErr w:type="spellStart"/>
            <w:r w:rsidRPr="00143D03">
              <w:rPr>
                <w:sz w:val="16"/>
                <w:lang w:val="fr-FR"/>
              </w:rPr>
              <w:t>Planul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Locală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058EACA7" w14:textId="1B9C4DB8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Anghel Saligny)</w:t>
            </w:r>
          </w:p>
          <w:p w14:paraId="4D8223B6" w14:textId="29947F06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Rurală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14A0DAEE" w14:textId="7FB01D63" w:rsidR="0051574A" w:rsidRPr="0051574A" w:rsidRDefault="0051574A" w:rsidP="0051574A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79FB9FD1" w14:textId="1D247EA6" w:rsidR="0051574A" w:rsidRPr="0051574A" w:rsidRDefault="0051574A" w:rsidP="0051574A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452F2071" w14:textId="1598DA09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consolidare</w:t>
            </w:r>
            <w:proofErr w:type="spellEnd"/>
            <w:r w:rsidRPr="00143D03">
              <w:rPr>
                <w:sz w:val="16"/>
                <w:lang w:val="fr-FR"/>
              </w:rPr>
              <w:t xml:space="preserve"> a </w:t>
            </w:r>
            <w:proofErr w:type="spellStart"/>
            <w:r w:rsidRPr="00143D03">
              <w:rPr>
                <w:sz w:val="16"/>
                <w:lang w:val="fr-FR"/>
              </w:rPr>
              <w:t>clădirilor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risc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seismic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ridicat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3BFC7148" w14:textId="5FC438FE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  <w:r w:rsidRPr="00143D03">
              <w:rPr>
                <w:sz w:val="16"/>
                <w:lang w:val="fr-FR"/>
              </w:rPr>
              <w:t xml:space="preserve"> sociale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necessitate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5E92B604" w14:textId="1DC43715" w:rsidR="0051574A" w:rsidRPr="0051574A" w:rsidRDefault="0051574A" w:rsidP="0051574A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3D5D8FA5" w14:textId="2A326A3A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PNI </w:t>
            </w:r>
            <w:proofErr w:type="spellStart"/>
            <w:r w:rsidRPr="00143D03">
              <w:rPr>
                <w:sz w:val="16"/>
                <w:lang w:val="fr-FR"/>
              </w:rPr>
              <w:t>Mihail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Cantacuzino</w:t>
            </w:r>
            <w:proofErr w:type="spellEnd"/>
            <w:r w:rsidRPr="00143D03">
              <w:rPr>
                <w:sz w:val="16"/>
                <w:lang w:val="fr-FR"/>
              </w:rPr>
              <w:t xml:space="preserve">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pentru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consolidarea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spitalelor</w:t>
            </w:r>
            <w:proofErr w:type="spellEnd"/>
            <w:r w:rsidRPr="00143D03">
              <w:rPr>
                <w:sz w:val="16"/>
                <w:lang w:val="fr-FR"/>
              </w:rPr>
              <w:t xml:space="preserve"> „</w:t>
            </w:r>
            <w:proofErr w:type="spellStart"/>
            <w:r w:rsidRPr="00143D03">
              <w:rPr>
                <w:sz w:val="16"/>
                <w:lang w:val="fr-FR"/>
              </w:rPr>
              <w:t>Mihail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Cantacuzino</w:t>
            </w:r>
            <w:proofErr w:type="spellEnd"/>
            <w:r w:rsidRPr="00143D03">
              <w:rPr>
                <w:sz w:val="16"/>
                <w:lang w:val="fr-FR"/>
              </w:rPr>
              <w:t>”)</w:t>
            </w:r>
          </w:p>
          <w:p w14:paraId="495C7EC3" w14:textId="30493979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CNI – MDLPA Program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Interes</w:t>
            </w:r>
            <w:proofErr w:type="spellEnd"/>
            <w:r w:rsidRPr="00143D03">
              <w:rPr>
                <w:sz w:val="16"/>
                <w:lang w:val="fr-FR"/>
              </w:rPr>
              <w:t xml:space="preserve"> Public </w:t>
            </w:r>
            <w:proofErr w:type="spellStart"/>
            <w:r w:rsidRPr="00143D03">
              <w:rPr>
                <w:sz w:val="16"/>
                <w:lang w:val="fr-FR"/>
              </w:rPr>
              <w:t>sau</w:t>
            </w:r>
            <w:proofErr w:type="spellEnd"/>
            <w:r w:rsidRPr="00143D03">
              <w:rPr>
                <w:sz w:val="16"/>
                <w:lang w:val="fr-FR"/>
              </w:rPr>
              <w:t xml:space="preserve"> Social</w:t>
            </w:r>
          </w:p>
          <w:p w14:paraId="7C77E62A" w14:textId="4A557346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ANL – MDLPA </w:t>
            </w:r>
            <w:proofErr w:type="spellStart"/>
            <w:r w:rsidRPr="00143D03">
              <w:rPr>
                <w:sz w:val="16"/>
                <w:lang w:val="fr-FR"/>
              </w:rPr>
              <w:t>Programe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</w:p>
          <w:p w14:paraId="1EC5C59B" w14:textId="2B2D182D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CNAIR – </w:t>
            </w:r>
            <w:proofErr w:type="spellStart"/>
            <w:r w:rsidRPr="00143D03">
              <w:rPr>
                <w:sz w:val="16"/>
                <w:lang w:val="fr-FR"/>
              </w:rPr>
              <w:t>Ministerul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Transporturilor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Infrastructurii</w:t>
            </w:r>
            <w:proofErr w:type="spellEnd"/>
          </w:p>
          <w:p w14:paraId="47F07E2C" w14:textId="77777777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</w:t>
            </w:r>
            <w:proofErr w:type="gramStart"/>
            <w:r w:rsidRPr="00143D03">
              <w:rPr>
                <w:sz w:val="16"/>
                <w:lang w:val="fr-FR"/>
              </w:rPr>
              <w:t xml:space="preserve">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proofErr w:type="gramEnd"/>
            <w:r w:rsidRPr="00143D03">
              <w:rPr>
                <w:sz w:val="16"/>
                <w:lang w:val="fr-FR"/>
              </w:rPr>
              <w:t xml:space="preserve">: </w:t>
            </w:r>
          </w:p>
          <w:p w14:paraId="243A97F6" w14:textId="702530A1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51574A">
              <w:rPr>
                <w:i/>
                <w:color w:val="7A7A7A"/>
                <w:lang w:val="fr-FR"/>
              </w:rPr>
              <w:t xml:space="preserve">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proofErr w:type="gramEnd"/>
            <w:r w:rsidRPr="00143D03">
              <w:rPr>
                <w:sz w:val="16"/>
                <w:lang w:val="fr-FR"/>
              </w:rPr>
              <w:t xml:space="preserve">            .</w:t>
            </w:r>
          </w:p>
          <w:p w14:paraId="1A485C8C" w14:textId="0890102C"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14:paraId="62C555E6" w14:textId="77777777"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4338B" w14:paraId="40183A3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E5EF3F" w14:textId="3FA053A7" w:rsidR="0014338B" w:rsidRDefault="00472EAE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 w:rsidR="00C330B3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4338B" w14:paraId="1944DB6E" w14:textId="77777777">
        <w:trPr>
          <w:cantSplit/>
          <w:trHeight w:val="510"/>
        </w:trPr>
        <w:tc>
          <w:tcPr>
            <w:tcW w:w="1606" w:type="dxa"/>
          </w:tcPr>
          <w:p w14:paraId="7C7D892B" w14:textId="77777777" w:rsidR="0014338B" w:rsidRDefault="00472EAE">
            <w:r>
              <w:rPr>
                <w:b/>
                <w:color w:val="0D5F78"/>
              </w:rPr>
              <w:t>Data</w:t>
            </w:r>
          </w:p>
          <w:p w14:paraId="7704443C" w14:textId="77777777" w:rsidR="0014338B" w:rsidRDefault="0014338B"/>
        </w:tc>
        <w:tc>
          <w:tcPr>
            <w:tcW w:w="4818" w:type="dxa"/>
          </w:tcPr>
          <w:p w14:paraId="79BA9752" w14:textId="77777777" w:rsidR="0014338B" w:rsidRDefault="00472EAE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64C29CA" w14:textId="77777777" w:rsidR="0014338B" w:rsidRDefault="0014338B"/>
        </w:tc>
        <w:tc>
          <w:tcPr>
            <w:tcW w:w="3212" w:type="dxa"/>
          </w:tcPr>
          <w:p w14:paraId="32EBEDBF" w14:textId="77777777" w:rsidR="0014338B" w:rsidRDefault="00472EAE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00C772E" w14:textId="77777777" w:rsidR="0014338B" w:rsidRDefault="0014338B"/>
        </w:tc>
      </w:tr>
    </w:tbl>
    <w:p w14:paraId="01A2DBE3" w14:textId="77777777" w:rsidR="0014338B" w:rsidRDefault="0014338B">
      <w:pPr>
        <w:spacing w:line="168" w:lineRule="auto"/>
      </w:pPr>
    </w:p>
    <w:p w14:paraId="49999EF0" w14:textId="77777777" w:rsidR="0014338B" w:rsidRDefault="0014338B">
      <w:pPr>
        <w:spacing w:line="168" w:lineRule="auto"/>
        <w:rPr>
          <w:lang w:val="fr-FR"/>
        </w:rPr>
      </w:pPr>
    </w:p>
    <w:p w14:paraId="10653766" w14:textId="77777777" w:rsidR="00FB057B" w:rsidRDefault="00FB057B">
      <w:pPr>
        <w:spacing w:line="168" w:lineRule="auto"/>
        <w:rPr>
          <w:lang w:val="fr-FR"/>
        </w:rPr>
      </w:pPr>
    </w:p>
    <w:p w14:paraId="2753428A" w14:textId="696B4A4A"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DB3A6E" w14:textId="77777777" w:rsidR="00DD541E" w:rsidRDefault="00DD541E">
      <w:r>
        <w:separator/>
      </w:r>
    </w:p>
  </w:endnote>
  <w:endnote w:type="continuationSeparator" w:id="0">
    <w:p w14:paraId="58B10F32" w14:textId="77777777" w:rsidR="00DD541E" w:rsidRDefault="00DD5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6D87B9" w14:textId="292A9877" w:rsidR="0014338B" w:rsidRDefault="00472EAE">
    <w:pPr>
      <w:pStyle w:val="Subsol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7396F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7396F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45C954" w14:textId="77777777" w:rsidR="00DD541E" w:rsidRDefault="00DD541E">
      <w:r>
        <w:separator/>
      </w:r>
    </w:p>
  </w:footnote>
  <w:footnote w:type="continuationSeparator" w:id="0">
    <w:p w14:paraId="612E0C7D" w14:textId="77777777" w:rsidR="00DD541E" w:rsidRDefault="00DD5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42592" w14:textId="4FBCAD37" w:rsidR="00143D03" w:rsidRDefault="00143D03" w:rsidP="00143D03">
    <w:pPr>
      <w:pStyle w:val="Antet"/>
      <w:rPr>
        <w:color w:val="595959"/>
      </w:rPr>
    </w:pPr>
    <w:r>
      <w:rPr>
        <w:color w:val="595959"/>
      </w:rPr>
      <w:t xml:space="preserve">F_A_11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0BF74728" w14:textId="77777777" w:rsidR="00143D03" w:rsidRPr="00143D03" w:rsidRDefault="00143D03" w:rsidP="00143D03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6C43"/>
    <w:rsid w:val="0002124A"/>
    <w:rsid w:val="00034616"/>
    <w:rsid w:val="0006063C"/>
    <w:rsid w:val="000622EF"/>
    <w:rsid w:val="00071E24"/>
    <w:rsid w:val="0014338B"/>
    <w:rsid w:val="00143D03"/>
    <w:rsid w:val="0015074B"/>
    <w:rsid w:val="0017396F"/>
    <w:rsid w:val="001C43E2"/>
    <w:rsid w:val="0029639D"/>
    <w:rsid w:val="0031695F"/>
    <w:rsid w:val="00326F90"/>
    <w:rsid w:val="00365E65"/>
    <w:rsid w:val="00442B61"/>
    <w:rsid w:val="00472EAE"/>
    <w:rsid w:val="004A4CBC"/>
    <w:rsid w:val="004E233A"/>
    <w:rsid w:val="00513EA4"/>
    <w:rsid w:val="0051574A"/>
    <w:rsid w:val="005903A8"/>
    <w:rsid w:val="005C403B"/>
    <w:rsid w:val="006A1DB8"/>
    <w:rsid w:val="006D7C9B"/>
    <w:rsid w:val="00765D3C"/>
    <w:rsid w:val="00782BA8"/>
    <w:rsid w:val="007B0A4D"/>
    <w:rsid w:val="00895605"/>
    <w:rsid w:val="008B0831"/>
    <w:rsid w:val="0091423B"/>
    <w:rsid w:val="0095442A"/>
    <w:rsid w:val="009C25E8"/>
    <w:rsid w:val="009D2314"/>
    <w:rsid w:val="00AA1D8D"/>
    <w:rsid w:val="00B11050"/>
    <w:rsid w:val="00B35B08"/>
    <w:rsid w:val="00B47730"/>
    <w:rsid w:val="00B56B5D"/>
    <w:rsid w:val="00B862D0"/>
    <w:rsid w:val="00C25235"/>
    <w:rsid w:val="00C330B3"/>
    <w:rsid w:val="00C75A7A"/>
    <w:rsid w:val="00CB0664"/>
    <w:rsid w:val="00CC429A"/>
    <w:rsid w:val="00D028DE"/>
    <w:rsid w:val="00DD541E"/>
    <w:rsid w:val="00DE33CD"/>
    <w:rsid w:val="00DF3A5F"/>
    <w:rsid w:val="00E61A6B"/>
    <w:rsid w:val="00F74426"/>
    <w:rsid w:val="00FB057B"/>
    <w:rsid w:val="00FC03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365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C25235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C25235"/>
    <w:rPr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7396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739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C25235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C25235"/>
    <w:rPr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7396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739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120257-D35A-44F9-853D-2462AC036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701</Words>
  <Characters>4071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4763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Elena Chirilus</cp:lastModifiedBy>
  <cp:revision>5</cp:revision>
  <cp:lastPrinted>2026-09-28T08:27:00Z</cp:lastPrinted>
  <dcterms:created xsi:type="dcterms:W3CDTF">2013-12-23T23:15:00Z</dcterms:created>
  <dcterms:modified xsi:type="dcterms:W3CDTF">2026-10-01T07:28:00Z</dcterms:modified>
  <cp:category/>
</cp:coreProperties>
</file>